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5Co/403/2016 z 25. 10. 2016</w:t>
      </w:r>
    </w:p>
    <w:p>
      <w:r>
        <w:t>Uznesenie Krajského súdu Bratislava z 25. októbra 2016, sp. zn. 5Co/403/2016, ECLI:SK:KSBA:2016:1614201543.1</w:t>
      </w:r>
    </w:p>
    <w:p>
      <w:r>
        <w:t>Súd: Krajský súd Bratislava</w:t>
      </w:r>
    </w:p>
    <w:p>
      <w:r>
        <w:t>Spisová značka: 5Co/403/2016</w:t>
      </w:r>
    </w:p>
    <w:p>
      <w:r>
        <w:t>ECLI: ECLI:SK:KSBA:2016:1614201543.1</w:t>
      </w:r>
    </w:p>
    <w:p>
      <w:r>
        <w:t>Dátum vydania: 25.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5Co/403/2016 Identifikačné číslo súdneho spisu: 1614201543 Dátum vydania rozhodnutia: 26. 10. 2016 Meno a priezvisko sudcu, VSÚ: JUDr. Juraj Považan ECLI: ECLI:SK:KSBA:2016:1614201543.1 Uznesenie Krajský súd v Bratislave v senáte zloženom z predsedu senátu JUDr. Juraja Považana a členov senátu JUDr. Janky Richterovej a JUDr. Milana Chalupku, v právnej veci žalobcu: PROFI CREDIT Slovakia s.r.o., so sídlom v Bratislave, Pribinova 25, IČO: 35 792 752, zastúpeného Laurou Klocklerovou, bytom Bratislava, Švabinského č. 16, proti žalovanému: A. H., Z.. X.XX.XXXX, B. Q. Č.. XX, o zaplatenie 257,60 € prísl., o späťvzatí žaloby po rozhodnutí veci Okresným súdom Malacky rozsudkom zo dňa 28. júna 2016 č.k. 7C/213/2015-28 takto r o z h o d o l : Odvolací súd pripúšťa späťvzatie žaloby, rozsudok Okresného súdu Malacky zo dňa 28. júna 2016 č.k. 7C/213/2015-28 z r u š u j e a konanie z a s t a v u j e. Žalovanému nepriznáva náhradu trov konania. o d ô v o d n e n i e : 1/Súd prvej inštancie vyššie uvedeným rozsudkom zamietol žalobu, ktorou žalobca uplatňoval dlh zo zmluvy o revolvingovom úvere Č.. XXXXXXXXXX. 2/ Po vydaní rozsudku, v priebehu plynutia pätnásťdňovej lehoty od jeho doručenia žalobcovi, zobral žalobca žalobu späť a konanie žiadal zastaviť. 3/ Žalovaný so späťvzatím žaloby nevyjadril nesúhlas. 4/ Podľa § 470 ods. 1 Civilného sporového poriadku (ďalej CSP) ak nie je ustanovené inak, platí tento zákon aj na konania začaté predo dňom nadobudnutia jeho účinnosti. 5/Podľa § 470 ods. 2 CSP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6/Podľa § 370 ods. 1 CSP ak je žaloba vzatá späť po rozhodnutí súdu prvej inštancie, ale skôr, ako rozhodnutie nadobudlo právoplatnosť, odvolací súd rozhodne o pripustení späťvzatia. 7/Podľa § 370 ods. 2 CSP súd späťvzatie žaloby nepripustí, ak s tým protistrana z vážnych dôvodov nesúhlasí. Ak späťvzatie žaloby pripustí, odvolací súd zruší rozhodnutie súdu prvej inštancie a konanie zastaví. 8/Postupom podľa vyššie označeného ustanovenia, keď rozsudok súdu prvej inštancie nenadobudol právoplatnosť, odvolací súd pripustil späťvzatie žaloby, rozsudok súdu prvej inštancie zrušil a konanie vo veci zastavil. 9/O náhrade trov konania rozhodol odvolací súd podľa § 396 ods. 1 CSP, žalovanému (ktorému by náhrada trov konania patrila pre procesné zavinenie - zastavenie konanie žalobcom v zmysle § 256 ods. 1 CSP) náhradu trov konania nepriznal, keďže mu nevznikli žiadne a bolo by v rozpore so zásadou hospodárnosti, aby za tohto stavu priznal náhradu trov konania a následne by súdny úradník postupom podľa § 262 ods. 2 CSP rozhodol o nulovej výške náhrady trov žalovanému. 10/Toto rozhodnutie senátu bolo prijaté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V Bratislave, dňa 26. október 2016</w:t>
      </w:r>
    </w:p>
    <w:p/>
    <w:p>
      <w:r>
        <w:t>Zdroj: KAUZIS.SK – https://www.kauzis.sk/judikatura/r/ECLI:SK:KSBA:2016:1614201543.1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