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11CoP/741/2015 z 11. 1. 2016</w:t>
      </w:r>
    </w:p>
    <w:p>
      <w:r>
        <w:t>Uznesenie Krajského súdu Bratislava z 11. januára 2016, sp. zn. 11CoP/741/2015, ECLI:SK:KSBA:2016:1614205152.2</w:t>
      </w:r>
    </w:p>
    <w:p>
      <w:r>
        <w:t>Súd: Krajský súd Bratislava</w:t>
      </w:r>
    </w:p>
    <w:p>
      <w:r>
        <w:t>Spisová značka: 11CoP/741/2015</w:t>
      </w:r>
    </w:p>
    <w:p>
      <w:r>
        <w:t>ECLI: ECLI:SK:KSBA:2016:1614205152.2</w:t>
      </w:r>
    </w:p>
    <w:p>
      <w:r>
        <w:t>Dátum vydania: 11.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11CoP/741/2015 Identifikačné číslo súdneho spisu: 1614205152 Dátum vydania rozhodnutia: 12. 01. 2016 Meno a priezvisko sudcu, VSÚ: JUDr. Bianka Gelačíková ECLI: ECLI:SK:KSBA:2016:1614205152.2</w:t>
      </w:r>
    </w:p>
    <w:p>
      <w:r>
        <w:t>Uznesenie Krajský súd v Bratislave vo veci starostlivosti o maloletého T. O., nar. XX.XX.XXXX, zastúpené kolíznym opatrovníkom Úradom práce, sociálnych vecí a rodiny Malacky, Záhorácka 2942/60A, dieťa rodičov: matka - L. O., bytom E., I. XXX, otec - J. O., bytom E., O. XXX, zastúpený advokátkou Vladimírou Hrebíkovou, AK so sídlom Malacky, Duklianskych hrdinov 2946/6, o nariadenie predbežného opatrenia, na odvolanie matky proti rozhodnutiu Okresného súdu Malacky, č.k. 8P/233/2014-54 zo dňa 26.11.2015, jednohlasne (pomerom hlasov 3:0) takto</w:t>
      </w:r>
    </w:p>
    <w:p>
      <w:r>
        <w:t>r o z h o d o l :</w:t>
      </w:r>
    </w:p>
    <w:p>
      <w:r>
        <w:t>Odvolanie matky sa v napadnutej časti o d m i e t a .</w:t>
      </w:r>
    </w:p>
    <w:p>
      <w:r>
        <w:t>o d ô v o d n e n i e :</w:t>
      </w:r>
    </w:p>
    <w:p>
      <w:r>
        <w:t>Súd prvého stupňa nariadil predbežné opatrenie, ktorým do právoplatnosti konania o úpravu výkonu rodičovských práv a povinností, vedeného na Okresnom súde Malacky pod sp.zn. 8P/233/2014, resp. do právoplatného skončenia konania o rozvod manželstva rodičov maloletého dieťaťa vedeného na Okresnom súde Malacky pod sp.zn. 8P/236/2015 uložil matke umožniť stretávanie sa otca s maloletým T., nar. XX.XX.XXXX každý párny kalendárny týždeň v roku od soboty 09.00 hod. do nedele 18.00 hod., každý nepárny kalendárny týždeň v roku v utorok a štvrtok v čase od 14.00 hod. do 18.00 hod. a počas vianočných sviatkov a zimných prázdnin v roku 2015 v čase od 24.12.2015 od 18.00 hod. do 31.12.2015 do 18.00 hod., kedy si otec maloletého prevezme v mieste aktuálneho bydliska maloletého od matky a matke zasa aj odovzdá späť.</w:t>
      </w:r>
    </w:p>
    <w:p>
      <w:r>
        <w:t>Proti tomuto rozhodnutiu v časti úpravy styku počas vianočných sviatkov a zimných prázdnin v roku 2015 podala odvolanie matka maloletého.</w:t>
      </w:r>
    </w:p>
    <w:p>
      <w:r>
        <w:t>Podľa § 77 ods. 1 písm. d/ O.s.p., predbežné opatrenie zanikne, ak uplynul určený čas, po ktorý malo trvať.</w:t>
      </w:r>
    </w:p>
    <w:p>
      <w:r>
        <w:t>Matka napadla odvolaním úpravu styku počas vianočných sviatkov 2015 a čas, po ktorý malo predbežné opatrenie trvať uplynul, predbežné opatrenie zaniklo v zmysle vyššie citovaného ustanovenia.</w:t>
      </w:r>
    </w:p>
    <w:p>
      <w:r>
        <w:t>Podľa § 218 ods. 1 písm. e/ O.s.p., odvolací súd odmietne odvolanie, ktoré rozhodnutie napadnuté odvolaním zaniklo inak.</w:t>
      </w:r>
    </w:p>
    <w:p>
      <w:r>
        <w:t>Vzhľadom na skutočnosť, že predbežné opatrenie v časti úpravy styku počas vianočných sviatkov 2015 zaniklo, odvolací súd odmietol odvolanie matky podľa vyššie citovaného ustanovenia.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https://www.kauzis.sk/judikatura/r/ECLI:SK:KSBA:2016:1614205152.2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