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5Co/161/2016 z 28. 6. 2016</w:t>
      </w:r>
    </w:p>
    <w:p>
      <w:r>
        <w:t>Uznesenie Krajského súdu Bratislava z 28. júna 2016, sp. zn. 5Co/161/2016, ECLI:SK:KSBA:2016:1708211631.1</w:t>
      </w:r>
    </w:p>
    <w:p>
      <w:r>
        <w:t>Súd: Krajský súd Bratislava</w:t>
      </w:r>
    </w:p>
    <w:p>
      <w:r>
        <w:t>Spisová značka: 5Co/161/2016</w:t>
      </w:r>
    </w:p>
    <w:p>
      <w:r>
        <w:t>ECLI: ECLI:SK:KSBA:2016:1708211631.1</w:t>
      </w:r>
    </w:p>
    <w:p>
      <w:r>
        <w:t>Dátum vydania: 28.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5Co/161/2016 Identifikačné číslo súdneho spisu: 1708211631 Dátum vydania rozhodnutia: 29. 06. 2016 Meno a priezvisko sudcu, VSÚ: JUDr. Juraj Považan ECLI: ECLI:SK:KSBA:2016:1708211631.1 Uznesenie Krajský súd v Bratislave v právnej veci navrhovateľa: Československá obchodná banka, a.s., so sídlom v Bratislave, ul. Michalská č. 18, IČO: 36 854 140, zastúpeného advokátskou kanceláriou Geško, Hulín a partneri s.r.o., so sídlom Velehradská 33, Bratislava proti odporcovi: U. P., D.. XX.XX.XXXX, R.. XX.XX.XXXX, D. N. Z., o zaplatenie 401,67 eur s prísl., vedenej na Okresnom súde Pezinok pod sp. zn. 6C/105/2013 takto r o z h o d o l : Odvolací súd rozsudok súdu prvého stupňa zo dňa 25. júna 2015, č.k. 6C/105/2013 - 72 z r u š u j e a konanie z a s t a v u j e . Žiaden z účastníkov nemá právo na náhradu trov konania. o d ô v o d n e n i e : Súd prvého stupňa vyššie uvedeným rozsudkom uložil odporcovi povinnosť zaplatiť dlh zo zmluvy o bežnom účte zo dňa 24.02.2005 vo výške 401,67 eur s príslušenstvom. K úmrtiu odporcu došlo ešte pred vyhlásením rozsudku, dňa XX. O. XXXX. Pre nezanechanie majetku bolo dedičské konanie po odporcovi zastavené podľa § 175h ods. 1 O.s.p. (uznesenie Okresného súdu Bratislava III zo dňa 20. mája 2015, č. k. 30D/572/15-40). Odporca ako fyzická osoba stratil spôsobilosť byť účastníkom súdneho konania v dôsledku úmrtia skôr, ako sa konanie právoplatne skončilo (§ 107 ods. 1, § 19 O.s.p.). S ohľadom na výsledok dedičského konania nezanechal dedičov, s ktorými by bolo možné v majetkovej veci ďalej pokračovať. Strata spôsobilosti byť účastníkom konania tak u odporcu predstavuje nedostatok podmienok, pre ktorý nemožno v konaní pokračovať. Odvolací súd preto rozsudok súdu prvého stupňa zrušil a konanie zastavil (§ 211 ods. 2, v spojení s § 104 ods. 1 prvá veta O.s.p.). O náhrade trov konania vyslovil, že žiaden z účastníkov nemá právo na ich náhradu (§ 224 ods. 1 a § 146 ods. 1 písm. c/ O.s.p.). Poučenie: Toto uznesenie nemožno napadnúť odvolaním.</w:t>
      </w:r>
    </w:p>
    <w:p/>
    <w:p>
      <w:r>
        <w:t>Zdroj: KAUZIS.SK – https://www.kauzis.sk/judikatura/r/ECLI:SK:KSBA:2016:1708211631.1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