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9Co/348/2014 z 3. 2. 2016</w:t>
      </w:r>
    </w:p>
    <w:p>
      <w:r>
        <w:t>Rozsudok Krajského súdu Bratislava z 3. februára 2016, sp. zn. 9Co/348/2014, ECLI:SK:KSBA:2016:1711207665.1</w:t>
      </w:r>
    </w:p>
    <w:p>
      <w:r>
        <w:t>Súd: Krajský súd Bratislava</w:t>
      </w:r>
    </w:p>
    <w:p>
      <w:r>
        <w:t>Spisová značka: 9Co/348/2014</w:t>
      </w:r>
    </w:p>
    <w:p>
      <w:r>
        <w:t>ECLI: ECLI:SK:KSBA:2016:1711207665.1</w:t>
      </w:r>
    </w:p>
    <w:p>
      <w:r>
        <w:t>Dátum vydania: 3. 2. 2016</w:t>
      </w:r>
    </w:p>
    <w:p>
      <w:r>
        <w:t>Forma: Rozsudok</w:t>
      </w:r>
    </w:p>
    <w:p>
      <w:r>
        <w:t>Oblasť práva: Občianske právo</w:t>
      </w:r>
    </w:p>
    <w:p>
      <w:pPr>
        <w:pStyle w:val="Heading2"/>
      </w:pPr>
      <w:r>
        <w:t>Text rozhodnutia</w:t>
      </w:r>
    </w:p>
    <w:p>
      <w:r>
        <w:t>Súd: Krajský súd Bratislava Spisová značka: 9Co/348/2014 Identifikačné číslo súdneho spisu: 1711207665 Dátum vydania rozhodnutia: 04. 02. 2016 Meno a priezvisko sudcu, VSÚ: JUDr. Magdaléna Floreková ECLI: ECLI:SK:KSBA:2016:1711207665.1 ROZSUDOK V MENE SLOVENSKEJ REPUBLIKY Krajský súd v Bratislave v senáte zloženom z predsedníčky senátu JUDr. Magdalény Florekovej a členov senátu JUDr. Roman Huszára a JUDr. Zuzany Posluchovej v právnej veci navrhovateľky: K.. V. J.Á., W.. X.X.XXXX, F. V. XXX, zastúpená: ČERNAKOVÁ &amp; HRBEK, s. r. o., so sídlom Kýčerského 7, Bratislava, proti odporcovi: Obec Kalinkovo, so sídlom Kalinkovo 211, zastúpený: JUDr. Peter Šrobár, advokát, Laurinská 12, Bratislava, o neplatnosť skončenia pracovného pomeru a náhradu mzdy, na odvolanie odporcu proti medzitýmnemu rozsudku Okresného súdu Pezinok č. k. 10C/174/2011-85 zo dňa 5. februára 2014, v pomere hlasov 3 : 0, takto r o z h o d o l : Odvolací súd napadnutý medzitýmny rozsudok súdu prvého stupňa p o t v r d z u j e. o d ô v o d n e n i e : Napadnutým medzitýmnym rozsudkom súd prvého stupňa určil, že okamžité skončenie pracovného pomeru navrhovateľky dané odporcom písomným úkonom zo dňa 17.4.2011 je neplatné. O trovách konania mal súd rozhodnúť po právoplatnosti rozhodnutia vo veci samej. Vo svojom rozhodnutí uviedol, že dokazovaním, ktoré vo veci vykonal zistil, že na základe pracovnej zmluvy na dobu neurčitú z 03.03.2009 vykonávala navrhovateľka pre odporcu druh práce účtovníčka - ekonómka. Mzda bola určená podľa zákona č. 553/2003 Z. z. o odmeňovaní niektorých zamestnancov pri výkone práce vo verejnom záujme. Odporca písomnom žiadosťou z 18.04.2011 požiadal Slovenský odborový zväz verejnej správy a kultúry o prerokovanie okamžitého skončenia pracovného pomeru navrhovateľky na skutkovom základe, že dňa 04.02.2011 spracovala na vyplatenie sumu 40,- € z účtu zamestnávateľa, táto suma bola prevedená na jej osobný účet potom ako sama spracovala podklady na jej vyplatenie. O tejto skutočnosti sa odporca dozvedel až 15.04.2011 pri kontrole vyplácaných platov, odmien a výdavkov. Dňa 19.04.2011 o 7:30 h prerokoval Slovenský odborový zväz verejnej správy a kultúry žiadosť o okamžité skončenie pracovného pomeru so záverom o závažnom porušení pracovnej disciplíny závažným spôsobom. Listom z 18.4.2011 odporca oznámil navrhovateľke okamžité skončenie pracovného pomeru podľa § 68 ods. 1 písm. b/ zákona č. 311/2001 Z. z. („zákonníka práce“). Za závažné porušenie pracovnej disciplíny považoval „neoprávnené vyplatenie sumy 40,- € na Váš osobný účet v dôsledku Vami nesprávne spracovaných listín potrebných k vyplateniu platov, odmien a iných plnení z účtu zamestnávateľa“. Listom z 5.5.2011 vyzval právny zástupca navrhovateľky odporcu na mimosúdne rokovanie o neplatnom skončení pracovného pomeru, keď mal za to, že konanie navrhovateľky nebolo možné vyhodnotiť ako závažné porušenie pracovnej disciplíny. Listom z 6.5.2011 odporca oznámil navrhovateľke, že listom z 28.4.2011 navrhovateľka oznámila, že považuje skončenie pracovného pomeru za neplatné a trvá na ďalšom zamestnávaní. Odporca uviedol, že splnil všetky zákonné predpoklady pre okamžité skončenie pracovného pomeru s navrhovateľkou. Podľa Dohody o vykonaní práce uzavretej medzi Obecným úradom Kalinkovo a navrhovateľkou z 30.12.2009 mala navrhovateľka obnovovať a udržiavať webovú stránku Kalinkovo od 1.1.2010 do 31.12.2010 za odmenu 40,- € mesačne. Podľa pracovnej náplne mala navrhovateľka vykonávať práce spracovanie účtovníctva, pripravovať návrh rozpočtu, vykonávať úkony súvisiace s ekonomickou správou obce, zabezpečovať styk s bankou, včasnú likvidáciu faktúr, sledovať včasnosť úhrad vyplývajúcich z dodávateľsko- odberateľských vzťahov a iné. Podľa výpisu z účtu odporcu bolo dňa 7.2.2011 vyplatených 495,49 €. Podľa výplatnej listiny z 4.2.2011 malo byť vyplatených 463,09 € a 32,40 €. Svedok H. N. na pojednávaní uviedol, že je bývalý starosta obce Kalinkovo. Navrhovateľka nastúpila do pracovného pomeru k obci Kalinkovo po tom, čo zamestnankyňa ekonomického úseku odišla do invalidného dôchodku. Ešte predtým vykonávala práce ako záskok za neprítomného zamestnanca. Pracovný pomer s navrhovateľkou bol uzavretý na dobu neurčitú so skúšobnou dobou. Problémy s ňou ako zamestnankyňou nemal, bola síce svojrázna, ale vedel ju ukočírovať. Úrad starostu vykonával do 10.01.2011, kedy odovzdal úrad súčasnému starostovi. Navrhovateľka mala uzavretú dohodu o vykonaní na obsluhu webovej stránky obce, ktorá končila 31.12.2010, navrhol jej preto ďalšiu dohodu na obdobie ďalších dvanástich mesiacov, ktorú podpísal, prostredníctvom sekretárky predložil navrhovateľke na podpis. Navrhovateľka dohodu odmietla podpísať z dôvodu, že to bude riešiť s novým starostom. Navrhovateľka mu povedala, že jej stačí dohoda na obdobie januára 2011, takúto dohodu spracoval, podpísal, či ju však podpísala navrhovateľka nevedel povedať. Nevedel uviesť, či do skončenia jeho funkčného obdobia v priebehu januára 2011 vykonávala navrhovateľka činnosti spojené s navrhovanou dohodou o vykonaní práce spočívajúcej v obsluhe webovej stránky, funkciu odovzdal 10.01.2011, boli sviatky a dovolenky, preto pochyboval, že sa tam niečo na tej stránke robilo, skôr si myslel, že nie, ale január mal ďalších dvadsať dní, ale to už nebol starostom. Sprostredkovanie odovzdania návrhu dohody o vykonaní práce navrhovateľka vykonala H. J.. Písomnosti boli evidované na personálnom oddelení u pani J., mali svoje evidenčné číslo. Dohody boli v dvoch rovnopisoch, jeden bol daný dohodárovi a jeden bol zaevidovaný. Bolo to evidované v hárku, kde boli dohody o vykonaní práce pod nejakým číslom. Prax evidencie dohôd zdedil po predchodcovi, spôsob bol rovnaký s drobnými zmenami v dôsledku zmien legislatívy. Svedkyňa H. J. na pojednávaní uviedla, že pracovala u odporcu ako personalista od roku 2007 do 15.07.2011, kedy nastúpila do nového zamestnania. Koncom roka 2010 pripravila dohody o vykonaní práce nielen pre navrhovateľku, ale aj pre parkára a upratovačku v kultúrnom dome. Starosta N. jej však pripravené dohody odmietol podpísať na celý rok s odôvodnením, že mu funkčné obdobie končí v januári 2011 a preto dohody na celý rok 2011 nepodpíše. Myslela si, že podpísal jedinú dohodu na celý rok 2011 pre pani, ktorá zametala obec. Predchádzajúci starosta N. jej začiatkom roka 2011 po návrate do práce po sviatkoch dal pracovný pokyn na vypracovanie dohody o vykonaní práce pre navrhovateľku, parkára a upratovačku s tým, že trvanie tejto dohody bude iba na mesiac január 2011. Dohody v zmysle jeho pokynu pripravila každú v dvoch rovnopisoch, najskôr dala podpísať starostovi obce a potom oba rovnopisy dala na podpis konkrétnemu zamestnancovi. Takto dala podpísať aj dohodu navrhovateľke, ktorú potom odovzdala v jednom rovnopise navrhovateľke a jeden rovnopis som uložila do šanónu označeného "Dohody na rok 2011", ktorý bol uložený v skrini, kde ukladala svoju pracovnú agendu, túto skriňu po mojom nástupe do pracovného pomeru u odporcu, nakoľko bola voľne otvorená, začala zamykať prostredníctvom retiazky a visiaceho zámku. Navrhovateľku nebolo potrebné prihlasovať vo vzťahu k podpísanej dohode do Sociálnej poisťovne, nakoľko tam bola už prihlásená na základe dohody o vykonaní práce na rok 2010. Týmto sa jej úloha zabezpečenia uzatvorenia o vykonaní práce skončila. Prístup do skrine, kde bola uložená personálna agenda, bol možný iba odomknutím zámku, ku ktorému kľúč bol uložený v šuflíku jej pracovného stola, o čom mala vedomosť navrhovateľka a starosta obce. V priebehu januára 2011 bola práceneschopná, počas ktorého obdobia ju zastupovala navrhovateľka, ktorá preto mala prístup k tejto agende. Jej práceneschopnosť trvala od 17.1.2011 do 1.5.2011, kedy bola v práci asi jednu hodinu, počas ktorej komunikovala s novým starostom obce, ktorý jej vytýkal, že jej chýbajú výplatné pásky z roku 2010, že je tam bordel a že si nevie predstaviť takúto spoluprácu, poslal ju po nejaký spis, ktorý tam nebol keď ho hľadala. Vo vzťahu k jej výplatným páskam mu uviedla, že nemá čo skrývať, išla sa pozrieť do spisu a skutočne tam neboli. Povedala mu, že má druhý výtlačok výplatných pások doma, nakoľko takúto prax zaviedla pre každého zamestnanca obce. Na to jej starosta povedal, že nikam nemusí ísť, tak mu povedala, že vie výplatné pásky vytlačiť zo systému, na čo jej povedal, že do počítača sa už nedostane, že sú tam iné heslá. Dal jej podpísať papier, ktorým jej odobral celé osobné ohodnotenie, odovzdala starostovi ukončenie práceneschopnosti a keďže sa úplne roztriasla, oznámila mu, že ide k lekárovi a poobede doniesla novú práceneschopnosť, ktorá trvala až do skončenia jej pracovného pomeru. Pred práceneschopnosťou spracovávala celú agendu výplat. Jej úlohou bolo do systému v počítači zadať práceneschopnosti zamestnancov, dovolenky, dohody, vytlačila potom výstupné listy a dala ich podpísať starostovi. Takto tomu bolo ešte v decembri 2010. Keď boli odmeny mohla ich nahodiť do systému iba po tom, čo boli podpísané starostom. Jeden exemplár výplatnej pásky si odložila a druhý dostal zamestnanec. Rozdiel medzi jej výpoveďou vo vzťahu k výpovedi svedka H. N., ktorý uviedol, že navrhovateľka mala uzavretú dohodu na obsluhu webovej stránky obce, ktorá končila 31.12.2010, preto jej navrhol ďalšiu dohodu na obdobie ďalších dvanásť mesiacov, ktorú podpísal a prostredníctvom sekretárky predložil navrhovateľke na podpis. Navrhovateľka dohodu odmietla podpísať s tým, že to bude riešiť s novým starostom. Navrhovateľka mu mala povedať, že jej stačí dohoda na január 2011, takú dohodu preto spracoval, či ju podpísala navrhovateľka, nevedel uviesť a vo vzťahu k výpovedi navrhovateľky, keď vypovedala v rovnakom obsahu ako svedok, svedkyňa uvádza, že si myslela, že tú decembrovú dohodu jej nepodpísali, možno to bolo práve pre navrhovateľku, ale pamätala si, že aj starosta povedal, že to nemôže podpísať na celý rok, že keď to podpíše, tak to nebude platné. Obec mala vypracovaný registratúrny poriadok, postupovala tak ako jej predchádzajúce kolegyne a starosta, keď to podpísal, zrejme to súhlasilo. S registratúrnym poriadkom nebola oboznámená. Písomnosti neevidovala v zmysle registratúrneho poriadku v protokole, nič také nemali, okrem došlej pošty. O predmete tohto konania mala vedomosť od navrhovateľky a bývalého starostu. Keď dostala predvolanie, tak sa pýtala Lengyela, či bol tiež predvolaný. Po právnej stránke svoje rozhodnutie odôvodnil ustanoveniami § 3 ods. 1, § 81, § 68 ods. 1 písm. b/, ods. 2, § 70, § 74, § 77, § 79 ods. 1 a § 226 Zákonníka práce a poukázal na to, že okamžité skončenie pracovného pomeru je jednostranný právny úkon účastníka pracovného pomeru adresovaný druhému účastníkovi tohto pomeru, ktorý smeruje k skončeniu pracovného pomeru. Zákon pre platnosť tohto právneho úkonu predpisuje formálne a obsahové náležitosti. Okamžité skončenie pracovného pomeru medziiným musí byť písomné a doručené, zamestnávateľ v ňom môže uplatniť iba dôvod uvedený v Zákonníku práce, ktorý v ňom musí skutkovo vymedziť tak, aby ho nebolo možné zameniť s iným dôvodom (viď § 70 Zákonníka práce) a musí byť vopred prerokované s príslušným odborovým orgánom (viď § 74 ods. 1 Zákonníka práce). Dôvod okamžitého skončenia pracovného pomeru musí byť v písomnom okamžitom skončení pracovného pomeru uvedený tak, aby bolo zrejmé, aké sú skutočné dôvody, ktoré vedú druhého účastníka pracovnoprávneho vzťahu k tomu, že rozväzuje pracovný pomer, aby nevznikli pochybnosti o tom, čo chcel účastník prejaviť, t. j. ktorý zákonný dôvod okamžitého skončenia pracovného pomeru uplatňuje, a aby bolo zabezpečené, že uplatnený dôvod nebude možné dodatočne meniť. K splneniu hmotnoprávnej podmienky platného okamžitého skončenia pracovného pomeru je teda potrebné, aby dôvod okamžitého skončenia pracovného pomeru bol určitým spôsobom konkretizovaný uvedením skutočností, v ktorých účastník vidí naplnenie zákonného dôvodu tak, aby nemohli vzniknúť pochybnosti, z ktorého dôvodu sa pracovný pomer okamžite končí. Skutočnosti, ktoré sú dôvodom okamžitého skončenia pracovného pomeru, nie je potrebné rozvádzať do všetkých podrobností z dôvodu, že pre neurčitosť alebo nezrozumiteľnosť prejavu vôle je okamžité skončenie pracovného pomeru neplatné len vtedy, kedy by sa nedalo ani výkladom prejavu vôle zistiť, prečo bol pracovný pomer okamžite skončený. Pritom výklad prejavu vôle môže smerovať len k objasneniu jeho obsahu, teda k zisteniu toho, čo bolo skutočne prejavené. Pomocou výkladu prejavu vôle nie je možné "nahrádzať" alebo "dopĺňať" vôľu, ktorú účastník v rozhodnej dobe nemal, alebo ktorú síce mal, ale neprejavil ju. V posudzovanom prípade bolo preto potrebné v súlade s uvedeným posúdiť prejav vôle odporcu, obsiahnutý v okamžitom skončení pracovného pomeru a to pri použití výkladu prejavu vôle tak, aby tento právny úkon so zreteľom na okolnosti, za ktorých sa urobil, zodpovedal dobrým mravom. Okamžité skončenie pracovného pomeru zo strany odporcu zo dňa 18.4.2011 bolo podľa názoru súdu dostatočne určité, aby viedlo k nepochybnému záveru o tom, čo bol dôvod okamžitého skončenia pracovného pomeru a to „nesprávne vyplatenie sumy 40,- € na Váš účet v dôsledku Vami nesprávne spracovaných listín potrebných k vyplateniu platov, odmien a iných plnení z účtu zamestnávateľa“. Teda konaním, ktorým sa mala navrhovateľka dopustiť porušenia pracovnej disciplíny bolo vyplatenie sumy 40,- € brutto na jej osobný účet k čomu malo dôjsť v priamej príčinnej súvislosti s vypracovaním podkladov pre vyplatenie miezd a iných plnení odporcu. V ustanovení § 74 Zákonníka práce sa vymedzuje povinnosť zamestnávateľa pri skončení pracovného pomeru výpoveďou alebo okamžitým skončením pracovného pomeru zo strany zamestnávateľa. Uvedené ustanovenie určuje povinnosť zamestnávateľa vopred prerokovať s príslušným odborovým orgánom výpoveď alebo okamžité skončenie pracovného pomeru, ako hmotnoprávnu podmienku platnosti uvedených právnych úkonov zo strany zamestnávateľa, nesplnenie ktorej v nadväznosti na ustanovenie § 17 ods. 2 Z Zákonníka práce P spôsobuje ich neplatnosť (t. j. neplatnosť výpovede a okamžitého skončenia pracovného pomeru). Smeruje k ochrane zamestnanca, aby zamestnávateľ nezneužil svoje postavenie a nedôvodne neprepúšťal zamestnancov z pracovného pomeru. Účinky splnenia povinnosti zamestnávateľa vopred prerokovať so zástupcami zamestnancov výpoveď v zmysle § 74 Zákonníka práce nastanú len vtedy, ak žiadosť zamestnávateľa o prerokovanie skončenia pracovného pomeru výpoveďou alebo priložený návrh na skončenie pracovného pomeru výpoveďou obsahujú náležitosti výpovede určené v § 61 ods. 2 Zákonníka práce (R 47/2007). Prerokovanie okamžitého skončenia pracovného pomeru Slovenským odborovým zväzom verejnej správy a kultúry na základe písomnej žiadosti odporcu z 18.4.2011 na skutkovom základe, že navrhovateľka dňa 4.2.2011 spracovala na vyplatenie sumu 40,- € z účtu zamestnávateľa, táto suma bola prevedená na jej osobný účet potom ako sama spracovala podklady na jej vyplatenie, pričom o tejto skutočnosti sa odporca dozvedel až 15.4.2011 pri kontrole vyplácaných platov, odmien a výdavkov plne zodpovedá zákonným požiadavkám na rovnaké skutkové vymedzenie dôvodov pre okamžité skončenie pracovného pomeru. Ani inak slovne formulovaný text dôvodov oproti písomnému vyhotoveniu okamžitého skočenia pracovného pomeru nemohol založiť dôvod neplatnosti prerokovania, keď takého vymedzenie bolo dostatočne určité, nezameniteľné a zrozumiteľné. Záver a platnosti prerokovania okamžitého skončenia pracovného pomeru nemohla zmeniť ani námietka, že bolo vykonané až 19.04.2011, pričom bolo písomné vyhotovenie skončenia pracovného pomeru datované 18.04.2011. Bolo potrebné prisvedčiť argumentácii odporcu, že prerokovanie skočenia pracovného pomeru dňa 19.04.2011 malo účinky riadneho prerokovanie, keď účinky skončenia pracovného pomeru mali nastať doručením písomného vyhotovenia skočenia pracovného pomeru, čo sa stalo až osobným prevzatím poštovej zásielky navrhovateľkou dňa 26.04.2011. Z vykonaného dokazovania podľa súdu vyplynul záver, že pre začiatok plynutia subjektívnej lehoty podľa § 68 ods. 2 Zákonníka práce nebolo rozhodujúce doručenie výpisu z účtu, ktorý neobsahoval štruktúry mzdy navrhovateľky. Práve z obsahu § 68 ods. 2 Zákonníka práce skutočne vyplýva, že rozhodným dňom pre začatie plynutie subjektívnej lehoty je deň, kedy sa odporca dozvedel o dôvode na okamžité skončenie pracovného pomeru, ktorým je v danej veci závažné porušenie pracovnej disciplíny navrhovateľkou a nie deň kedy sa o tomto dôvode mohol dozvedieť. Podpis starostu s uvedením dátumu na výpise z účtu, na ktorom nebola uvedená skladba mzdy navrhovateľky sám o sebe nedokazuje, že o vyplatení sumy 40,- € sa starosta odporcu dozvedel v deň podpisu účtu. Podpisom účtu došlo len k úradnému prijatiu písomnosti odporcom. Záver o nemožnosti sa dozvedieť z výpisu účtu o vyplatení sumy 40,- € podporil aj argument, že plat zamestnanca vzhľadom na počet pracovných dní nie je každý mesiac identický. Zákonník práce pre účely skončenia pracovného pomeru rozlišuje medzi sústavným menej závažným porušením pracovnej disciplíny, závažným porušením pracovnej disciplíny a porušením pracovnej disciplíny zvlášť hrubým spôsobom. Porušenie pracovnej disciplíny najvyššej intenzity (zvlášť hrubým spôsobom), je dôvodom pre okamžité skončenie pracovného pomeru alebo pre výpoveď z pracovného pomeru (§ 68 ods. l písm. b/ a § 63 ods. l písm. e/, časť vety pred bodkočiarkou Zákonníka práce). Tieto pojmy, napriek tomu, že od ich vymedzenia závisí možnosť a rozsah postihu zamestnanca, Zákonník práce nedefinuje a ani neustanovuje, z akých hľadísk treba pri ich posudzovaní vychádzať. Jedným zo základných hľadísk pri rozhodovaní o postihu za porušenie pracovnej disciplíny je intenzita porušenia pracovnej disciplíny. Hodnotenie intenzity porušenia pracovnej disciplíny závisí od konkrétnych okolností a ovplyvňuje ho tak osoba zamestnanca, funkciu ktorú zastáva, jeho doterajší postoj k plneniu pracovných povinností, spôsob a intenzita porušenia konkrétnych pracovných povinností, ako aj situácia, v ktorej k porušeniu došlo, dôsledky porušenia pre zamestnávateľa, či konanie zamestnanca spôsobilo zamestnávateľovi škodu a pod. (obdobne Najvyšší súd Slovenskej republiky sp. zn. 3Cdo/12/2008, sp. zn. 3Cdo/218/2007). Iba porušenie pracovnej disciplíny zvlášť hrubým spôsobom je dôvodom podľa § 68 ods. 1 písm. b/ Zákonníka práce na okamžité skončenie pracovného pomeru. Vzhľadom na charakter citovaného zákonného ustanovenia, ktoré patrí k právnym normám s neurčitou (abstraktnou) hypotézou, je vždy úlohou súdu, aby podľa svojho uváženia, s ohľadom na okolnosti prípadu, sám túto hypotézu vymedzil. Je vecou súdu, aby posúdil, či sa zamestnanec dopustil zavineného porušenia pracovnej disciplíny, a v prípade kladného záveru rozhodol, o aký stupeň porušenia pracovnej disciplíny v danom prípade ide. Pri týchto úvahách nie je súd obmedzovaný žiadnymi konkrétnymi hľadiskami, či hranicami, ale berie v úvahu iba špecifiká prejednávanej veci a podporne i platnú judikatúru (ak táto bola prijatá). Z uvedeného vyplýva, že pri posudzovaní stupňa intenzity porušenia pracovnej disciplíny nie je súd viazaný tým, ako zamestnávateľ vo svojom pracovnom poriadku (alebo v inom internom predpise) hodnotí určité konanie svojho zamestnanca. Skončenie pracovného pomeru zamestnávateľom je možné len z taxatívnych dôvodov uvedených v Zákonníku práce. Tak ako každý iný právny úkon, aj okamžité skončenie pracovného pomeru ako jednostranný právny úkon je neplatné, ak nemá všetky náležitosti právneho úkonu, t. j. keď je v rozpore so zákonom, obchádza zákon alebo je v rozpore s dobrými mravmi. Rozporom so zákonom alebo obchádzaním zákona sa rozumie nielen rozpor so Zákonníkom práce, ale aj rozpor s ustanoveniami o právnych úkonoch v zmysle Občianskeho zákonníka. Ak tento zákon (Zákonník práce) v prvej časti neustanovuje inak, vzťahuje sa na tieto právne vzťahy Občiansky zákonník (§ 1 ods. 2 Zákonníka práce). Z princípu subsidiarity vyplýva, že tam kde konkrétna právna úprava vo všeobecnej časti Zákonníka práce chýba, je potrebné použiť v plnej miere Občiansky zákonník. Tak tomu je v prípade neplatnosti pracovnoprávnych právnych úkonov, ktorých osobitosti upravuje vo všeobecnej časti Zákonník práce (§ 17 a nasl.), avšak pre ktoré rovnako platia všeobecné princípy o neplatnosti právnych úkonov v zmysle Občianskeho zákonníka (napr. § 37, § 39). Výkon práv a povinností vyplývajúcich z pracovnoprávnych vzťahov musí byť v súlade s dobrými mravmi (§ 13 ods. 3 veta prvá Zákonníka práce). Neplatnou je preto aj výpoveď zamestnávateľa, ktorá je v rozpore s dobrými mravmi. Rozpor s dobrými mravmi predpokladá, že motívy výpovede nie sú v súlade so základnými zásadami právneho poriadku. Skutočnosť, že si navrhovateľka mala neoprávnene vyplatiť na osobný účet sumu 40,- € brutto z titulu uzavretej dohody aj napriek tomu, že dohoda nebola súdu predložená, bola najmä po vykonanom dokazovaní spochybnená. V konaní vykonal súd všetky dostupné dôkazy, prostredníctvom ktorých bolo potrebné ustáliť skutkový stav, že navrhovateľka mala platne uzavretú v mesiaci januára 2011 dohodu o vykonaní práce. Tento záver vyplýval nielen z výpovede navrhovateľky, ale najmä svedkov bývalého starostu N. a svedkyne J.. Z výpovede svedka H. N., vyplývalo, že navrhovateľka mala uzavretú dohodu na obsluhu webovej stránky obce, ktorá končila 31.12.2010, navrhol jej preto ďalšiu dohodu na obdobie ďalších dvanástich mesiacov, ktorú podpísal, prostredníctvom sekretárky predložil navrhovateľke na podpis. Navrhovateľka dohodu odmietla podpísať z dôvodu, že to bude riešiť s novým starostom. Navrhovateľka mu povedala, že jej stačí dohoda na obdobie januára 2011, takúto dohodu spracoval, podpísal, či ju však podpísala navrhovateľka to nevedel povedať. Svedkyňa H. J. uviedla, že navrhovateľka podpísala dohodu o vykonaní práce na mesiac január 2011 a jej vyhotovenie založila so šanonu Dohody 2011 na obecnom úrade. Rozpor vo výpovediach svedkov bol v tom kto navrhoval podpis dohody na jeden mesiac a v akom poradí bola dohoda podpísaná. Uvedený záver o existencii uzavretej dohody o vykonaní práce bol podporený aj založením dohody s platnosťou do 31.12.2010, pričom na jej platnosť nemalo vplyv uvedenie Obecného úradu Kalinkovo ani odtlačok jeho úradnej pečiatky, keď porovnaním podpisu svedka N. (č. l. 39) a podpisu na tejto dohode (č. l. 35) bolo zrejmé, že ju podpisoval vtedajší starosta. Z uvedeného bolo zrejmé, že medzi navrhovateľkou a odporcom platne vznikla dohoda o vykonaní práce na mesiac január 2011, na základe ktorej bola navrhovateľka povinná obnovovať a udržiavať webovú stránku odporcu a odporca bol zaviazaný platiť navrhovateľke dohodnutú odmenu vo výške 40,- €. Podľa názoru súdu mal odporca po zistení nesúladu medzi výplatou sumy 32,40 € a podľa jeho tvrdenia neexistenciou dohody vyžiadať od navrhovateľky vyjadrenie, ktoré v prípade ich narušenej komunikácie malo mať písomnú podobu. Ak by aj po tomto písomnom vyjadrení neboli zo strany navrhovateľky rozptýlené pochybnosti o oprávnenosti vyplácania sumy 32,40 € na základe dohody, bolo plne k právomoci starosti nepodpísať prípadne ďalšie výplaty tejto sumy. Odporca si mohol k objasneniu týchto skutočností vyžiadať aj písomné vyjadrenie predchádzajúceho starostu a vyhodnotiť vzniknutú situáciu najmä s poukazom na existenciu dohody platnej do konca roku 2010. S poukazom na výpovede navrhovateľky a svedkov nebolo možné uzavrieť, že navrhovateľka konala v úmysle spôsobiť škodu odporcovi, ale len realizovala doterajšie postupy pri vyplácaní miezd jednotlivých zamestnancov odporcu, pričom skutočnosť, že sa vyplatenie sumy 32,40 € netto týkalo jej osoby, ktorá za daný mesiac spracovala mzdová podklady bola náhodná. Vyhodnotenie konania navrhovateľky ako závažné porušenie pracovnej disciplíny bolo neproporcionálne nielen k preukázanému skutkovému stavu, ale aj k ďalším nevyhnutným predpokladom spočívajúcim v osobe navrhovateľky ako zamestnanca. Odporca v konaní neuviedol žiadne iné pochybenie, okrem žalovaného skutku, na základe ktorého by bolo dôvodné nadobudnúť presvedčenie o opakovanom konaní navrhovateľky vo vzťahu porušeniu pracovnej disciplíny, ktoré by žalovanému skutku predchádzalo. Odporca hodnotil navrhovateľku ako dôveryhodnú osobu. Nevyhnutým predpokladom vzniku nároku zamestnanca na náhradu mzdy pri neplatnom skončení pracovného pomeru (ak nedôjde k mimosúdnej dohode) je právoplatné rozhodnutie súdu o neplatnosti skončenia pracovného pomeru (podľa § 77 Zákonníka práce neplatnosť skončenia pracovného pomeru môže uplatniť na súde najneskôr v lehote dvoch mesiacov odo dňa, keď sa mal pracovný pomer skončiť). Nároky zamestnanca na náhradu mzdy pri (súdom určenom) neplatnom skončení pracovného pomeru zo strany zamestnávateľa výpoveďou, okamžitým zrušením, dohodou alebo zrušením v skúšobnej dobe sú upravené zvlášť pre prípad, že zamestnanec trvá na tom, aby ho zamestnávateľ ďalej zamestnával a zvlášť pre prípad, že netrvá na tom, aby bol ďalej zamestnávaný. Z vyššie uvedených dôvodov preto súd prvého stupňa uzavrel, že okamžité skončenie pracovného pomeru navrhovateľky dané odporcom písomným úkonom zo dňa 18.4.2011 bolo neplatné. S poukazom na ustanovenie § 152 ods. 2 OSP prvostupňový súd rozhodol o základe uplatneného nároku, keď mal za preukázané, že vyhlásením navrhovateľky, že trvá na ďalšom zamestnávaní a vyslovením neplatnosti okamžitého skončenia pracovného pomeru patrí aj náhrada mzdy, o ktorej bude rozhodnuté po právoplatnosti medzitýmneho rozsudku. Proti tomuto rozsudku podal v zákonom stanovenej lehote odvolanie odporca, ktorý žiadal napadnutý rozsudok zmeniť a to tak, že odvolací súd návrh zamietne. Svoje odvolanie odporca odôvodnil ustanoveniami § 205 ods. 2 písm. d/ a písm. f/ O.s.p. a uviedol, že nesúhlasí s konštatovaním súdu, že navrhovateľka mala s odporcom platne uzavretú dohodu o vykonaní práce na mesiac január 2011. Súd obdobne ako navrhovateľka tvrdí, že medzi účastníkmi platne vznikla dohoda o vykonaní práce s trvaním na mesiac január 2011, na základe ktorej bol odporca povinný zaplatiť dohodnutú odmenu vo výške 40,- €. Navrhovateľka mala uvedenú prácu vykonávať, za čo jej bola dňa 7.2.2011 vyplatená dohodnutá odmena 32,40 € netto. Z ustanovenia § 226 Zákonníka práce je zrejmé, že absencia písomnej formy dohody o vykonaní práce je postihnutá sankciou neplatnosti právneho úkonu. Odporca zdôrazňuje, že žiadnu dohodu o vykonaní práce na mesiac január 2011 neuzavrel a preto ju v konaní navrhovateľka nemohla predložiť na podporu svojich tvrdení. Z výsluchu predchádzajúceho starostu je zrejmé, že nemá vedomosť o tom, že navrhovateľka dohodu podpísala, resp. je zrejmé, že navrhovateľka odmietla podpísať dohodu na rok 2011. Nemohlo dôjsť k strate listiny, ktorá pôvodne neexistovala a neexistuje. Navrhovateľka ju nepredložila a takáto dohoda sa u odporcu nenachádza a nenachádzala, pritom všetky dohody o vykonaní práce s inými zamestnancami sú riadne očíslované a založené u odporcu. Tvrdenie navrhovateľky, že dôkazné bremeno na preukázanie opaku je na odporcovi, nemá oporu v platnom práve. Odporca nie je účastníkom, ktorý z existencie dohody vyvodzuje pre seba priaznivé právne dôsledky. Odporca napriek tomu, že zamestnáva viacero „dohodárov“, nedisponuje so žiadnou dohodou uzavretou na mesiac január 2011. Je potrebné zdôrazniť, že navrhovateľka bola jedinou osobou okrem starostu, ktorá bola oprávnená disponovať s účtami odporcu. Z vykonaného dokazovania je zrejmé, že navrhovateľka, ktorá pracovala u zamestnávateľa ako účtovníčka-ekonómka úmyselne pristúpila k vyplateniu sumy 40,- € brutto z účtu odporcu, čo bolo 32,40 € netto na jej osobný účet. Uvedená suma bola súčasťou položky vo výške 495,49 €. Išlo o konanie úmyselné, navrhovateľka neoprávnene vyplatené peniaze dodnes nevrátila, napriek skutočnosti, že nedisponuje žiadnou dohodou o vykonaní práce, na základe ktorej by bola oprávnená takúto platbu realizovať. K existencii dohody na predchádzajúce obdobie, na ktorú tiež navrhovateľka poukazuje, je potrebné uviesť, že na uvedenej dohode je ako zamestnávateľ uvedený Obecný úrad Kalinkovo, ktorý nemá právnu subjektivitu a je na nej uvedený podpis a pečiatka Obecného úradu Kalinkovo. Odporca má za to, že nakladanie s finančnými prostriedkami odporcu takým spôsobom, ako to uskutočnila navrhovateľka, t.j. že si sama ako osoba s dispozičným právom k účtu vyplatila finančné prostriedky na svoj osobný účet, je nezlučiteľné s ďalším trvaním pracovného pomeru a zakladá dôvodnosť subsumovania takéhoto konania pod závažné porušenie pracovnej disciplíny zamestnancom. Takýmto úmyselným konaním je vážne narušená dôvera medzi zamestnancom a zamestnávateľom a to najmä ak sa jedná o osobu, ktorá pracuje ako ekonóm-účtovník. Táto skutočnosť je o to závažnejšia, že sa navrhovateľka snaží svoje účelové konanie odôvodniť tzv. dohodou, ktorá nikdy nebola uzavretá. Zavineným úmyselným konaním navrhovateľky došlo k úbytku finančných prostriedkov na strane odporcu. Odporca má za to, že nie je podstatná výška neoprávnene vyplatených finančných prostriedkov, ale skutočnosť, že si ich vyplatila ekonómka-účtovníčka na vlastný účet. Odporca poukazuje na skutočnosť, že pre prípad ak má súd za to, že dohoda o vykonaní práce na mesiac január 2011 bola platne uzavretá, nie je relevantným a logickým skúmanie proporcionality, resp. intenzity porušenia pracovnej disciplíny v zmysle § 68 ods. 1 písm. b/ Zákonníka práce, keďže zo záveru súdu o existencii dohody na mesiac január by mal logicky vyvodiť záver, že nedošlo k porušeniu pracovnej disciplíny. Odôvodnenie rozsudku neposkytuje účastníkom konania jednoznačné a zrozumiteľné odpovede na všetky právne otázky, ktoré súvisia s určením, že okamžité skončenie pracovného pomeru je neplatné. Je povinnosťou súdu poskytnúť účastníkom konania jednoznačné dôvody, pre ktoré bolo potrebné rozhodnúť tak, ako je uvedené vo výroku rozhodnutia. Podľa názoru súdu mal odporca po zistení nesúladu medzi výplatou sumy 32,40 € a neexistenciou dohody, vyžiadať od navrhovateľky vyjadrenie. Ak by aj po jej vyjadrení neboli rozptýlené pochybnosti odporcu, bolo plne v právomoci starostu nepodpísať prípadné ďalšie výplaty tejto sumy. Uvedené skutkové zistenia súdu nevyplývajú z vykonaného dokazovania. V prejednávanej veci sa jedná o výplatu sumy 32,40 € za mesiac január 2011, k žiadnemu opakovanému vyplateniu nedošlo a navrhovateľka sa ani opakovaného vyplatenia tejto sumy nedomáhala. Z výpovede starostu je zrejmé, že odporca vyjadrenie od navrhovateľky žiadal, dokonca i písomne. Zástupca zamestnancov (odborová organizácia) skonštatoval, že sa stotožňuje s tvrdením odporcu o tom, že navrhovateľka porušila pracovnú disciplínu. Súd sa napriek tomu, že samotná navrhovateľka navrhla vypočuť členov odborovej organizácie, nezoberal skutkovými zisteniami zástupcu zamestnancov, ktoré sú úplne zhodné so zisteniami odporcu. Odporca má za to, že okamžité skončenie pracovného pomeru je platným právnym úkonom s poukazom na vyššie uvedené skutočnosti, ako aj v spojení s predchádzajúcimi prednesmi, vyjadreniami a obsahom spisového materiálu. Dôvod na okamžité skončenie pracovného pomeru je vymedzený presne, jasne a zrozumiteľné a je rozvedený do podrobností, teda za hranicou nevyhnutného minima. Výpoveď starostu odporcu do značnej miery dotvára obraz o celkovom plnení pracovných povinností navrhovateľkou, taktiež dotvára celkový obraz o nerešpektovaní pokynov starostu odporcu, na čo je potrebné prihliadať. K odvolaniu odporcu sa písomne vyjadrila navrhovateľka, ktorá žiadala, aby odvolací súd napadnutý rozsudok prvostupňového súdu potvrdil a rozhodnutie o trovách odvolacieho konania ponechal na konečné rozhodnutie vo veci. Uviedla, že s tvrdeniami odporcu sa stotožňuje len v tom, že na platnosť dohody o vykonaní práce sa vyžaduje jej písomná forma. Zo svedeckých výpovedí nepochybne vyplýva, že dohoda o vykonaní práce v písomnej forme bola, čo mal za preukázaní i prvostupňový súd. Je preto mylné a zavádzajúce konštatovanie odporcu, ktorý súdu podsúva závery o jej neexistencii. Skutočnosť, že navrhovateľka nemá možnosť súdu dohodu predložiť, žiadnym spôsobom neimplikuje záver, že dohoda platne nevznikla, najmä nie v situácií, keď je veľmi pravdepodobné, že jej „neexistencia“ (zánik, zničenie) s najväčšou pravdepodobnosťou bola spôsobená u samotného odporcu. Je absurdný záver, podľa ktorého pracovný pomer medzi zamestnancom a zamestnávateľom existuje, len ak fyzicky existuje aj príslušná zmluva (dohoda), ktorá ho zakladá. Tvrdenie odporcu o neunesení dôkazného bremena navrhovateľkou považuje navrhovateľa za nepravdivé. Navrhovateľka preukázala existenciu písomnej dohody práve inými dôkaznými prostriedkami ako listinným dôkazom a to výpoveďami svedkov. Svedkovia existenciu dohody konštatovali z pozície nezúčastnených a nezávislých subjektov. Tvrdenia o jej neexistencii uvádza súčasný starosta ako štatutárny orgán odporcu, ktorý mal navyše ako jediný prístup k všetkej dokumentácií na úrade a nepochybne riadil alebo sám realizoval nakladanie s touto dokumentáciou. Na záver ešte pripomenula, že navrhovateľka si nechala svoje vyhotovenie dohody v priestoroch odporcu, ktorý tak mal možnosť kedykoľvek slobodne a nekontrolovane v čase jej neprítomnosti s týmto dokumentom nakladať. V tejto súvislosti je významné konanie odporcu, ktorý neoprávnene otvoril skriňu s osobnými vecami navrhovateľky bez toho, aby o tom navrhovateľku vôbec upovedomil, čím neakceptovateľným spôsobom zasiahol do jej súkromia. Je preto neprijateľná požiadavka odporcu na predloženie listiny, ktorej zánik pravdepodobne sám spôsobil. Okamžité skončenie pracovného pomeru je prostriedkom ultima ratio, ktorý by mal byť zamestnávateľom uplatnený len výnimočne, kedy nemožno od zamestnávateľa spravodlivo požadovať, aby zamestnanca zamestnával aj počas výpovednej doby. Je zrejmé, že v prípade navrhovateľky dôvody podľa citovaného ustanovenia dané nie sú, pretože odporca mal k dispozícií množstvo iných a menej radikálnych spôsobov na odstránenie nedorozumenia ohľadom neoprávneného vyplatenia odmeny navrhovateľkou za vykonanú prácu. Odporca do dnešného dňa nežiadal vrátenie údajne neoprávnene vyplatenej mzdy. Zmluvný vzťah založený dohodami o vykonaní práce medzi navrhovateľkou a odporcom trval kontinuálne od roku 2008 do januára 2011, pričom bol v rámci tohto obdobia kontinuálne predlžovaný. Jeho existenciu mal odporca podloženú vyhotoveniami jednotlivých dohôd z minulých rokov, ktoré mu boli neobmedzene k dispozícií. Odporcovi nič nebránilo navrhovateľku vyzvať na objasnenie vzniknutej situácie, prípadne požiadať o vysvetlenie bývalého starostu alebo iných pracovníkov úradu. Žiadnu z týchto možností nevyužil a namiesto toho pristúpil k poslednej možnosti - okamžitému skončeniu pracovného pomeru. Navrhovateľka sa v celosti stotožnila so závermi prvostupňového súdu o tom, že výplatou miezd nekonala v úmysle spôsobiť škodu odporcovi, ale len realizovala dovtedajšie postupy voči jednotlivým zamestnancom odporcu. Skutočnosť že v osobe navrhovateľky sa spojila osoba, ktorá spracovala mzdové podklady a osoba, ktorej na ich základe bola vyplatená odmena za vykonanú prácu, nemožno v tomto kontexte považovať za relevantnú, pretože sa jedná o zjavnú náhodu. Naopak z konania odporcu možno usudzovať silnú prítomnosť osobnej averzie voči navrhovateľke. Odporca napriek tvrdeniu o zásahu do majetkových práv do dnešného dňa voči navrhovateľke neuplatnil vydanie bezdôvodného obohatenia. Namiesto toho tento dôvod použil len ako vykonštruovanú zámienku pre odstránenie navrhovateľky z pracoviska. Odporca za celý čas trvania vzťahu založeného jednotlivými dohodami o vykonaní práce navrhovateľke ani raz nevytkol akúkoľvek nespokojnosť s výkonom dohodnutej práce. Odporca postupoval voči navrhovateľke neprimerane. Odporca vo svojom odvolaní v podstate tvrdil, že ak má už raz súd určitú otázku za ustálenú, nemôže sa k nej viac vyjadrovať, nakoľko to spôsobuje následok „nejednoznačnosti“ odôvodnenia. Navrhovateľka nevidí dôvod, ktorý by bránil súdu vyjadriť sa k otázkam, na ktoré poukazuje odporca. Naopak súd má povinnosť zaujať ku každému tvrdeniu účastníkov postoj a tento riadne odôvodniť. Odporca uviedol, že odborová organizácia sa s tvrdeniami odporcu o porušení pracovnej disciplíny stotožnila. K uvedenému navrhovateľka poukazuje na to, že inštitút povinnosti zamestnávateľa prerokovať okamžité skončenie pracovného pomeru so zástupcami zamestnancov podľa ust. § 74 Zákonníka práce je konštruovaný len ako formálna požiadavka, čo je zdôrazňované aj v poslednej vete daného ustanovenia. Názor zástupcov zamestnancov nie je podstatný, pretože zamestnávateľ ním nie je viazaný. Zástupcovia zamestnancov tiež nemajú moc determinovať či inak záväzne konštatovať platnosť alebo neplatnosť okamžitého skončenia pracovného pomeru. Odborová organizácia vychádzala pri posudzovaní závažnosti dôvodov pre skončenie pracovného pomeru len zo skutkových okolností prezentovaných odporcom, pričom navrhovateľke nebola daná možnosť vyjadriť sa k prerokúvaným dôvodom. Účasť zamestnanca sa síce nevyžaduje, ale ak majú byť závery odborovej organizácie presvedčivé a navonok sa javiace ako spravodlivé, je úplne legitímne požadovať, aby ich tvorba reflektovala názory oboch strán. Tvrdenie odporcu sú irelevantné, nakoľko sa odvoláva na orgán, ktorý má pre účely skončenia pracovného pomeru len formálny význam. Závery prvostupňového súdu sú správne a súdom riadne a jednoznačne odôvodnené. Bolo preukázané, že navrhovateľka nielenže uzatvorila platnú dohodu o vykonaní práce na mesiac január 2011, ale navyše odporca pristúpil k okamžitému skončeniu pracovného pomeru bez toho, aby boli splnené podmienky pre jeho uplatnenie, prípadne uskutočnil akýkoľvek úkon vedúci k objasneniu dôvodov, ktoré ho viedli k záverom o závažnom porušení pracovnej disciplíny, čím hrubo porušil zásadu proporcionality. Krajský súd v Bratislave ako súd odvolací (§ 10 ods.1 O.s.p.) v medziach daných odvolaním vec preskúmal podľa § 212 ods. 1 O.s.p. bez nariadenia ústneho pojednávania podľa § 214 ods. 2 O.s.p. (tento rozsudok bol odvolacím súdom vyhlásený podľa § 156 ods. 3 O.s.p.) a dospel k záveru, že odvolanie odporcu nie je dôvodné. Podľa § 3 ods. 1 Zákonníka práce platného a účinného do 30.5.2011 (ďalej len „Zákonník práce“) pracovnoprávne vzťahy zamestnancov pri výkone verejnej služby sa spravujú týmto zákonom, ak osobitný predpis neustanovuje inak. Podľa § 68 ods. 1 písm. b) Zákonníka práce zamestnávateľ môže okamžite skončiť pracovný pomer výnimočne a to iba vtedy, ak zamestnanec porušil závažne pracovnú disciplínu. Podľa § 68 ods. 2 Zákonníka práce zamestnávateľ môže podľa odseku 1 okamžite skončiť pracovný pomer iba v lehote dvoch mesiacov odo dňa, keď sa o dôvode na okamžité skončenie dozvedel, najneskôr však do jedného roka odo dňa, keď tento dôvod vznikol. O začiatku a plynutí lehoty rovnako platia ustanovenia § 63 ods. 3 a 4. Podľa § 70 Zákonníka práce okamžité skončenie pracovného pomeru musí zamestnávateľ aj zamestnanec urobiť písomne, musia v ňom skutkovo vymedziť jeho dôvod tak, aby ho nebolo možné zameniť s iným dôvodom, a musia ho v ustanovenej lehote doručiť druhému účastníkovi, inak je neplatné. Uvedený dôvod sa nesmie dodatočne meniť. Podľa § 74 Zákonníka práce výpoveď alebo okamžité skončenie pracovného pomeru zo strany zamestnávateľa je zamestnávateľ povinný vopred prerokovať so zástupcami zamestnancov, inak je neplatná. Zástupca zamestnancov je povinný prerokovať výpoveď alebo okamžité skončenie pracovného pomeru zo strany zamestnávateľa do desiatich kalendárnych dní odo dňa doručenia písomnej žiadosti zamestnávateľom. Ak v uvedenej lehote nedôjde k prerokovaniu, platí, že k prerokovaniu došlo. Podľa § 77 Zákonníka práce neplatnosť skončenia pracovného pomeru výpoveďou, okamžitým skončením, skončením v skúšobnej dobe alebo dohodou môže zamestnanec, ako aj zamestnávateľ uplatniť na súde najneskôr v lehote dvoch mesiacov odo dňa, keď sa mal pracovný pomer skončiť. Podľa § 226 ods. 1 Zákonníka práce dohodu o vykonaní práce zamestnávateľ môže uzatvoriť s fyzickou osobou, ak predpokladaný rozsah práce (pracovnej úlohy), na ktorý sa táto dohoda uzatvára, nepresahuje 350 hodín v kalendárnom roku. Do predpokladaného rozsahu práce sa započítava aj práca vykonávaná zamestnancom pre zamestnávateľa na základe inej dohody o vykonaní práce. Podľa § 226 ods. 2 Zákonníka práce dohoda o vykonaní práce sa uzatvára písomne, inak je neplatná. V dohode o vykonaní práce musí byť vymedzená pracovná úloha, dohodnutá odmena za jej vykonanie, doba, v ktorej sa má pracovná úloha vykonať, a predpokladaný rozsah práce, ak jej rozsah nevyplýva priamo z vymedzenia pracovnej úlohy. Písomná dohoda o vykonaní práce sa uzatvára najneskôr deň pred dňom začatia výkonu práce. Podľa § 226 ods. 4 Zákonníka práce odmena za vykonanie pracovnej úlohy je splatná po dokončení a odovzdaní práce. Medzi účastníkmi možno dohodnúť, že časť odmeny bude splatná už po vykonaní určitej časti pracovnej úlohy. Zamestnávateľ môže odmenu po prerokovaní so zamestnancom primerane znížiť, ak vykonaná práca nezodpovedá dohodnutým podmienkam. Okamžité skončenie pracovného pomeru je jednostranný právny úkon účastníka pracovného pomeru adresovaný druhému účastníkovi tohto pomeru, ktorý smeruje k skončeniu pracovného pomeru. Zákon pre platnosť tohto právneho úkonu predpisuje formálne a obsahové náležitosti. Okamžité skončenie pracovného pomeru medziiným musí byť písomné a doručené, zamestnávateľ v ňom môže uplatniť iba dôvod uvedený v Zákonníku práce, ktorý v ňom musí skutkovo vymedziť tak, aby ho nebolo možné zameniť s iným dôvodom (viď § 70 Zákonníka práce) a musí byť vopred prerokované s príslušným odborovým orgánom (viď § 74 ods. 1 Zákonníka práce). Dôvod okamžitého skončenia pracovného pomeru musí byť v písomnom okamžitom skončení pracovného pomeru uvedený tak, aby bolo zrejmé, aké sú skutočné dôvody, ktoré vedú druhého účastníka pracovnoprávneho vzťahu k tomu, že rozväzuje pracovný pomer, aby nevznikli pochybnosti o tom, čo chcel účastník prejaviť, t.j. ktorý zákonný dôvod okamžitého skončenia pracovného pomeru uplatňuje, a aby bolo zabezpečené, že uplatnený dôvod nebude možné dodatočne meniť. Po oboznámení sa s obsahom spisu má odvolací súd zato, že prvostupňový súd správne na základe skutkového stavu zisteného v konaní dospel k záveru, že v danom prípade predmetného okamžitého skončenia pracovného pomeru boli dodržané všetky formálne náležitosti, bola zachovaná lehota podľa § 68 ods. 2 Zákonníka práce a aj lehota v zmysle § 77 Zákonníka práce na uplatnenie návrhu na určenie neplatnosti okamžitého skončenia pracovného pomeru. Rovnako správne sa potom prvostupňový súd pre účely posúdenia platnosti skončenia pracovného pomeru zaoberal otázkou, či sa navrhovateľka dopustila závažného porušenia pracovnej disciplíny a či následne na základe takéhoto porušenia mohol odporca okamžite skončiť s navrhovateľkou pracovný pomer. V Okamžitom skončení pracovného pomeru podľa § 68 ods. 1 písm. b) Zákonníka práce zo dňa za závažné porušenie pracovnej disciplíny považoval „neoprávnené vyplatenie sumy 40,- € na Váš osobný účet v dôsledku Vami nesprávne spracovaných listín potrebných k vyplateniu platov, odmien a iných plnení z účtu zamestnávateľa“. Odvolací súd sa stotožnil so záverom súdu prvého stupňa, ktorý na základe vykonaného dokazovania dospel k tomu, že medzi navrhovateľkou a odporcom bola platne písomne uzavretá dohoda o vykonaní práce na mesiac január 2011 a že suma 40,- € brutto bola navrhovateľke vyplatená na základe tejto dohody. Pre platné uzavretie dohody o vykonaní práce sa vyžaduje písomná forma tohto právneho úkonu. Hoci navrhovateľka nebola v konaní schopná predložiť listinu, ktorá by preukazovala uzavretie dohody v písomnej forme, jej existenciu preukázala inými dôkaznými prostriedkami a to svedeckými výpoveďami bývalého starostu N. a svedkyne J.. Svedkovia nemali osobný záujem na danej veci, ich svedecké výpovede boli vierohodné a podporené skutočnosťou, že dohoda o vykonaní práce na mesiac január 2011 plynule nadväzovala na predchádzajúcu dohodu na celý rok 2010. Argumenty odporcu uvedené v odvolaní v tejto súvislosti odvolací súd nevzhliadol ako dôvodné. Skutočnosť, že navrhovateľka nepredložila listinu, ktorej obsahom bola dohoda o vykonaní práce, nemôže znamenať, že navrhovateľka neuniesla dôkazné bremeno, keď jej existenciu preukázala iným spôsobom. Nakoľko v konaní bolo preukázané, že suma 40,- € brutto bola navrhovateľke vyplatená na základe ňou správne pripravených podkladov a na základe platne uzavretej dohody o vykonaní práce, t.j. nebola vyplatená neoprávnene, nebol daný dôvod na okamžité skončenie pracovného pomeru tak, ako bol v ňom špecifikovaný, v dôsledku čoho je okamžité skončenie pracovného pomeru neplatné. Odporca namietal, že ak mal prvostupňový súd za preukázané, že dohoda o vykonaní práce bola platne uzavretá, nemal sa zaoberať aj skúmaním proporcionality, resp. intenzity porušenia pracovnej disciplíny, keďže súd prvého stupňa mal logicky vyvodiť záver, že k porušeniu pracovnej disciplíny nedošlo. Odvolací súd na tomto mieste konštatuje, že je povinnosťou súdu vysporiadať sa v odôvodnení rozhodnutia so všetkými relevantnými tvrdeniami účastníkov, čo súd prvého stupňa veľmi dôsledne vykonal, keď sa vo svojom rozsudku podrobne zaoberal všetkými okolnosťami podstatnými pre posúdenie platnosti okamžitého skončenia pracovného pomeru. Splnenie si tejto povinnosti prvostupňovým súdom v žiadnom prípade neznamená, že odôvodnenie rozhodnutia prvostupňového súdu by bolo nejednoznačné či nezrozumiteľné. Odvolací súd má v tejto súvislosti za to, že súd prvého stupňa správne dospel k záveru, že konanie navrhovateľky vymedzené v okamžitom skončení pracovného pomeru, aj keby bolo neoprávnené (čo preukázané nebolo), by nedosahovalo intenzitu závažného porušenia pracovnej disciplíny. Povinnosť dodržiavať pracovnú disciplínu patrí k základným povinnostiam zamestnanca vyplývajúcim z pracovného pomeru (§ 47 ods. l písm. b/ Zákonníka práce) a spočíva v plnení povinností stanovených právnymi predpismi (najmä ustanoveniami § 81, § 82 Zákonníka práce), pracovným poriadkom, pracovnou zmluvou alebo pokynom nadriadeného vedúceho zamestnanca. Ak má byť porušenie pracovnej disciplíny právne postihnuteľné ako dôvod na skončenie pracovného pomeru zo strany zamestnávateľa, musí byť toto porušenie pracovných povinností zo strany zamestnanca zavinené (aspoň z nedbanlivosti) a musí dosahovať určitý stupeň intenzity. Zákonník práce pre účely skončenia pracovného pomeru rozlišuje medzi menej závažným porušením pracovnej disciplíny a závažným porušením pracovnej disciplíny. Porušenie pracovnej disciplíny najvyššej intenzity (závažné porušenie), je dôvodom pre okamžité skončenie pracovného pomeru alebo pre výpoveď z pracovného pomeru (§ 68 ods. l písm. b/ a § 63 ods. l písm. e/, časť vety pred bodkočiarkou Zákonníka práce). Tieto pojmy, napriek tomu, že od ich vymedzenia závisí možnosť a rozsah postihu zamestnanca, Zákonník práce nedefinuje a ani neustanovuje, z akých hľadísk treba pri ich posudzovaní vychádzať. Jedným zo základných hľadísk pri rozhodovaní o postihu za porušenie pracovnej disciplíny je intenzita porušenia pracovnej disciplíny. Hodnotenie intenzity porušenia pracovnej disciplíny závisí od konkrétnych okolností a ovplyvňuje ho tak osoba zamestnanca, jeho doterajší postoj k plneniu pracovných povinností, spôsob a intenzita porušenia konkrétnych pracovných povinností, ako aj situácia, v ktorej k porušeniu došlo, dôsledky porušenia pre zamestnávateľa, či konanie zamestnanca spôsobilo zamestnávateľovi škodu a pod. Iba závažné porušenie pracovnej disciplíny je dôvodom podľa § 68 ods. 1 písm. b/ Zákonníka práce na okamžité skončenie pracovného pomeru. Vzhľadom na charakter citovaného zákonného ustanovenia, ktoré patrí k právnym normám s neurčitou (abstraktnou) hypotézou, je vždy úlohou súdu, aby podľa svojho uváženia, s ohľadom na okolnosti prípadu, sám túto hypotézu vymedzil. Je vecou súdu, aby posúdil, či sa zamestnanec dopustil zavineného porušenia pracovnej disciplíny, a v prípade kladného záveru rozhodol, o aký stupeň porušenia pracovnej disciplíny v danom prípade ide. Pri týchto úvahách nie je súd obmedzovaný žiadnymi konkrétnymi hľadiskami, či hranicami, ale berie v úvahu iba špecifiká prejednávanej veci a podporne i platnú judikatúru (ak táto bola prijatá). S prihliadnutím na skutkové okolnosti prejednávanej veci a osobu navrhovateľky by nebolo možné konanie, ktoré jej pripisuje odporca, posúdiť ako závažné porušenie pracovnej disciplíny. Navrhovateľka bola ako pracovníčka hodnotená kladne, odporca jej nevytýkal žiadne iné pochybenia či nedostatky. Navyše neoprávnené vyplatenie odmeny 40,- € brutto by nemalo za následok vznik škody väčšieho rozsahu a spôsobenie takto malej škody zamestnávateľovi bez ďalšieho nemožno hodnotiť ako závažné porušenie pracovnej disciplíny. Odvolací súd napokon zdôrazňuje, že okamžité skončenie pracovné pomeru je výnimočný nástroj pre ukončenie pracovnoprávneho vzťahu a k uplatneniu tohto inštitútu je potrebné pristupovať zvlášť citlivo. Odporca v tomto prípade okamžite skončil pracovný pomer bez toho, aby si svoje podozrenie resp. vzniknutú situáciu vyjasnil prostriedkami, ktoré mu boli dostupné. Odporca vo svojom odvolaní poukázal na skutočnosť, že odborová organizácia (ako zástupca zamestnancov podľa § 74 Zákonníka práce) sa stotožnila s tvrdením odporcu o tom, že navrhovateľka porušila pracovnú disciplínu a namietal, že súd prvého stupňa sa nezaoberal skutkovými zisteniami zástupcov zamestnancov. Uvedené skutočnosti nemajú pre rozhodnutie súdu v danom konaní žiaden význam. Pre platnosť okamžitého skončenia pracovného pomeru zákon v rozhodnom čase (i v súčasnosti) vyžadoval, aby okamžité skončenie pracovného pomeru zamestnávateľ vopred prerokoval so zástupcami zamestnancov, neupravoval však spôsob tohto prerokovania. Zákon nevyžadoval súhlas zástupcov zamestnancov s okamžitým skončením pracovného pomeru, dokonca zástupcovia zamestnancov nie sú povinní k veci zaujať stanovisko, resp. vôbec ju prerokovať. Ani prípadný nesúhlas zástupcov zamestnancov neznemožňuje zamestnávateľovi okamžite skončiť pracovný pomer. Z uvedeného vyplýva, že prerokovanie okamžitého skončenia pracovného pomeru má výlučne formálny charakter, keď zákon dokonca za splnenia určitých podmienok pripúšťa len fikciu prerokovania a výsledky prípadného skutočného prerokovania nemajú záväznosť pre účastníkov pracovnoprávneho vzťahu a už vôbec nie sú záväzné pre súd rozhodujúci o neplatnosti okamžitého skončenia pracovného pomeru. Akékoľvek výstupy prerokovania okamžitého skončenia pracovného pomeru môžu mať nanajvýš odporúčací charakter. Zástupcom zamestnancov zo Zákonníka práce nevyplýva právomoc vyšetriť, či naozaj došlo ku skutočnostiam, pre ktoré chce zamestnávateľ okamžite skončiť pracovný pomer. Súd prvého stupňa sa preto nemohol zaoberať neexistujúcimi „skutkovými zisteniami“ zástupcov zamestnancov, ktorými argumentoval odporca v odvolaní. Námietky odporcu uvádzané v odvolaní, že rozhodnutie je nedostatočne odôvodnené, že prvostupňový súd dospel k nesprávnym skutkovým zisteniam a jeho rozhodnutie vychádza z nesprávneho právneho posúdenia veci sú právne irelevantné. Odvolací súd má zato, že odôvodnenie napadnutého rozsudku má všetky náležitosti v zmysle § 157 ods. 2 O.s.p. , je presvedčivé keď v ňom bolo uvedené, čoho sa navrhovateľ (žalobca) domáhal a z akých dôvodov, ako sa vo veci vyjadril odporca (žalovaný), prvostupňový súd jasne a výstižne vysvetlil, ktoré skutočnosti mal za preukázané a ktoré nie, z ktorých dôkazov vychádzal a akými úvahami sa pri hodnotení dôkazov riadil a ako vec právne posúdil. Rovnako odvolací súd zastáva názor, že prvostupňový súd všetky vykonané dôkazy riadne vyhodnotil vo vzájomnej súvislosti v zmysle § 132 O.s.p.. Z takto vykonaných dôkazov potom zistil skutkový stav veci potrebný pre rozhodnutie na ktorý správne aplikoval príslušné hmotnoprávne ustanovenia Zákonníka práce. Odvolací súd z vyššie uvedených dôvodov podľa § 219 ods. 1 O.s.p. medzitýmny rozsudok súdu prvého stupňa ako vecne správny potvrdil. O náhrade trov celého konania bude rozhodnuté v konečnom rozsudku v ktorom bude rozhodnuté aj o zvyšku uplatneného nároku navrhovateľky a to o náhrade mzdy. Poučenie: Tento rozsudok nie je možné napadnúť odvolaním.</w:t>
      </w:r>
    </w:p>
    <w:p/>
    <w:p>
      <w:r>
        <w:t>Zdroj: KAUZIS.SK – https://www.kauzis.sk/judikatura/r/ECLI:SK:KSBA:2016:1711207665.1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