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5Co/316/2015 z 28. 4. 2016</w:t>
      </w:r>
    </w:p>
    <w:p>
      <w:r>
        <w:t>Uznesenie Krajského súdu Bratislava z 28. apríla 2016, sp. zn. 5Co/316/2015, ECLI:SK:KSBA:2016:1712216626.1</w:t>
      </w:r>
    </w:p>
    <w:p>
      <w:r>
        <w:t>Súd: Krajský súd Bratislava</w:t>
      </w:r>
    </w:p>
    <w:p>
      <w:r>
        <w:t>Spisová značka: 5Co/316/2015</w:t>
      </w:r>
    </w:p>
    <w:p>
      <w:r>
        <w:t>ECLI: ECLI:SK:KSBA:2016:1712216626.1</w:t>
      </w:r>
    </w:p>
    <w:p>
      <w:r>
        <w:t>Dátum vydania: 28. 4. 2016</w:t>
      </w:r>
    </w:p>
    <w:p>
      <w:r>
        <w:t>Forma: Uznesenie</w:t>
      </w:r>
    </w:p>
    <w:p>
      <w:pPr>
        <w:pStyle w:val="Heading2"/>
      </w:pPr>
      <w:r>
        <w:t>Text rozhodnutia</w:t>
      </w:r>
    </w:p>
    <w:p>
      <w:r>
        <w:t>Súd: Krajský súd Bratislava Spisová značka: 5Co/316/2015 Identifikačné číslo súdneho spisu: 1712216626 Dátum vydania rozhodnutia: 29. 04. 2016 Meno a priezvisko sudcu, VSÚ: JUDr. Milan Chalupka ECLI: ECLI:SK:KSBA:2016:1712216626.1 Uznesenie Krajský súd v Bratislave v právnej veci navrhovateľky: POHOTOVOSŤ, s.r.o., IČO: 35 807 598, so sídlom: Pribinova 25, Bratislava, zastúpenej advokátskou kanceláriou Fridrich Paľko, s.r.o., so sídlom: Grösslingova 4, Bratislava, proti odporkyni: Slovenská republika zastúpená Ministerstvom spravodlivosti Slovenskej republiky, so sídlom: Župné nám. 13, Bratislava, o náhradu škody a nemajetkovej ujmy a o súdny poplatok za námietku zaujatosti, na odvolanie navrhovateľky proti uzneseniu Okresného súdu Pezinok, č.k.: 36C/127/2012-8 zo dňa 10.10.2012, takto r o z h o d o l : Odvolací súd napadnuté uznesenie súdu prvého stupňa p o t v r d z u j e. o d ô v o d n e n i e : Napadnutým uznesením súd prvého stupňa uložil navrhovateľovi povinnosť, aby v lehote 10 dní od doručenia predmetného uznesenia zaplatil súdny poplatok za vznesenie námietky zaujatosti vo výške 66,00 €, s poučením, že ak sa poplatok v určenej lehote nezaplatí, bude ho súd vymáhať. Súdny poplatok bol súdom prvého stupňa vyrubený podľa položky č. 17a Sadzobníka súdnych poplatkov zák. č. 71/1992 Zb. o súdnych poplatkoch a poplatku za výpis z registra trestov. Uvedené uznesenie napadol v zákonom stanovenej lehote odvolaním navrhovateľ. Napadnuté uznesenie považoval za neopodstatnené a bez právneho významu, nakoľko nepodal súdu námietku zaujatosti podľa ust. § 15a ods. 1 O.s.p. Navrhovateľ ďalej uviedol,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navrhovateľa Okresný súd Čadca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navrhovateľ tvrdil, že mu nie je možné uložiť povinnosť platiť súdne poplatky. Navrhovateľ zastával názor, že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V závere odvolania navrhovateľ žiadal, aby súd konal bez prieťahov podľa ust. § 12 ods. 1 O.s.p. v spojení s ust. § 12 ods. 3 O.s.p. a otázku prikázania veci inému súdu postúpil príslušnému krajskému súdu na rozhodnutie. Čo sa týka žiadosti navrhovateľky na rozhodnutie o jej návrhu na prikázanie veci inému súdu z dôvodu zaujatosti sudcov Okresného súdu Pezinok (návrh na prikázanie veci z dôvodu nutnosti), o tejto žiadosti rozhodol Krajský súd v Bratislave uznesením č. k. 14NcC/142/2012-12 zo dňa 19.10.2012 tak, že sudca Okresného súdu Pezinok JUDr. Ján Stanček, nie je vylúčený z prejednávania a rozhodovania predmetnej veci a návrhu navrhovateľa na postup v zmysle § 12 ods. 1 O.s.p. sa nevyhovuje. Odvolací súd prejednal uznesenie súdu prvého stupňa podľa § 212 ods. 1 O. s. p. bez nariadenia pojednávania (§ 214 ods. 2 O. s. p.) a dospel k záveru, že odvolanie navrhovateľky nie je dôvodné. 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účastníkom konania 66,-€. Z obsahu spisu v danej veci vyplýva , že navrhovateľ sa návrhom vo veci samej, doručeným prvostupňovému súdu dňa 27.09.2012, domáha náhrady majetkovej škody a nemajetkovej ujmy v zmysle zákona č. 514/2003 Z.z. o zodpovednosti za škodu spôsobenú pri výkone verejnej moci a o zmene niektorých zákonov, ktorá mu vznikla nesprávnym úradným postupom Okresného súdu Pezinok. Navrhovateľka vo svojom návrhu žiadala, aby nadriadený súd rozhodol pred prvotným prejednaním veci o prikázaní veci (tohto sporu) inému súdu, pretože sudcovia miestne a vecne príslušného Okresného súdu Pezinok sú vylúčení z prejednávania a rozhodovania veci vzhľadom na ich pomer k veci a účastníkom konania. To znamená, že uplatnil námietku zaujatosti všetkých sudcov Okresného súdu Pezinok v zmysle § 14 a § 15a O.s.p. Navrhovateľovi vznesením námietky zaujatosti v zmysle citovanej Položky 17a Sadzobníka súdnych poplatkov vznikla poplatková povinnosť vo výške 66,- €. Odvolací súd sa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Vzhľadom k vyššie uvedenému odvolací súd uznesenie súdu prvého stupňa ako vecne správne podľa § 219 ods. 1 O. s. p. potvrdil. Poučenie: Toto uznesenie nemožno napadnúť odvolaním.</w:t>
      </w:r>
    </w:p>
    <w:p/>
    <w:p>
      <w:r>
        <w:t>Zdroj: KAUZIS.SK – https://www.kauzis.sk/judikatura/r/ECLI:SK:KSBA:2016:1712216626.1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