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5Co/132/2016 z 22. 9. 2016</w:t>
      </w:r>
    </w:p>
    <w:p>
      <w:r>
        <w:t>Uznesenie Krajského súdu Bratislava z 22. septembra 2016, sp. zn. 5Co/132/2016, ECLI:SK:KSBA:2016:1712216706.1</w:t>
      </w:r>
    </w:p>
    <w:p>
      <w:r>
        <w:t>Súd: Krajský súd Bratislava</w:t>
      </w:r>
    </w:p>
    <w:p>
      <w:r>
        <w:t>Spisová značka: 5Co/132/2016</w:t>
      </w:r>
    </w:p>
    <w:p>
      <w:r>
        <w:t>ECLI: ECLI:SK:KSBA:2016:1712216706.1</w:t>
      </w:r>
    </w:p>
    <w:p>
      <w:r>
        <w:t>Dátum vydania: 22. 9. 2016</w:t>
      </w:r>
    </w:p>
    <w:p>
      <w:r>
        <w:t>Forma: Uznesenie</w:t>
      </w:r>
    </w:p>
    <w:p>
      <w:pPr>
        <w:pStyle w:val="Heading2"/>
      </w:pPr>
      <w:r>
        <w:t>Text rozhodnutia</w:t>
      </w:r>
    </w:p>
    <w:p>
      <w:r>
        <w:t>Súd: Krajský súd Bratislava Spisová značka: 5Co/132/2016 Identifikačné číslo súdneho spisu: 1712216706 Dátum vydania rozhodnutia: 23. 09. 2016 Meno a priezvisko sudcu, VSÚ: JUDr. Milan Chalupka ECLI: ECLI:SK:KSBA:2016:1712216706.1 Uznesenie Krajský súd v Bratislave v senáte zloženom z predsedu senátu JUDr. Milana Chalupku a členov senátu JUDr. Juraja Považana a JUDr. Janky Richterovej v právnej veci žalobkne: POHOTOVOSŤ, s.r.o., IČO: 35 807 598, so sídlom: Pribinova 25, Bratislava, zastúpenej advokátskou kanceláriou Fridrich Paľko, s.r.o., so sídlom: Grösslingova 4, Bratislava proti žalovanému: Slovenská republika zastúpená Ministerstvom spravodlivosti Slovenskej republiky, so sídlom: Župné nám. č. 13, Bratislava, o náhradu majetkovej škody a nemajetkovej ujmy, na odvolanie žalobcu proti uzneseniu Okresného súdu Pezinok, č.k.: 36C/135/2012-8 zo dňa 10.10.2012, takto r o z h o d o l : Odvolací súd napadnuté uznesenie súdu prvej inštancie p o t v r d z u j e. o d ô v o d n e n i e : 1. Napadnutým uznesením Okresný súd Bratislava III uložil žalobcovi, aby v lehote 10 dní od 10 doručenia predmetného uznesenia zaplatil súdny poplatok za vznesenie námietky zaujatosti vo výške 66 eur Súdny poplatok bol súdom prvej inštancie vyrubený podľa položky č. 17a Sadzobníka súdnych poplatkov zákona č. 71/1992 Zb. o súdnych poplatkoch a poplatku za výpis z registra trestov. 2. Proti tomuto uzneseniu podal v zákonom stanovenej lehote odvolanie žalobca, žiadajúc, aby súd prvej inštancie s poukazom na ust. § 210a O.s.p. odvolaniu v celom rozsahu vyhovel a napadnuté uznesenie zrušil bez náhrady, alternatívne, aby napadnuté uznesenie v celom rozsahu zrušil odvolací súd. (Podľa obsahu odvolania žalobca odvolaním napadol uznesenie súdu prvého stupňa vo výroku, ktorým mu súd prvého stupňa uložil povinnosť zaplatiť súdny poplatok za vznesenie námietky zaujatosti v sume 66 eur). Žalobca považoval napadnuté unesenie za neopodstatnené, bez právneho významu, nakoľko nepodal súdu námietku zaujatosti podľa ust. § 15a ods. 1 O.s.p. a spoplatňovanie fiktívneho návrhu je preto bezpredmetné. Podotkol, že v úvode svojej žaloby iba uviedol skutočnosti preukazujúce fakt, že inak vecne a miestne príslušný súd nemôže vo veci konať, pretože jeho sudcovia sú z prejednania veci vylúčení, keďže majú pomer k veci a účastníkom konania a sú teda vo veci zaujatí (§ 14 O.s.p.). Podľa jeho názoru Okresný súd Čadca mal preto postupovať zákonným spôsobom a podľa ust. § 12 ods. 1 O.s.p. v spojení s ust. § 12 ods. 3 O.s.p. požiadať príslušný krajský súd, aby prikázal vec na prejednanie inému súdu toho istého stupňa. Uviedol, že vo veci nejde o vhodnosť, ale nutnosť, a preto musí byť vec prikázaná inému súdu, aby bolo konanie spravodlivé a vo veci samej rozhodoval nestranný zákonný sudca. Očakával postup podľa § 15 O.s.p., pretože tvrdené okolnosti neoznamuje v rámci námietky zaujatosti podľa § 15a O.s.p., a teda ho nie je možné vyzvať na zaplatenie súdneho poplatku za vznesenie námietky zaujatosti. Ďalej žalobca poznamenal, že z judikatúry ústavného súdu možno vyvodiť, že tvrdenie účastníka konania, podľa ktorého v jeho veci nekoná zákonný sudca, treba považovať za námietku zaujatosti, a to z objektívneho pohľadu. Tvrdil, že ak by aj súd mal za to, že vo veci je nutné uhradiť poplatok za vznesenie námietky zaujatosti podľa položky 17a ZoSP, žalobcovi nie je možné uložiť povinnosť platiť súdne poplatky. Uviedol, že podľa ust. § 4 ods. 1 písm. k/ ZoSP je súdne konanie vo veciach náhrady škody spôsobenej nezákonným rozhodnutím orgánu verejnej moci alebo jeho nesprávnym úradným postupom od poplatkov oslobodené. Rovnako sa to týka poplatkov za podané návrhy vo veci samej, znalecké dokazovanie či návrhy na vylúčenie sudcov. V zmysle citovaného ustanovenia žalobca súdne poplatky v konaní neplatí. 3. Čo sa týka žiadosti žalobcu na rozhodnutie o jeho návrhu na prikázanie veci inému súdu z dôvodu zaujatosti sudcov Okresného súdu Pezinok (návrh na prikázanie veci z dôvodu nutnosti), o tejto žiadosti rozhodol Krajský súd v Bratislave uznesením č. k. 11NcC/144/2012-12 zo dňa 22.10.2012 tak, že sudcovia Okresného súdu Pezinok, s výnimkou sudkyne JUDr. Zuzany Gajerovej, nie sú vylúčení z prejednávania a rozhodovania predmetnej veci. 4. Podľa § 470 ods. 1 prechodných ustanovení zákona č. 160/2015 Z. z. Civilný sporový poriadok platného a účinného od 1.7.2016 (ďalej len „CSP“) ak nie je ustanovené inak, platí tento zákon aj na konania začaté predo dňom nadobudnutia jeho účinnosti. 5. Odvolací súd s poukazom na vyššie uvedené ustanovenie CSP preskúmal a prejednal vec v rozsahu podaného odvolania v zmysle § 379 a § 380 ods. 1 CSP bez nariadenia odvolacieho pojednávania a dospel k záveru, že odvolanie žalobcu nie je dôvodné. 6. Podľa § 1 ods. 1 zákona č. 71/1992 Zb. o súdnych poplatkoch v znení účinnom do 30.9.2012,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7. Podľa § 2 ods. 1 písm. a) citovaného zákona poplatníkom je navrhovateľ poplatkového úkonu, ak je podľa sadzobníka ustanovený poplatok za návrh. 8. Podľa § 5 ods. 1 písm. g) citovaného zákona poplatková povinnosť vzniká podaním námietky zaujatosti účastníkom konania podľa osobitného predpisu. 9. Podľa § 4 ods. 1 písm. k) citovaného zákona od poplatku je oslobodené súdne konanie vo veciach náhrady škody spôsobenej nezákonným rozhodnutím orgánu verejnej moci alebo jeho nesprávnym úradným postupom. 10. Podľa § 4 ods. 4 citovaného zákona sa oslobodenie podľa odsekov 1 a 2 vzťahuje aj na konanie o odvolaní, dovolaní, obnove konania a výkone rozhodnutia alebo exekúcii. 11. Podľa Položky 17a Sadzobníka súdnych poplatkov, prílohy citovaného zákona sa platí súdny poplatok za vznesenie námietky zaujatosti účastníkom konania 66 eur.. 12. Z obsahu spisu v danej veci vyplýva, že žalobca sa návrhom vo veci samej, doručeným súdu prvej inštancie dňa 27.09.2012, domáha náhrady majetkovej škody a nemajetkovej ujmy v zmysle zákona č. 514/2003 Z.z. o zodpovednosti za škodu spôsobenú pri výkone verejnej moci a o zmene niektorých zákonov, ktorá mu vznikla nesprávnym úradným postupom Okresného súdu Pezinok. Žalobca vo svojom návrhu žiadal, aby nadriadený súd rozhodol pred prvotným prejednaním veci o prikázaní veci (tohto sporu) inému súdu, pretože sudcovia miestne a vecne príslušného Okresného súdu Pezinok sú vylúčení z prejednávania a rozhodovania veci vzhľadom na ich pomer k veci a účastníkom konania. To znamená, že uplatnil námietku zaujatosti všetkých sudcov Okresného súdu Pezinok v zmysle § 49 a § 52 CSP (v čase podania žaloby § 14 a § 15a O.s.p.) Žalobcovi vznesením námietky zaujatosti v zmysle citovanej Položky 17a Sadzobníka súdnych poplatkov vznikla poplatková povinnosť vo výške 66 eur. 13. Odvolací súd sa nestotožnil s názorom žalobcu uplatneným v odvolaní, že žalobcovi nie je možné uložiť poplatok za vznesenie námietky zaujatosti, nakoľko súdne konania vo veciach náhrady škody spôsobenej nezákonným rozhodnutím orgánu verejnej moci alebo jeho nesprávnym úradným postupom sú v zmysle § 4 ods. 1 písm. k) zákona o súdnych poplatkoch, v znení účinnom do 30.09.2012, od platenia súdnych poplatkov oslobodené. V zmysle judikatúry Ústavného súdu SR (uznesenie Ústavného súdu SR z 30. marca 2011, sp. zn. II. ÚS 124/2011) vecné oslobodenie občianskeho súdneho konania od súdneho poplatku podľa § 4 ods. 1 zákona o súdnych poplatkoch sa nevzťahuje aj na súdny poplatok za vznesenie námietky zaujatosti podľa položky č. 17a Sadzobníka súdnych poplatkov. Od povinnosti zaplatiť tento poplatok možno oslobodiť účastníka iba postupom podľa § 254 CSP. Vecné oslobodenie strany sporu od súdneho poplatku podľa § 4 zákona o súdnych poplatkoch sa vzťahuje iba na súdny poplatok za návrh (§ 4 ods. 1 zákona o súdnych poplatkoch), za odvolanie, dovolanie, návrh na obnovu konania, výkon rozhodnutia a exekúciu (§ 4 ods. 3 zákona o súdnych poplatkoch). 14. Odvolací súd z vyššie uvedených dôvodov napadnuté uznesenie súd prvej inštancie ako vecne správne v zmysle § 381 ods. 1, 2 CSP potvrdil. 15. Toto rozhodnutie bolo prijaté senátom Krajského súdu v Bratislave pomerom hlasov 3:0 (§ 3 ods. 9 zák. č. 757/2004 Z. z. o súdoch a o zmene a doplnení niektorých zákonov v znení neskorších zákonov, § 393 ods. 2 CSP).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 V Bratislave, dňa 23. september 2016</w:t>
      </w:r>
    </w:p>
    <w:p/>
    <w:p>
      <w:r>
        <w:t>Zdroj: KAUZIS.SK – https://www.kauzis.sk/judikatura/r/ECLI:SK:KSBA:2016:1712216706.1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