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5Co/291/2016 z 28. 7. 2016</w:t>
      </w:r>
    </w:p>
    <w:p>
      <w:r>
        <w:t>Uznesenie Krajského súdu Bratislava z 28. júla 2016, sp. zn. 5Co/291/2016, ECLI:SK:KSBA:2016:1713206718.2</w:t>
      </w:r>
    </w:p>
    <w:p>
      <w:r>
        <w:t>Súd: Krajský súd Bratislava</w:t>
      </w:r>
    </w:p>
    <w:p>
      <w:r>
        <w:t>Spisová značka: 5Co/291/2016</w:t>
      </w:r>
    </w:p>
    <w:p>
      <w:r>
        <w:t>ECLI: ECLI:SK:KSBA:2016:1713206718.2</w:t>
      </w:r>
    </w:p>
    <w:p>
      <w:r>
        <w:t>Dátum vydania: 28.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5Co/291/2016 Identifikačné číslo súdneho spisu: 1713206718 Dátum vydania rozhodnutia: 29. 07. 2016 Meno a priezvisko sudcu, VSÚ: JUDr. Juraj Považan ECLI: ECLI:SK:KSBA:2016:1713206718.2 Uznesenie Krajský súd v Bratislave v senáte zloženom z predsedu senátu: JUDr. Juraja Považana a členov senátu JUDr. Janky Richterovej a JUDr. Milana Chalupku, v právnej veci žalobkyne: R.. U. V., advokátska kancelária so sídlom v Bratislave, Záhradnícka č. 7, proti žalovanému: I. Q., F. M. Č.. XXX, XXX XX F., o zaplatenie 236,71 Eur s prísl., na odvolanie žalovaného proti uzneseniu Okresného súdu Pezinok zo dňa 15. februára 2016 č.k. 6C/272/2013-45 v znení opravného uznesenia rovnakého súdu zo dňa 17. mája 2016 č.k. 6C/272/2013-55 takto r o z h o d o l : Odvolací súd uznesenie súdu prvej inštancie vo výroku o trovách konania p o t v r d z u j e . Žalobkyni nepriznáva právo na náhradu trov odvolacieho konania o d ô v o d n e n i e : 1/Napadnutým uznesením súd prvej inštancie z dôvodu späťvzatia žaloby zastavil konanie, obom stranám vrátil zaplatený súdny poplatok a žiadnemu z účastníkom nepriznal právo na náhradu trov konania podľa § 146 ods.1 písm. c/ O.s.p. 2/Proti výroku o trovách podal včas odvolanie žalovaný, domáhajúc sa jeho zmeny a priznania náhrady trov konania, pozostávajúcich z cestovných výdavkov z adresy trvalého bydliska v Spolkovej republiky Nemecko v súvislosti s účasťou na pojednávaniach v Pezinku. 3/ Odvolací súd prejednal odvolanie žalovaného v rozsahu a z dôvodov ním vymedzených (§ 378 a § 380 ods. 1 C.s.p.) a dospel k záveru, že odvolanie nie je opodstatnené. 4/ V prípade zastavenia konania je rozhodnutie o trovách ovládané zásadou zavinenia, t.j. náklady trov konania znáša účastník, ktorý zastavenie konania zavinil. 5/ V prejednávanej veci došlo k späťvzatiu žaloby vzhľadom na to, že žalovaný po začatí súdneho konania poskytol žalobkyni plnenie v rozsahu prevyšujúcom žalovanú pohľadávku. Žalovaný je teda stranou, ktorá zastavenie konania zavinila, v dôsledku čoho by mal znášať náklady trov konania žalobkyne. Žalobkyňa náhradu trov neuplatňovala, po vrátení súdneho poplatku jej vznikli v nevýznamnej výške. Možno akceptovať preto rozhodnutie súdu prvej inštancie o nepriznaní náhrady trov konania žiadnemu z účastníkov, hoci z formálneho hľadiska by stavu veci za účinnosti predchádzujúcej právnej úpravy (Občiansky súdny poriadok) zodpovedal výrok o tom, že žalobkyni náhradu trov konania nepriznáva (pri aplikácii ust. § 146 ods. 2 O.s.p.). 6/ Pre priznanie trov konania žalovanému teda niet zákonného dôvodu. Žalovaný napokon ani nepreukázal, že v súvislosti s účasťou na pojednávaniach mu skutočne vznikli cestovné výdavky za cestu z Nemecka na Slovensko. Predložil len potvrdenie o výška cestovného, bez predloženia konkrétnych cestovných lístkov. Treba pritom vziať do úvahy, že na viacerých podaniach v spise si uvádza adresu pre doručovanie adresu na Slovensko (Bernolákovo). Nemožno preto vylúčiť, hoci žalovaný žije v Nemecku, že sa zdržiava sa po isté obdobie roka aj na území Slovenska. 7/ Z týchto dôvodov odvolací súd uznesenie súdu prvej inštancie ako vecne správne potvrdil (§ 387 ods. 1 C.s.p.) 8/ Žalobkyni nepriznal právo na náhradu trov odvolacieho konania, pretože jej nevznikli žiadne. 9/ Rozhodnutie senátu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V Bratislave, dňa 29. júl 2016</w:t>
      </w:r>
    </w:p>
    <w:p/>
    <w:p>
      <w:r>
        <w:t>Zdroj: KAUZIS.SK – https://www.kauzis.sk/judikatura/r/ECLI:SK:KSBA:2016:1713206718.2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