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5Co/44/2016 z 28. 6. 2016</w:t>
      </w:r>
    </w:p>
    <w:p>
      <w:r>
        <w:t>Uznesenie Krajského súdu Bratislava z 28. júna 2016, sp. zn. 5Co/44/2016, ECLI:SK:KSBA:2016:1714206044.1</w:t>
      </w:r>
    </w:p>
    <w:p>
      <w:r>
        <w:t>Súd: Krajský súd Bratislava</w:t>
      </w:r>
    </w:p>
    <w:p>
      <w:r>
        <w:t>Spisová značka: 5Co/44/2016</w:t>
      </w:r>
    </w:p>
    <w:p>
      <w:r>
        <w:t>ECLI: ECLI:SK:KSBA:2016:1714206044.1</w:t>
      </w:r>
    </w:p>
    <w:p>
      <w:r>
        <w:t>Dátum vydania: 28. 6. 2016</w:t>
      </w:r>
    </w:p>
    <w:p>
      <w:r>
        <w:t>Forma: Uznesenie</w:t>
      </w:r>
    </w:p>
    <w:p>
      <w:r>
        <w:t>Oblasť práva: Občianske právo</w:t>
      </w:r>
    </w:p>
    <w:p>
      <w:pPr>
        <w:pStyle w:val="Heading2"/>
      </w:pPr>
      <w:r>
        <w:t>Text rozhodnutia</w:t>
      </w:r>
    </w:p>
    <w:p>
      <w:r>
        <w:t>Súd: Krajský súd Bratislava Spisová značka: 5Co/44/2016 Identifikačné číslo súdneho spisu: 1714206044 Dátum vydania rozhodnutia: 29. 06. 2016 Meno a priezvisko sudcu, VSÚ: JUDr. Milan Chalupka ECLI: ECLI:SK:KSBA:2016:1714206044.1 Uznesenie Krajský súd v Bratislave v právnej veci navrhovateľa: Quantum Credit, a. s., IČO: 47 248 980, so sídlom Tomášikova 23/C, Bratislava, v zast.: PERSPECTA Legal, s. r. o., so sídlom Tomášikova 23/C, Bratislava, proti odporcovi: G. O., B.. XX. XX. XXXX, X. W. XXXX/XX, T., o zaplatenie 259,32 eur a späťvzatí návrhu vo veci vedenej na Okresnom súde Pezinok, sp. zn. 37C/223/2014, takto r o z h o d o l : Odvolací súd p r i p ú š ť a späťvzatie žaloby, rozsudok súdu prvého stupňa, č. k. 37C/223/2014-30 zo dňa 27. 05. 2015 z r u š u j e a konanie z a s t a v u j e. Odporcovi s a n e p r i z n á v a náhrada trov konania. o d ô v o d n e n i e : Rozsudkom č. k. 37C/223/2014-30 zo dňa 27. 05. 2015 súd prvého stupňa návrh zamietol. Navrhovateľovi náhradu trov konania nepriznal. Podaním doručeným súdu prvého stupňa dňa 26. 06. 2015 vzal navrhovateľ návrh na začatie konania zo dňa 23. 06. 2014 v celom rozsahu späť a žiadajú, aby súd konanie zastavil. V rámci podania taktiež žiadajú o vrátenie alikvotnej časti súdneho poplatku. Súd prvého stupňa výzvou zo dňa 08. 12. 2015 odporcu podľa § 208 O. s. p. vyzval, aby v lehote 10 dní súdu oznámil či so späťvzatím návrhu v celom rozsahu súhlasí. Odporca sa k výzve súdu nevyjadril. Podľa § 208 O. s. 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Podľa § 11 ods. 3 zákona č. 71/1992 Zb. o súdnych poplatkoch a poplatku za výpis z registra trestov poplatok splatný podaním návrhu na začatie konania, podaním odvolania alebo dovolania sa vráti, ak sa konanie zastavilo, ak sa podanie vrátane odvolania a dovolania odmietlo alebo ak sa návrh, odvolanie alebo dovolanie vzali späť pred prvým pojednávaním bez ohľadu na to, či bol vydaný platobný rozkaz alebo rozkaz na plnenie. Ak sa návrh na začatie konania o rozvode manželstva vzal späť po prvom pojednávaní na príslušnom stupni súdov, vráti sa polovica všetkých zaplatených poplatkov. V konaní o preskúmaní rozhodnutia orgánu verejnej správy sa poplatok vráti, ak sa návrh na začatie konania vzal späť pred prejednaním veci alebo ak bolo konanie zastavené z dôvodu, že účastník nebol v konaní riadne zastúpený. Nakoľko navrhovateľ vzal žalobu späť v čase po rozhodnutí súdu prvého stupňa, avšak predtým ako sa rozsudok súdu prvého stupňa stal právoplatným, odvolací súd po prejednaní veci bez pojednávania podľa § 214 ods. 2 O. s. p. postupoval v zmysle § 208 O. s. p., pripustil späťvzatie žaloby vo veci samej, zrušil napadnutý rozsudok vo veci a konanie vo veci samej zastavil. O náhrade trov konania odvolací súd rozhodol podľa § 146 ods. 2 veta prvá O. s. p., nakoľko z obsahu späťvzatia žaloby zo dňa 19. 06. 2015 má zrejmé, že zastavenie konania zavinil navrhovateľ a k späťvzatiu žaloby nedošlo pre správanie odporcu (dôvodom zastavenia konania nebola skutočnosť, že odporca sa zachoval v zmysle žalobného petitu). Nakoľko si odporca náhradu trov konania neuplatnil, náhradu trov mu odvolací súd nepriznal. Odvolací súd navrhovateľovi nepriznal právo na vrátenie súdneho poplatku za návrh podľa § 11 ods. 3 zákona č. 71/1992 Zb., keď má z obsahu spisu zrejmé, že návrh na začatie konania bol vzatý späť po vydaní rozhodnutia vo veci samej; neboli tak splnené podmienky na vrátenie súdneho poplatku za návrh podľa citovaného ustanovenia. Poučenie: Toto uznesenie nemožno napadnúť odvolaním.</w:t>
      </w:r>
    </w:p>
    <w:p/>
    <w:p>
      <w:r>
        <w:t>Zdroj: KAUZIS.SK – https://www.kauzis.sk/judikatura/r/ECLI:SK:KSBA:2016:1714206044.1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