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3Co/187/2016 z 29. 6. 2016</w:t>
      </w:r>
    </w:p>
    <w:p>
      <w:r>
        <w:t>Uznesenie Krajského súdu Bratislava z 29. júna 2016, sp. zn. 3Co/187/2016, ECLI:SK:KSBA:2016:1714206046.1</w:t>
      </w:r>
    </w:p>
    <w:p>
      <w:r>
        <w:t>Súd: Krajský súd Bratislava</w:t>
      </w:r>
    </w:p>
    <w:p>
      <w:r>
        <w:t>Spisová značka: 3Co/187/2016</w:t>
      </w:r>
    </w:p>
    <w:p>
      <w:r>
        <w:t>ECLI: ECLI:SK:KSBA:2016:1714206046.1</w:t>
      </w:r>
    </w:p>
    <w:p>
      <w:r>
        <w:t>Dátum vydania: 29.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3Co/187/2016 Identifikačné číslo súdneho spisu: 1714206046 Dátum vydania rozhodnutia: 30. 06. 2016 Meno a priezvisko sudcu, VSÚ: JUDr. Roman Bolebruch ECLI: ECLI:SK:KSBA:2016:1714206046.1 Uznesenie Krajský súd v Bratislave v právnej veci navrhovateľky: U. L., F. G. XXX, J., zastúpená advokátkou JUDr. Milotou Klemaničovou, Dr. Bokesa 17, Pezinok proti odporcovi: E. L., F. G. XXX, J., o zrušenie bezpodielového spoluvlastníctva manželov za trvania manželstva, na odvolanie navrhovateľky proti uzneseniu Okresného súdu Pezinok č.k. 5C/176/2014-34, zo dňa 7.7.2015 v spojení s opravným uznesením č.k. 5C/176/2014-36 zo dňa 27.10.2015, takto r o z h o d o l : Odvolací súd odvolacie konanie zastavuje. Odporcovi náhradu trov odvolacieho konania nepriznáva. o d ô v o d n e n i e : Súd prvého stupňa napadnutým uznesením v spojení s opravným uznesením zastavil konanie, odporcovi nepriznal náhradu trov konania a navrhovateľke priznal vrátenie súdneho poplatku vo výške 158,80 eura, ktoré vykoná Slovenská pošta a.s. po právoplatnosti uznesenia. Proti uzneseniu v časti týkajúcej sa vrátenia súdneho poplatku, podala navrhovateľka odvolanie, ktoré podaním zo dňa 22.4.2016 vzala späť. Nakoľko bolo odvolanie proti uzneseniu súdu prvého stupňa, o ktorom nebolo rozhodnuté, vzaté späť, odvolací súd odvolacie konanie podľa § 207 ods. 3 O.s.p. zastavil. O náhrade trov odvolacieho konania odvolací súd rozhodol v zmysle § 146 ods. 2 veta prvá O.s.p. v spojení s § 224 ods. 1 O.s.p. Navrhovateľka späťvzatím odvolania procesne zavinila zastavenie odvolacieho konania, bola by preto povinná nahradiť trovy odvolacieho konania odporcovi. Nakoľko odporca si trovy odvolacieho konania neuplatnil a ani mu žiadne nevznikli, odvolací súd mu ich náhradu nepriznal. Toto rozhodnutie prijal senát Krajského súdu v Bratislave pomerom hlasov 3:0. Poučenie: Proti tomuto uzneseniu odvolanie nie je prípustné.</w:t>
      </w:r>
    </w:p>
    <w:p/>
    <w:p>
      <w:r>
        <w:t>Zdroj: KAUZIS.SK – https://www.kauzis.sk/judikatura/r/ECLI:SK:KSBA:2016:1714206046.1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