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5Co/422/2016 z 29. 11. 2016</w:t>
      </w:r>
    </w:p>
    <w:p>
      <w:r>
        <w:t>Uznesenie Krajského súdu Bratislava z 29. novembra 2016, sp. zn. 5Co/422/2016, ECLI:SK:KSBA:2016:1715203364.1</w:t>
      </w:r>
    </w:p>
    <w:p>
      <w:r>
        <w:t>Súd: Krajský súd Bratislava</w:t>
      </w:r>
    </w:p>
    <w:p>
      <w:r>
        <w:t>Spisová značka: 5Co/422/2016</w:t>
      </w:r>
    </w:p>
    <w:p>
      <w:r>
        <w:t>ECLI: ECLI:SK:KSBA:2016:1715203364.1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5Co/422/2016 Identifikačné číslo súdneho spisu: 1715203364 Dátum vydania rozhodnutia: 30. 11. 2016 Meno a priezvisko sudcu, VSÚ: JUDr. Milan Chalupka ECLI: ECLI:SK:KSBA:2016:1715203364.1 Uznesenie Krajský súd v Bratislave v senáte zloženom z predsedu senátu JUDr. Milana Chalupku a členov senátu JUDr. Juraja Považana a JUDr. Janky Richterovej vo veci žalobcu: Dopravný podnik Bratislava, akciová spoločnosť, IČO: 00 492 736, so sídlom: Olejkárska 1, Bratislava, zastúpeného advokátom: JUDr. Vladimírom Kánom, Námestie Martina Benku 9, Bratislava, proti žalovanému: Q. A., N..: XX.XX.XXXX, C. A.: B. XXX/XX, W., o zaplatenie 70,70 eur s príslušenstvom, na odvolanie žalovaného proti rozsudku Okresného súdu Pezinok, č.k.: 39C/108/2015-29 zo dňa 08.06.2016, takto r o z h o d o l : Odvolací súd napadnutý rozsudok súdu prvej inštancie z r u š u j e a vec v r a c i a súdu prvej inštancie na ďalšie konanie. o d ô v o d n e n i e : 1. Napadnutým rozsudkom súd prvej inštancie uložil žalovanému povinnosť zaplatiť žalobcovi sumu vo výške 70,70 eur a nahradiť žalobcovi trovy konania vo výške 76,48 eur, ktoré je povinný zaplatiť právnemu zástupcovi žalobcu a to všetko do 3 dní od právoplatnosti tohto rozsudku. 2. Svoje rozhodnutie súd prvej inštancie právne odôvodnil podľa § 174 ods. 2, § 115a ods. 1, 2, § 156 ods. 3 O.s.p., § 760 Občianskeho zákonníka, § 14 ods. 1 zákona č. 56/2012 Z.z. o cestnej doprave a vecne tým, že žalobca sa návrhom doručeným súdu dňa 27.apríla 2015 domáhal proti žalovanému zaplatenia 70,70 eur a náhrady trov konania. Návrh zdôvodnil tým, že žalovaný sa na výzvu kontrolného orgánu žalobcu dňa 23.09.2014 na linke MHD č. XX nepreukázal platným cestovným lístkom. Preto mu k hodnote cestovného lístka bola účtovaná suma 70 eur. 3. Na základe predložených listinných dôkazov dospel súd k záveru, že návrh bol podaný dôvodne. Na základe zisteného skutkového stavu a citovaných predpisov zaviazal súd žalovaného na zaplatenie sumy 70,70 eur a cestovného 0,70 eur. 4. Proti predmetnému rozsudku podal odvolanie žalovaný, ktorý žiada odvolací súd, aby rozhodnutie súdu prvej inštancie zrušil a vec mu vrátil na ďalšie konanie. Svoje odvolanie odôvodnil tým, že žalobcovi zaplatil sumu 50 eur prostredníctvom platobného šeku a to v lehote uvedenej na zadnej strane pokutového lístka, teda 3 dní od incidentu na linke č. XX. Žalovaný v prílohách taktiež pripája kópiu predmetného šeku. 5. Podľa prechodného ustanovenia § 470 ods. 1 C.s.p., ktorý nadobudol účinnosť 01. júla 2016, ak nie je ustanovené inak, platí tento zákon aj na konania začaté predo dňom nadobudnutia jeho účinnosti. Podľa § 470 ods. 2 veta prvá C.s.p. (ale) právne účinky úkonov, ktoré v konaní nastali predo dňom nadobudnutia účinnosti tohto zákona, zostávajú zachované. 6. Odvolací súd, viazaný rozsahom (§ 379 C.s.p.) a odvolacími dôvodmi odvolania (§ 380 ods. 1 C.s.p.), preskúmal vec bez nariadenia odvolacieho pojednávania (§ 385 ods. 1 C.s.p.) a dospel k záveru, že odvolanie žalovaného je dôvodné. 7. Z obsahu súdneho spisu odvolací súd zistil, že súd prvej inštancie rozhodol tak, že žalovaného zaviazal povinnosťou zaplatiť žalobcovi sumu vo výške 70,70 eur a nahradiť žalobcovi trovy konania vo výške 76,48 eur. Z odvolania žalovaného má odvolací súd za preukázané, že žalovaný platobným šekom zo dňa 26.09.2014 zaplatil žalobcovi sumu vo výške 50 eur a 70 centov. 8. Vzhľadom na vyššie uvedené odvolací súd dospel k názoru, že súd prvej inštancie v dôsledku nesprávneho právneho posúdenia veci nevykonal navrhované dôkazy Krajský súd v Bratislave napadnutý rozsudok súdu prvej inštancie podľa § 389 ods. 1 písm. c/ C. s. p. zrušil. 9. Úlohou súdu prvej inštancie bude vo veci ďalej konať a vysporiadať sa s dôkazom navrhovaným žalovaným „platobný šek zo dňa 26.09.2014“, ktorým žalovaný zaplatil na účet žalobcu sumu 50,70 eur. 10.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https://www.kauzis.sk/judikatura/r/ECLI:SK:KSBA:2016:1715203364.1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