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11CoP/76/2016 z 7. 6. 2016</w:t>
      </w:r>
    </w:p>
    <w:p>
      <w:r>
        <w:t>Uznesenie Krajského súdu Bratislava z 7. júna 2016, sp. zn. 11CoP/76/2016, ECLI:SK:KSBA:2016:1715204445.1</w:t>
      </w:r>
    </w:p>
    <w:p>
      <w:r>
        <w:t>Súd: Krajský súd Bratislava</w:t>
      </w:r>
    </w:p>
    <w:p>
      <w:r>
        <w:t>Spisová značka: 11CoP/76/2016</w:t>
      </w:r>
    </w:p>
    <w:p>
      <w:r>
        <w:t>ECLI: ECLI:SK:KSBA:2016:1715204445.1</w:t>
      </w:r>
    </w:p>
    <w:p>
      <w:r>
        <w:t>Dátum vydania: 7. 6. 2016</w:t>
      </w:r>
    </w:p>
    <w:p>
      <w:r>
        <w:t>Forma: Uznesenie</w:t>
      </w:r>
    </w:p>
    <w:p>
      <w:r>
        <w:t>Oblasť práva: Rodinné právo, Rodinné právo</w:t>
      </w:r>
    </w:p>
    <w:p>
      <w:pPr>
        <w:pStyle w:val="Heading2"/>
      </w:pPr>
      <w:r>
        <w:t>Text rozhodnutia</w:t>
      </w:r>
    </w:p>
    <w:p>
      <w:r>
        <w:t>Súd: Krajský súd Bratislava Spisová značka: 11CoP/76/2016 Identifikačné číslo súdneho spisu: 1715204445 Dátum vydania rozhodnutia: 08. 06. 2016 Meno a priezvisko sudcu, VSÚ: JUDr. Katarína Štrignerová ECLI: ECLI:SK:KSBA:2016:1715204445.1 Uznesenie Krajský súd v Bratislave v právnej veci navrhovateľa: O. S., L..: XX.XX.XXXX, J. T. X, XXX XX C., proti odporkyni: X. S., O. M., L..: XX.XX.XXXX, J. G. XX, XXX XX W. G. K., o rozvod manželstva a úpravu výkonu rodičovských práv a povinností k maloletému dieťaťu: E. S., L..: XX.XX.XXXX, zastúpenej kolíznym opatrovníkom Úradom práce, sociálnych vecí a rodiny Pezinok, so sídlom Moyzesova 2, 902 01 Pezinok, na odvolanie odporkyne proti uzneseniu Okresného súdu Pezinok zo dňa 20.10.2015, č.k. 12P/121/2015-19, jednohlasne (pomerom hlasov 3:0) takto r o z h o d o l : Odvolanie odporkyne sa o d m i e t a. Žiaden z účastníkov n e m á právo na náhradu trov odvolacieho konania. o d ô v o d n e n i e : Okresný súd Pezinok uznesením zo dňa 20.10.2015, č.k. 12P/121/2015-19, zastavil konanie o rozvod manželstva v spojení s úpravou výkonu rodičovských práv a povinností k maloletému dieťaťu: E. S., L..: XX.XX.XXXX. Žiadnemu z účastníkov konania nepriznal právo na náhradu trov konania. Navrhovateľovi vrátil zaplatený súdny poplatok za návrh na začatie konania vo výške XX,- eur. Svoje rozhodnutie odôvodnil ust. § 96 ods. 1, 2, 3 O.s.p., § 11 ods. 3, 4, 6 zákona č. 71/1992 Zb. o súdnych poplatkoch v znení neskorších predpisov, a tým, že navrhovateľ na pojednávaní dňa 20.10.2015 zobral svoj návrh v celom rozsahu späť a žiadal konanie zastaviť. Keďže navrhovateľ zobral späť návrh na rozvod manželstva a predtým spolu s podaným návrhom na začatie konania zaplatil súdny poplatok vo výške XX,- eur, súd konanie zastavil a rozhodol o vrátení zaplateného súdneho poplatku. O trovách konaniach rozhodol podľa ust. § 146 ods. 1 písm. c/ O.s.p. Proti tomuto uzneseniu podala odvolanie odporkyňa. Vo svojom odvolaní uviedla, že nesúhlasí so zastavením konania o návrhu na rozvod manželstva, nakoľko manželstvo považuje trvale a nezvratne rozvrátené a s navrhovateľom nežije v spoločnej domácnosti už jeden rok a dva mesiace. Odvolací súd prejednal vec v súlade s ustanovením § 212 ods. 1, 2 O.s.p. bez nariadenia pojednávania (§ 214 ods. 2 O.s.p.) a zistil, že odvolanie odporkyne je potrebné ako neprípustné odmietnuť. Podľa ust. § 201 O.s.p. účastník môže napadnúť rozhodnutie súdu prvého stupňa odvolaním, pokiaľ to zákon nevylučuje. Podľa ust. § 207 ods. 1 O.s.p. vzdať sa odvolania možno len voči súdu, a to až po vyhlásení rozhodnutia. Vzdať sa odvolania môže oprávnený subjekt počnúc vyhlásením príslušného rozhodnutia, ak sa rozhodnutie nevyhlasuje, tak počnúc doručením rozhodnutia. Prejav o vzdaní sa odvolania je neodvolateľný.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či má všetky predpísané náležitosti a či rozhodnutie medzitým nezaniklo inak. Ak odvolací súd zistí, že nie je splnená niektorá z podmienok odvolania, musí odvolanie odmietnuť bez ďalšieho vecného prejednania odvolania. V danom prípade zo spisu Okresného súdu Pezinok vyplynulo, že odporkyňa (zhodne s navrhovateľom) sa dňa 20.10.2015 po vyhlásení rozhodnutia a po poučení o opravnom prostriedku, práva na podanie odvolania vzdala písomne do zápisnice (por. č. l. 18 spisu). Na základe uvedeného odvolací súd odvolanie odporkyne podľa § 218 ods. 1 písm. c/ O.s.p. odmietol ako odvolanie smerujúce proti rozhodnutiu, proti ktorému nie je odvolanie prípustné. O trovách odvolacieho konania odvolací súd rozhodol podľa § 224 ods. 1 O.s.p. v spojení s § 146 ods. 1 písm. c/ O.s.p. tak, že žiaden z účastníkov nemá právo na náhradu trov odvolacieho konania, keďže odmietnutie odvolania má rovnaké procesné účinky ako zastavenie konania. Poučenie: Proti tomuto uzneseniu nie je odvolanie prípustné.</w:t>
      </w:r>
    </w:p>
    <w:p/>
    <w:p>
      <w:r>
        <w:t>Zdroj: KAUZIS.SK – https://www.kauzis.sk/judikatura/r/ECLI:SK:KSBA:2016:1715204445.1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