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3Cob/293/2016 z 30. 10. 2016</w:t>
      </w:r>
    </w:p>
    <w:p>
      <w:r>
        <w:t>Uznesenie Krajského súdu Bratislava z 30. októbra 2016, sp. zn. 3Cob/293/2016, ECLI:SK:KSBA:2016:1715206281.1</w:t>
      </w:r>
    </w:p>
    <w:p>
      <w:r>
        <w:t>Súd: Krajský súd Bratislava</w:t>
      </w:r>
    </w:p>
    <w:p>
      <w:r>
        <w:t>Spisová značka: 3Cob/293/2016</w:t>
      </w:r>
    </w:p>
    <w:p>
      <w:r>
        <w:t>ECLI: ECLI:SK:KSBA:2016:1715206281.1</w:t>
      </w:r>
    </w:p>
    <w:p>
      <w:r>
        <w:t>Dátum vydania: 30. 10.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3Cob/293/2016 Identifikačné číslo súdneho spisu: 1715206281 Dátum vydania rozhodnutia: 31. 10. 2016 Meno a priezvisko sudcu, VSÚ: JUDr. Elena Ondrišová ECLI: ECLI:SK:KSBA:2016:1715206281.1 Uznesenie Krajský súd v Bratislave v senáte zloženom z predsedníčky senátu JUDr. Eleny Ondrišovej a sudcov Mgr. Štefana Zelenáka a JUDr. Miroslavy Janečkovej, v právnej veci žalobcu M.B.A. Financie s.r.o., so sídlom Vysoká 19, Bratislava, IČO: 36 754 404, práv. zst. advokátkou JUDr. Ľudmilou Jurčovou, so sídlom Michalská 9, Bratislava, proti žalovanému JUDr. Eva Bieliková, SKP úpadcu RELCO s.r.o., so sídlom, Okružná 3239 Modra, IČO : 36 541 818 o zaplatenie 180,72 EUR s príslušenstvom, vedenej na Okresnom súde Pezinok pod sp. zn. 36Cb/119/2015, jednohlasne takto r o z h o d o l : Krajský súd v Bratislave p r i p ú š ť a späťvzatie žaloby, rozsudok Okresného súdu Pezinok z r u š u j e a konanie z a s t a v u j e . Žalovanému p r i z n á v a nárok na náhradu trov prvoinštančného i odvolacieho konania v celom rozsahu. o d ô v o d n e n i e : 1. Súd prvej inštancie rozsudkom uložil žalovanému povinnosť zaplatiť žalobcovi sumu 180,72 EUR spolu s úrokom z omeškania v sadzbe 8,75% ročne zo sumy 180,72 EUR od 6.10.2012 do zaplatenia a náhradu trov konania v celkovej sume 80,46 EUR, k rukám právneho zástupcu žalobcu. Rozhodol v zmysle § 153b O.s.p. rozsudkom pre zmeškanie vychádzajúc zo žalobcom v žalobe tvrdených skutočností, že si žalovaný nesplnil povinnosť platiť riadne a včas poistné v súlade s dohodnutými poistnými podmienkami a zmluvou č. 1117003325, poistná zmluva v dôsledku neplatenia v zmysle § 801 ods. 1 Obč. zák. zanikla a žalobcovi vzniklo v zmysle § 803 ods. 1 Obč. zák. právo na poistné do zániku poistenia. 2. Písomným podaním zo dňa 16.5.2016 zobral žalobca žalobcu späť z dôvodu, že na majetok žalovaného bol vyhlásený konkurz. 3. Výzvou zo dňa 21.9.2016 vyzval odvolací súd žalovaného, či so späťvzatím súhlasí v zmysle § 370 zák. č. 160/2015 Z.z. - Civilný sporový poriadok (ďalej len C.s.p.) s tým, že ak sa nevyjadrí, bude mať v zmysle § 157 ods. 2 C.s.p. za to, že so späťvzatím súhlasí. Výzva bola žalovanému doručená 26.9.2016. Podľa § 470 ods. 1 C.s.p., ak nie je ustanovené inak, platí tento zákon aj na konania začaté predo dňom nadobudnutia jeho účinnosti. Podľa § 370 ods. 1 C.s.p., ak je žaloba vzatá späť po rozhodnutí súdu prvej inštancie, ale skôr, ako rozhodnutie nadobudlo právoplatnosť, odvolací súd rozhodne o pripustení späťvzatia. Podľa § 370 ods. 2 C.s.p., súd späťvzatie žaloby nepripustí, ak s tým protistrana z vážnych dôvodov nesúhlasí. Ak späťvzatie žaloby pripustí, odvolací súd zruší rozhodnutie súdu prvej inštancie a konanie zastaví. 4. Vzhľadom na dispozičný úkon žalobcu a súhlas žalovaného, odvolací súd v súlade s § 370 ods. 1 a 2 C.s.p. pripustil späťvzatie žaloby, rozsudok súdu prvej inštancie zrušil a konanie zastavil. 5. O nároku na náhradu trov prvoinštančného i odvolacieho konania rozhodol podľa §§ 396, 262 ods. 1 v spojení s § 256 ods. 2 C.s.p. tak, že žalovanému priznal nárok na náhradu trov, nakoľko žalobca procesne zavinil zastavenie konania. Poučenie: Proti tomuto uzneseniu odvolanie nie je prípustné. Proti tomuto rozsudku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https://www.kauzis.sk/judikatura/r/ECLI:SK:KSBA:2016:1715206281.1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