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6S/62/2013 z 21. 4. 2016</w:t>
      </w:r>
    </w:p>
    <w:p>
      <w:r>
        <w:t>Uznesenie Krajského súdu Bratislava z 21. apríla 2016, sp. zn. 6S/62/2013, ECLI:SK:KSBA:2016:3013200013.1</w:t>
      </w:r>
    </w:p>
    <w:p>
      <w:r>
        <w:t>Súd: Krajský súd Bratislava</w:t>
      </w:r>
    </w:p>
    <w:p>
      <w:r>
        <w:t>Spisová značka: 6S/62/2013</w:t>
      </w:r>
    </w:p>
    <w:p>
      <w:r>
        <w:t>ECLI: ECLI:SK:KSBA:2016:3013200013.1</w:t>
      </w:r>
    </w:p>
    <w:p>
      <w:r>
        <w:t>Dátum vydania: 21.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6S/62/2013 Identifikačné číslo súdneho spisu: 3013200013 Dátum vydania rozhodnutia: 22. 04. 2016 Meno a priezvisko sudcu, VSÚ: JUDr. Vlastimil Pavlikovský ECLI: ECLI:SK:KSBA:2016:3013200013.1 Uznesenie Krajský súd v Bratislave v právnej veci žalobcu: BOZPO, s.r.o., so sídlom Ciglianska 3C, 971 01 Prievidza, právne zastúpený: Advokátska kancelária JUDr. Ján Lacko, advokát so sídlom Bojnická cesta 28/5, 972 17 Kanianka, proti žalovanému: Úrad pre verejné obstarávanie, so sídlom Dunajská 68, P.O.BOX 58, 820 04 Bratislava o preskúmanie zákonnosti rozhodnutia žalovaného č. 7570-6000/2012- ON/474 zo dňa 7.1.2013, jednohlasne, takto r o z h o d o l : Krajský súd v Bratislave konanie z a s t a v u j e . Žiaden z účastníkov n e m á nárok na náhradu trov konania. Súd v r a c i a žalobcovi súdny poplatok prostredníctvom Slovenskej pošty, a.s. - prevádzkovateľ systému, IČO: 36 631 124, so sídlom Partizánska cesta 9, 975 99 Banská Bystrica vo výške 63,30 €. Poplatok bude vrátený po nadobudnutí právoplatnosti tohto uznesenia. o d ô v o d n e n i e : Žalobou podanou pôvodne na Krajskom súde v Trenčíne dňa 16.1.2013 sa žalobca domáhal preskúmania zákonnosti rozhodnutia žalovaného č. 7570-6000/2012-ON/474 zo dňa 7.1.2013. Pred rozhodnutím vo veci samej žalobca svojím podaním doručeným súdu dňa 4.4.2016 oznámil, že berie svoju žalobu v celom rozsahu späť. Zároveň sa domáhal vrátenia súdneho poplatku.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Žalobca spolu s podanou žalobou uhradil súdny poplatok za žalobu vo výške 70,- €. Podľa ustanovenia § 11 ods. 3 zákona č. 71/1992 Zb. o súdnych poplatkoch a poplatku za výpis z registra trestov (ďalej len ,,zákon o súdnych poplatkoch“), poplatok splatný podaním návrhu na začatie konania, podaním odvolania alebo dovolania sa vráti, ak sa konanie zastavilo, ak sa podanie vrátane odvolania a dovolania odmietlo alebo ak sa návrh, odvolanie alebo dovolanie vzali späť pred prvým pojednávaním bez ohľadu na to, či bol vydaný platobný rozkaz alebo rozkaz na plnenie; to neplatí, ak bolo dovolanie odmietnuté z dôvodu, že smeruje proti rozhodnutiu, proti ktorému nie je dovolanie prípustné. Ak sa návrh na začatie konania o rozvode manželstva vzal späť po prvom pojednávaní na príslušnom stupni súdov, vráti sa polovica všetkých zaplatených poplatkov. V konaní o preskúmaní rozhodnutia orgánu verejnej správy sa poplatok vráti, ak sa návrh na začatie konania vzal späť pred prejednaním veci alebo ak bolo konanie zastavené z dôvodu, že účastník nebol v konaní riadne zastúpený. Podľa ustanovenia § 11 ods. 4 zákona o súdnych poplatkoch, okrem poplatku v rozvodovom konaní a poplatku, ktorý sa vracia podľa odseku 1 &lt;aspi://module='ASPI'&amp;link='71/1992 Zb.%252311'&amp;ucin-k- dni='30. 6.2016'&gt;, sa poplatok alebo jeho časť (preplatok) vracia krátený o 1%, najmenej však 6,70 eura. Ak sa návrh vzal späť pred zaplatením poplatku, poplatok sa nevyrubuje. Nakoľko žalobca zaplatil súdny poplatok za žalobu vo výške 70,- € a vzhľadom na vyššie uvedené citované ustanovenia zákona vzal žalobu späť, súd rozhodol o zastavení konania a vrátení kráteného súdneho poplatku tak, ako je uvedené vo výroku tohto uznesenia.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https://www.kauzis.sk/judikatura/r/ECLI:SK:KSBA:2016:3013200013.1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