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1S/70/2015 z 22. 6. 2016</w:t>
      </w:r>
    </w:p>
    <w:p>
      <w:r>
        <w:t>Uznesenie Krajského súdu Bratislava z 22. júna 2016, sp. zn. 1S/70/2015, ECLI:SK:KSBA:2016:3014200361.1</w:t>
      </w:r>
    </w:p>
    <w:p>
      <w:r>
        <w:t>Súd: Krajský súd Bratislava</w:t>
      </w:r>
    </w:p>
    <w:p>
      <w:r>
        <w:t>Spisová značka: 1S/70/2015</w:t>
      </w:r>
    </w:p>
    <w:p>
      <w:r>
        <w:t>ECLI: ECLI:SK:KSBA:2016:3014200361.1</w:t>
      </w:r>
    </w:p>
    <w:p>
      <w:r>
        <w:t>Dátum vydania: 22. 6. 2016</w:t>
      </w:r>
    </w:p>
    <w:p>
      <w:r>
        <w:t>Forma: Uznesenie</w:t>
      </w:r>
    </w:p>
    <w:p>
      <w:pPr>
        <w:pStyle w:val="Heading2"/>
      </w:pPr>
      <w:r>
        <w:t>Text rozhodnutia</w:t>
      </w:r>
    </w:p>
    <w:p>
      <w:r>
        <w:t>Súd: Krajský súd Bratislava Spisová značka: 1S/70/2015 Identifikačné číslo súdneho spisu: 3014200361 Dátum vydania rozhodnutia: 23. 06. 2016 Meno a priezvisko sudcu, VSÚ: JUDr. Monika Valašíková PhD. ECLI: ECLI:SK:KSBA:2016:3014200361.1 Uznesenie Krajský súd v Bratislave v právnej veci žalobcu: L.. U. P., V. F. XX/X-X, XXX XX P. V., proti žalovanému: Ministerstvo vnútra Slovenskej republiky, Pribinova 2, 812 72 Bratislava, o preskúmanie zákonnosti rozhodnutia žalovaného č. KM-OLVS-151/2013/OPK zo dňa 22.01.2014, takto r o z h o d o l : Krajský súd v Bratislave konanie zastavuje. Žiaden z účastníkov nemá právo na náhradu trov konania. o d ô v o d n e n i e : Žalobca sa žalobou doručenou Krajskému súdu v Trenčíne dňa 23.04.2014, následne postúpenou Krajskému súdu v Bratislave domáhal preskúmania rozhodnutia žalovaného č. KM-OLVS-151/2013/ OPK zo dňa 22.01.2014, ktorým žalovaný zamietol odvolanie žalobcu a potvrdil rozhodnutie prvostupňového správneho orgánu č. SPOU-OSZ-00038742/2013-VZ zo dňa 18.07.2013, ktorým bol žalobcovi v súlade s § 68 ods. 1, ods. 3 zákona č. 328/2002 Z.z. o sociálnom zabezpečení policajtov a vojakov a o zmene a doplnení niektorých zákonov v znení neskorších predpisov od 01.07.2013 zvýšený výsluhový dôchodok za 33 rokov skutočnej doby trvania služobného pomeru o pevnú sumu 13,82 eura na sumu 776,20 eura. Žalovaný sa k žalobe písomne vyjadril vo vyjadrení doručenom súdu dňa 06.06.2014 s tým, že okrem vznesenej námietky miestnej nepríslušnosti Krajského súdu v Trenčíne, žiadal konanie zastaviť z dôvodu, že žalobca doručil žalobu po zákonnej dvojmesačnej lehote. Z administratívneho spisu súd zistil, že žalobou napadnuté rozhodnutie bolo doručené žalobcovi dňa 13.02.2014. Samotná žaloba bola doručovaná prostredníctvom pošty s tým, že na poštovú prepravu bola daná dňa 22.04.2014 a krajskému súdu doručená 23.04.2014. Podľa ust. § 250b ods. 1 O.s.p., žaloba sa musí podať do dvoch mesiacov od doručenia rozhodnutia správneho orgánu v poslednom stupni, pokiaľ osobitný zákon neustanovuje inak. Zmeškanie lehoty nemožno odpustiť.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3 O.s.p., lehota je zachovaná, ak sa posledný deň lehoty urobí úkon na súde alebo podanie odovzdá orgánu, ktorý má povinnosť ho doručiť. Žaloba sa musí podať do dvoch mesiacov od doručenia rozhodnutia správneho orgánu v poslednom stupni, pokiaľ osobitný zákon neustanovuje inak. Zmeškanie lehoty nemožno odpustiť (§ 250b ods. 1). Súdna prax ustálila, že lehota na podanie žaloby v zmysle § 250b ods. 1 je lehotou procesnoprávnou (bližšie pozri napr. nález Ústavného súdu Slovenskej republiky sp. zn. IV. ÚS 62/03 z 3. júla 2003). Nedodržanie stanovenej lehoty na podanie žaloby v ustanovení § 250b ods. 1 predstavuje neodstrániteľný nedostatok (podmienku) konania, ktorý má za následok, že súd nemôže vydať rozhodnutie vo veci samej, ale musí konanie zastaviť (§ 250d ods. 3). Súd mal z administratívneho spisu preukázané, že žalobou napadnuté rozhodnutie bolo doručené žalobcovi dňa 13.02.2014. Žalobcovi začala plynúť dvojmesačná zákonná lehota na podanie žaloby v správnom súdnictve práve od tohto dňa (13.02.2014), pretože ide o lehotu určenú podľa mesiacov, ktorá začína plynúť dňom, kedy došlo k rozhodujúcej skutočnosti, teda doručením žalobou napadnutého rozhodnutia. Koniec lehoty na podanie žaloby pripadol na 13.04.2014 (deň, ktorý sa svojím označením zhoduje s dňom, keď došlo k skutočnosti určujúcej začiatok lehoty) - nedeľa, potom posledným dňom lehoty je najbližší pracovný deň t. j. 14.04.2014. Samotná žaloba bola doručovaná prostredníctvom pošty s tým, že na poštovú prepravu bola daná dňa 22.04.2014 a následne bola Krajským súdom v Trenčíne prevzatá dňa 23.04.2014. Súd má za to, že žalobca podal žalobu dňa 22.04.2014, teda viac ako týždeň po uplynutí lehoty podľa § 250b ods. 1 O.s.p. na podanie žaloby. Krajský súd v Bratislave v zmysle vyššie uvedených skutočností nemal inú možnosť ako konanie zastaviť podľa § 250d ods. 3 O.s.p., pretože žaloba bola podaná oneskorene. O náhrade trov konania súd rozhodol podľa § 146 ods. 1 písm. c) O.s.p. s použitím ustanovenia § 246c ods. 1, veta prvá O.s.p. tak, že žiaden z účastníkov nemá právo na náhradu trov konania, pretože konanie vo veci bolo zastavené. Toto rozhodnutie senát Krajského súdu v Bratislave prijal pomerom hlasov 3 : 0 (§ 3 ods. 9 zákona č. 757/2004 Z.z. v znení zákona č. 33/2011). Poučenie: Proti tomuto uzneseniu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https://www.kauzis.sk/judikatura/r/ECLI:SK:KSBA:2016:3014200361.1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