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2CoKR/46/2015 z 24. 4. 2016</w:t>
      </w:r>
    </w:p>
    <w:p>
      <w:r>
        <w:t>Opravné uznesenie Krajského súdu Bratislava z 24. apríla 2016, sp. zn. 2CoKR/46/2015, ECLI:SK:KSBA:2016:3115208546.2</w:t>
      </w:r>
    </w:p>
    <w:p>
      <w:r>
        <w:t>Súd: Krajský súd Bratislava</w:t>
      </w:r>
    </w:p>
    <w:p>
      <w:r>
        <w:t>Spisová značka: 2CoKR/46/2015</w:t>
      </w:r>
    </w:p>
    <w:p>
      <w:r>
        <w:t>ECLI: ECLI:SK:KSBA:2016:3115208546.2</w:t>
      </w:r>
    </w:p>
    <w:p>
      <w:r>
        <w:t>Dátum vydania: 24. 4.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2CoKR/46/2015 Identifikačné číslo súdneho spisu: 3115208546 Dátum vydania rozhodnutia: 25. 04. 2016 Meno a priezvisko sudcu, VSÚ: JUDr. Tatiana Pastieriková ECLI: ECLI:SK:KSBA:2016:3115208546.2 Opravné uznesenie Krajský súd v Bratislave v právnej veci konkurzného konania zastaveného pre nedostatok majetku dlžníka: V. Š., J.. XX.XX.XXXX, G. H. XXXX/X, XXX XX Y., podnikajúceho pod obchodným menom V. Š. - V., N. S. K. H. XXXX/X, XXX XX Y.J., F.: XX XXX XXX, o odvolaní veriteľa Slovenská republika - Daňový úrad Trenčín, so sídlom K dolnej stanici 22, 911 33 Trenčín proti uzneseniu Okresného súdu Trenčín č. k. 38 K/22/2015-181 zo dňa 08.09.2015, takto r o z h o d o l : Uznesenie vydané Krajským súdom v Bratislave zo dňa 04.02.2016, č.k. 2 CoKR/46/2015 - 261 sa o p r a v u j e - v časti záhlavia tak, že správne znie: „Krajský súd v Bratislave v právnej veci konkurzného konania zastaveného pre nedostatok majetku dlžníka: V. Š., J.. XX.XX.XXXX, G. H. XXXX/X, XXX XX Y., podnikajúceho pod obchodným menom V. Š. - V., N. S.Y. K. H. XXXX/X, XXX XX Y., F.: XX XXX XXX, o odvolaní veriteľa Slovenská republika - Daňový úrad Trenčín, so sídlom K dolnej stanici 22, 911 33 Trenčín proti uzneseniu Okresného súdu Trenčín č. k. 38 K/22/2015-181 zo dňa 08.09.2015, takto“ - v časti výroku tak, že správne znie: Krajský súd v Bratislave uznesenie Okresného súdu Trenčín č. k. 38 K/22/2015-181 zo dňa 08.09.2015 p o t v r d z u j e . o d ô v o d n e n i e : Krajský súd v Bratislave v záhlaví svojho rozhodnutia ako aj v jeho výroku zrejme nedopatrením uviedol ako dátum vydania napadnutého rozhodnutia 08.08.2015, pričom ako správny dátum má byť uvedené 08.09.2015. Vzhľadom na to bolo potrebné v tejto časti záhlavie ako aj výrok rozhodnutia opraviť. Podľa § 164 O.s.p. súd kedykoľvek aj bez návrhu opraví v rozsudku chyby v písaní a počítaní, ako aj iné zrejmé nesprávnosti. O oprave vydá opravné uznesenie, ktoré doručí účastníkom.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https://www.kauzis.sk/judikatura/r/ECLI:SK:KSBA:2016:3115208546.2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