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1S/242/2014 z 20. 1. 2016</w:t>
      </w:r>
    </w:p>
    <w:p>
      <w:r>
        <w:t>Uznesenie Krajského súdu Bratislava z 20. januára 2016, sp. zn. 1S/242/2014, ECLI:SK:KSBA:2016:4013201025.4</w:t>
      </w:r>
    </w:p>
    <w:p>
      <w:r>
        <w:t>Súd: Krajský súd Bratislava</w:t>
      </w:r>
    </w:p>
    <w:p>
      <w:r>
        <w:t>Spisová značka: 1S/242/2014</w:t>
      </w:r>
    </w:p>
    <w:p>
      <w:r>
        <w:t>ECLI: ECLI:SK:KSBA:2016:4013201025.4</w:t>
      </w:r>
    </w:p>
    <w:p>
      <w:r>
        <w:t>Dátum vydania: 20. 1. 2016</w:t>
      </w:r>
    </w:p>
    <w:p>
      <w:r>
        <w:t>Forma: Uznesenie</w:t>
      </w:r>
    </w:p>
    <w:p>
      <w:pPr>
        <w:pStyle w:val="Heading2"/>
      </w:pPr>
      <w:r>
        <w:t>Text rozhodnutia</w:t>
      </w:r>
    </w:p>
    <w:p>
      <w:r>
        <w:t>Súd: Krajský súd Bratislava Spisová značka: 1S/242/2014 Identifikačné číslo súdneho spisu: 4013201025 Dátum vydania rozhodnutia: 21. 01. 2016 Meno a priezvisko sudcu, VSÚ: JUDr. Monika Valašíková PhD. ECLI: ECLI:SK:KSBA:2016:4013201025.4 Uznesenie Krajský súd v Bratislave v právnej veci žalobcu: Správcovská spoločnosť Nitra, s.r.o., Orlia 3251/7, 949 01 Nitra, IČO: 44 678 533, právne zastúpený: JUDr. Marek Ďuran, advokát, Štefánikova 34, 949 01 Nitra, proti žalovanému: Ministerstvo kultúry Slovenskej republiky, Námestie SNP 33, 813 31 Bratislava, za účasti: 1. Y.. Q. Ž., F. X, XXX XX K., a 2. Š. S., Z. XX, XXX XX K., o preskúmanie zákonnosti rozhodnutia žalovaného č. MK 2754/2013-221/14089 zo dňa 15.8.2013, takto r o z h o d o l : Krajský súd v Bratislave konanie z a s t a v u j e . Žiaden z účastníkov n e m á právo na náhradu trov konania. Súd v r a c i a žalobcovi súdny poplatok prostredníctvom Slovenská pošta, a.s. - prevádzkovateľ systému, IČO: 36 631 124, so sídlom Partizánska cesta 9, 975 99 Banská Bystrica vo výške 92,80 eur. Poplatok bude vrátený po nadobudnutí právoplatnosti tohto uznesenia. o d ô v o d n e n i e : Žalobou zo dňa 5.9.2013 doručenou Krajskému súdu v Nitre, postúpenú Krajskému súdu v Bratislave dňa 12.11.2014 uznesením č. k. 11S/340/2013-39 zo dňa 22.10.2014 sa žalobca domáhal preskúmania zákonnosti rozhodnutia žalovaného - oznámenia č. MK 2754/2013-221/14089 zo dňa 15.8.2013, ktorým žalovaný podal žalobcovi správu k preskúmaniu rozhodnutia na základe oneskorene doručeného odvolania proti rozhodnutiu Pamiatkového úradu Slovenskej republiky č. PÚ-13/339-2/2243/BRO zo dňa 7.3.2013, ktorým bola za národnú kultúrnu pamiatku vyhlásená nehnuteľnosť: dom meštiansky na Štefánikovej ulici č. 34 v Nitre, okr. Nitra, k. ú. Nitra, súpis. č. 64, parcelné č. 1410, ktorá je zapísaná na liste vlastníctva č. 6698 v Správe katastra Nitra, vo vlastníctve žalobcu (spoluvlastnícky podiel 1) a RNDr. Marcely Žákovej, Gorazdova 3, 949 01 Nitra (spoluvlastnícky podiel 1), Štefana Kubovčíka, Hornozoborská 97, 949 01 Nitra (spoluvlastnícky podiel 1). Pred rozhodnutím vo veci samej žalobca svojím podaním doručeným Krajskému súdu v Bratislave dňa 20.1.2016 oznámil, že berie svoju žalobu v celom rozsahu späť a žiadal súd o zastavenie konania v danej veci. O trovách konania žiadal rozhodnúť tak, že žiadny z účastníkov konania nemá nárok na náhradu trov konania.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položky 10a) Sadzobníka súdnych poplatkov z návrhu na preskúmanie zákonnosti rozhodnutia orgánu verejnej správy na základe žaloby, ak v písmenách b) až d) nie je ustanovené inak je súdny poplatok 70,- eur. Podľa §11 ods. 3 zákona č. 71/1992 Zb.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to neplatí, ak bolo dovolanie odmietnuté z dôvodu, že smeruje proti rozhodnutiu, proti ktorému nie je dovolanie prípustné.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6,70 eura. Ak sa návrh vzal späť pred zaplatením poplatku, poplatok sa nevyrubuje. Podľa § 11 ods. 6 zákona o súdnych poplatkoch ak orgány uvedené v § 3, ktoré a) nie sú zapojené do centrálneho systému evidencie poplatkov, zašlú bez zbytočného odkladu odpis právoplatného rozhodnutia o vrátení poplatku alebo preplatku daňovému úradu príslušnému podľa trvalého pobytu alebo sídla poplatníka,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daňový úrad vráti poplatok najneskôr do 30 dní odo dňa doručenia písomného upovedomenia, b)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Nakoľko žalobca vzal späť žalobu pred rozhodnutím veci, súd v súlade s ustanovením § 250d ods. 3 O.s.p. konanie zastavil. Z obsahu spisu súd zistil, že žalobca zaplatil súdny poplatok za návrh formou kolkových známok v sume 99,50 eur. O vrátení súdneho poplatku žalobcovi kráteného o 6,70 eur súd rozhodol podľa § 11 ods. 3 veta prvá v spojení s ods. 4 zákona č. 71/1992 Zb. o súdnych poplatkoch. Súdny poplatok v sume 92,80 eur bude žalobcovi vrátený prostredníctvom Slovenskej pošty, a.s. po právoplatnosti tohto uznesenia. O náhrade trov konania súd rozhodol podľa § 146 ods. 1 písm. c) O.s.p. s použitím ustanovenia § 246c O.s.p. tak, že žiaden z účastníkov nemá právo na náhradu trov konania, nakoľko konanie vo veci bolo zastavené a žalovanému trovy nevznikli.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https://www.kauzis.sk/judikatura/r/ECLI:SK:KSBA:2016:4013201025.4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