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6S/230/2014 z 27. 9. 2016</w:t>
      </w:r>
    </w:p>
    <w:p>
      <w:r>
        <w:t>Uznesenie Krajského súdu Bratislava z 27. septembra 2016, sp. zn. 6S/230/2014, ECLI:SK:KSBA:2016:6014201223.2</w:t>
      </w:r>
    </w:p>
    <w:p>
      <w:r>
        <w:t>Súd: Krajský súd Bratislava</w:t>
      </w:r>
    </w:p>
    <w:p>
      <w:r>
        <w:t>Spisová značka: 6S/230/2014</w:t>
      </w:r>
    </w:p>
    <w:p>
      <w:r>
        <w:t>ECLI: ECLI:SK:KSBA:2016:6014201223.2</w:t>
      </w:r>
    </w:p>
    <w:p>
      <w:r>
        <w:t>Dátum vydania: 27. 9. 2016</w:t>
      </w:r>
    </w:p>
    <w:p>
      <w:r>
        <w:t>Forma: Uznesenie</w:t>
      </w:r>
    </w:p>
    <w:p>
      <w:pPr>
        <w:pStyle w:val="Heading2"/>
      </w:pPr>
      <w:r>
        <w:t>Text rozhodnutia</w:t>
      </w:r>
    </w:p>
    <w:p>
      <w:r>
        <w:t>Súd: Krajský súd Bratislava Spisová značka: 6S/230/2014 Identifikačné číslo súdneho spisu: 6014201223 Dátum vydania rozhodnutia: 28. 09. 2016 Meno a priezvisko sudcu, VSÚ: JUDr. Vlastimil Pavlikovský ECLI: ECLI:SK:KSBA:2016:6014201223.2 Uznesenie Krajský súd v Bratislave v právnej veci žalobcu: ELOSA, s.r.o., so sídlom Ružová dolina 33, 821 09 Bratislava, právne zastúpený: STEINIGER | law firm, s.r.o., advokátska kancelária so sídlom Jasovská 17, 851 07 Bratislava, proti žalovanému: Finančné riaditeľstvo Slovenskej republiky, so sídlom Lazovná 63, 974 01 Banská Bystrica, v konaní o preskúmanie zákonnosti rozhodnutia žalovaného č. 1100308/1/302474/2014 zo dňa 30.6.2014, jednohlasne, takto r o z h o d o l : Krajský súd v Bratislave p o s t u p u j e vec Krajskému súdu v Žiline. o d ô v o d n e n i e : 1. Žalobou doručenou Krajskému súdu v Bratislave dňa 27.10.2014 (postúpenou uznesením Krajského súdu v Banskej Bystrici č.k. 24S/124/2014-13 zo dňa 24.9.2014) sa žalobca domáhal preskúmania zákonnosti rozhodnutia žalovaného č. 1100308/1/302474/2014 zo dňa 30.6.2014, ktorým žalovaný potvrdil rozhodnutie Daňového úradu Žilina č. 9510401/5/1145396/2014 zo dňa 26.3.2014, ktorým bolo žalobcovi uložené predbežné opatrenie na zabezpečenie dosiahnutia účelu daňovej kontroly na dani z pridanej hodnoty za zdaňovacie obdobie január - december 2011 v rozsahu nevyhnutne potrebnom, spočívajúce v zákaze nakladať s peňažnými prostriedkami na bankových účtoch vedených v UniCredit Bank Slovakia, a.s. 2.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Daňový úrad Žilina,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https://www.kauzis.sk/judikatura/r/ECLI:SK:KSBA:2016:6014201223.2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