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6S/128/2015 z 14. 6. 2016</w:t>
      </w:r>
    </w:p>
    <w:p>
      <w:r>
        <w:t>Uznesenie Krajského súdu Bratislava z 14. júna 2016, sp. zn. 6S/128/2015, ECLI:SK:KSBA:2016:9015010025.1</w:t>
      </w:r>
    </w:p>
    <w:p>
      <w:r>
        <w:t>Súd: Krajský súd Bratislava</w:t>
      </w:r>
    </w:p>
    <w:p>
      <w:r>
        <w:t>Spisová značka: 6S/128/2015</w:t>
      </w:r>
    </w:p>
    <w:p>
      <w:r>
        <w:t>ECLI: ECLI:SK:KSBA:2016:9015010025.1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6S/128/2015 Identifikačné číslo súdneho spisu: 9015010025 Dátum vydania rozhodnutia: 15. 06. 2016 Meno a priezvisko sudcu, VSÚ: JUDr. Vlastimil Pavlikovský ECLI: ECLI:SK:KSBA:2016:9015010025.1 Uznesenie Krajský súd v Bratislave v právnej veci žalobcu: U.. W.. J. Š., I. I. XXXX/X, XXX XX I., právne zastúpený: JUDr. Ivan Štubňa, advokát so sídlom Zbrody 13, 831 07 Bratislava, proti žalovanému: Sociálna poisťovňa, ústredie, so sídlom Ul. 29. augusta č. 8 a 10, 813 63 Bratislava, o preskúmanie zákonnosti rozhodnutia žalovaného č. 21623-2/2015-BA zo dňa 10.2.2015, jednohlasne, takto r o z h o d o l : Krajský súd v Bratislave konanie z a s t a v u j e . Žiaden z účastníkov nemá právo na náhradu trov konania. o d ô v o d n e n i e : Žalobou podanou na Najvyšší súd Slovenskej republiky dňa 14.4.2015 a uznesením Najvyššieho súdu Slovenskej republiky č.k. 3Sž/3/2015-3 zo dňa 14.5.2015 postúpenou na Krajský súd v Bratislave, sa žalobca domáhal preskúmania zákonnosti rozhodnutia žalovaného č. 21623-2/2015-BA zo dňa 10.2.2015, ktorým žalovaný odvolanie žalobcu ako účastníka konania zamietol a potvrdil prvostupňové rozhodnutie č. 700-0250961614-GC04/14 zo dňa 26.11.2014, ktorým bolo žalobcovi predpísané penále za obdobie január 2009 až jún 2010 v sume 552,03 €. Pred rozhodnutím vo veci samej žalobca svojím podaním doručeným súdu dňa 20.4.2016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https://www.kauzis.sk/judikatura/r/ECLI:SK:KSBA:2016:9015010025.1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