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46CB/42/2000 z 22. 6. 2017</w:t>
      </w:r>
    </w:p>
    <w:p>
      <w:r>
        <w:t>Uznesenie Krajského súdu Bratislava z 22. júna 2017, sp. zn. 46CB/42/2000, ECLI:SK:KSBA:2017:1000897049.3</w:t>
      </w:r>
    </w:p>
    <w:p>
      <w:r>
        <w:t>Súd: Krajský súd Bratislava</w:t>
      </w:r>
    </w:p>
    <w:p>
      <w:r>
        <w:t>Spisová značka: 46CB/42/2000</w:t>
      </w:r>
    </w:p>
    <w:p>
      <w:r>
        <w:t>ECLI: ECLI:SK:KSBA:2017:1000897049.3</w:t>
      </w:r>
    </w:p>
    <w:p>
      <w:r>
        <w:t>Dátum vydania: 22.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46CB/42/2000 Identifikačné číslo súdneho spisu: 1000897049 Dátum vydania rozhodnutia: 23. 06. 2017 Meno a priezvisko sudcu, VSÚ: Mgr. Dáša Štefániková ECLI: ECLI:SK:KSBA:2017:1000897049.3 Uznesenie Krajský súd v Bratislave v právnej veci žalobcu: JUDr. Světlana Žabenská, správkyňa konkurznej podstaty úpadcu LIGNUM PRODUKT, spol. s r.o., Jundrovská 1228/14, Komín, 624 00 Brno, Česká republika, proti žalovanému: Drevona, a.s., Výhonská 1, 835 10 Bratislava, 36 003 735, o zaplatenie 345.583,20 Kč s príslušenstvom, o náhrade trov konania, takto r o z h o d o l : Žalovaný je povinný zaplatiť žalobcovi trovy konania vo výške 539,10 eur, do 3 dní od právoplatnosti uznesenia. o d ô v o d n e n i e : 1. Tunajší súd rozsudkom č.k. 46Cb/42/2000-81 zo dňa 04.05.2017 zaviazal žalovaného na zaplatenie 148.029,50 Kč istiny s 12 % úrokom z omeškania zo sumy 148.029,50 Kč od 16.09.1999 do zaplatenia, 76.760,90 Kč s 12 % úrokom z omeškania zo sumy 76.760,90 Kč od 16.09.1999 do zaplatenia, 100.000 Kč s 12 % úrokom z omeškania zo sumy 120.792,80 Kč od 10.07.1999 do 04.04.2000. V časti 20.792,80 eur konanie zastavil a vo zvyšku žalobu zamietol. Zároveň priznal žalobcovi právo na plnú náhradu trov konania. 2. Podľa § 251 zák. č. 161/2015 Z.z. Civilný sporový poriadok (ďalej len „CSP“), trovy konania sú všetky preukázané, odôvodnené a účelne vynaložené výdavky, ktoré vzniknú v konaní v súvislosti s uplatňovaním alebo bránením práva. 3. Podľa § 252 CSP, každý platí výdavky, ktoré mu v konaní vzniknú. 4. Podľa § 255 ods. 1 CSP, súd prizná strane náhradu trov konania podľa pomeru jej úspechu vo veci. 5. Podľa § 262 ods. 1 CSP, o nároku na náhradu trov konania rozhodne aj bez návrhu súd v rozhodnutí, ktorým sa konanie končí. 6. Podľa § 262 ods. 2 CSP, o výške náhrady trov konania rozhodne súd prvej inštancie po právoplatnosti rozhodnutia, ktorým sa konanie končí, samostatným uznesením, ktoré vydá súdny úradník. 7. Vzhľadom na plný úspech žalobcu v konaní, súd mu priznal náhradu trov konania v plnej výške za úkony účelne vynaložené na uplatňovanie svojho práva. Z obsahu spisu vyplýva, že žalobcovi vznikli trovy v súvislosti so zaplatením súdneho poplatku za podanie žaloby vo výške 539,10 eur (16.240 Sk), preto mu ich súd v tejto výške priznal. Ďalšie trovy konania žalobcu zo spisu nevyplývali. 8. Vzhľadom na uvedené skutočnosti a s prihliadnutím na citované ustanovenia zákona súd rozhodol tak, ako je uvedené vo výrokovej časti tohto uznesenia.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https://www.kauzis.sk/judikatura/r/ECLI:SK:KSBA:2017:1000897049.3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