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2K/113/2000 z 28. 11. 2017</w:t>
      </w:r>
    </w:p>
    <w:p>
      <w:r>
        <w:t>Uznesenie Krajského súdu Bratislava z 28. novembra 2017, sp. zn. 2K/113/2000, ECLI:SK:KSBA:2017:1000899268.8</w:t>
      </w:r>
    </w:p>
    <w:p>
      <w:r>
        <w:t>Súd: Krajský súd Bratislava</w:t>
      </w:r>
    </w:p>
    <w:p>
      <w:r>
        <w:t>Spisová značka: 2K/113/2000</w:t>
      </w:r>
    </w:p>
    <w:p>
      <w:r>
        <w:t>ECLI: ECLI:SK:KSBA:2017:1000899268.8</w:t>
      </w:r>
    </w:p>
    <w:p>
      <w:r>
        <w:t>Dátum vydania: 28. 11. 2017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2K/113/2000 Identifikačné číslo súdneho spisu: 1000899268 Dátum vydania rozhodnutia: 29. 11. 2017 Meno a priezvisko sudcu, VSÚ: JUDr. Lýdia Noskovičová ECLI: ECLI:SK:KSBA:2017:1000899268.8 Uznesenie Krajský súd v Bratislave v konkurznej veci úpadcu: COLETTI, spol. s r.o., Nám. SNP 3, 917 01 Trnava, IČO: 31 409 598, s ustanoveným správcom konkurznej podstaty Ing. Beátou Krausovou, Bratislavská 354/32, 018 41 Dubnica nad Váhom, takto r o z h o d o l : I. Súd z r u š u j e konkurz vyhlásený na majetok úpadcu: COLETTI, spol. s r.o., Nám. SNP 3, 917 01 Trnava, IČO: 31 409 598, v zmysle ust. § 44 ods. 1 písm. a), d) zákona č. 328/1991 Zb. o konkurze a vyrovnaní v znení neskorších predpisov (ďalej len „ZKV“). II. Súd z b a v u j e Ing. Beátu Krausovú, Bratislavská 354/32, 018 41 Dubnica nad Váhom, funkcie správcu konkurznej podstaty. o d ô v o d n e n i e : 1. Krajský súd v Bratislave uznesením č. k. 2K 113/2000-352 zo dňa 01.12.2000, právoplatným dňa 27.12.2000, vyhlásil konkurz na majetok dlžníka: COLETTI , spol. s r.o., Nám. SNP 3, 917 01 Trnava, IČO: 31 409 598 a zároveň predmetným uznesením ustanovil do funkcie správcu konkurznej podstaty JUDr. Jána Minárika, CSc., Ipeľská 15, 821 07 Bratislava. 2. Uznesením č. k. 2K 113/2000-1412 zo dňa 26.10.2004, ktoré nadobudlo právoplatnosť dňa 20.11.2004, v zmysle ust. § 8 ods. 5 ZKV v súvislosti s ust. § 9b ods. 5 ZKV zbavil JUDr. Minárika funkcie a za správcu konkurznej podstaty ustanovil Ing. Danku Ondrušovú, Ráztočná 59, 822 06 Bratislava. 3. Uznesením č. k. 2K 113/2000-1490 zo dňa 30.07.2007, v zmysle ust. § 8 ods. 5 ZKV v súvislosti s ust. § 9b ods. 5 ZKV, bola súdom Ing. Ondrušová zbavená funkcie správcu a do tejto funkcie súd zároveň ustanovil Ing. Beátu Krausovú, Bratislavská 354/32, 018 41 Dubnica nad Váhom. 4. Podaním zo dňa 08.09.2014, doručeným súdu dňa 10.09.2014, predložila správkyňa konkurznej podstaty súdu konečnú správu o speňažení majetku z podstaty a vyúčtovaní odmeny a výdavkov správcu. Konečná správa bola doplnená Dodatkom č. 1 zo dňa 28.09.2016 a Dodatkom č. 2 zo dňa 28.03.2017. 5. Konečná správa vrátane Dodatku č. 1 a Dodatku č. 2 bola súdom schválená uznesením č. k. 2K 113/2000-1890 zo dňa 16.10.2017, ktoré nadobudlo právoplatnosť dňa 25.11.2017. 6. V priebehu konania došlo k speňaženiu majetku zapísaného do konkurznej podstaty úpadcu, okrem dlhodobého hmotného investičného majetku v účtovnej hodnote 1.027.000,- Sk, t. j. 34.090,15 Eur, dlhodobých pohľadávok v účtovnej hodnote 70.000,- Sk, t. j. 2.323,57 Eur a krátkodobých pohľadávok v účtovnej hodnote 113.297.192,26 Sk, t. j. 3.760.777,81 Eur, ktoré súd opatrením č. k. 2K 113/2000-1476 zo dňa 23.05.2006 vylúčil z konkurznej podstaty. Dôvodom bola skutočnosť, že dlhodobý hmotný majetok nebol vhodný a použiteľný ani na súčiastky z titulu nefunkčnosti a zastarania. Pohľadávky boli z roku 1992 premlčané, nevymožiteľné a tieto nebolo možné odpredať v rámci konkurzného konania z dôvodu nezáujmu o ich odkúpenie. 7. V zmysle schválenej konečnej správy vyplýva, že na účte úpadcu sa nenachádzajú žiadne finančné prostriedky, ktorými by bolo možné uhradiť ostatné pohľadávky proti podstate, ktoré neboli v priebehu konkurzného konania uspokojené, vrátane odmeny správcov činných v tomto konkurznom konaní a uhradiť nároky konkurzných veriteľov prihlásených podľa ust. § 20 ZKV rozvrhovým uznesením, a to ani pomerne. Z toho istého dôvodu nebude uhradený ani súdny poplatok za konkurzné konanie. 8. Zo spisového materiálu vyplýva, že úpadca nevlastní ďalší majetok, ktorý by bolo možné speňažiť v rámci ponukových kôl a získať finančné prostriedky do podstaty. 9. Súd konštatuje, že účelom konkurzu alebo vyrovnania podľa § 2 ods. 2 ZKV je dosiahnutie pomerného uspokojenia veriteľov z dlžníkovho majetku. V tomto prípade však došlo iba k čiastočnému uspokojeniu pohľadávok proti podstate - nákladov konkurzu. Pohľadávky konkurzných veriteľov prihlásené podľa ust. § 20 ZKV a zistené v priebehu konkurzného konania a zaradené do tried v súlade s ust. § 32 ZKV pre účely rozvrhu, v rámci konkurzného konania uspokojené nebudú pre nedostatok finančných prostriedkov. 10. V zmysle § 44 ods. 1 písm. a) ZKV, súd uznesením zruší konkurz, v ktorom nedošlo k potvrdeniu núteného vyrovnania, ak zistí, že tu nie sú predpoklady pre konkurz. 11. V zmysle § 44 ods. 1 písm. d) ZKV, súd uznesením zruší konkurz, v ktorom nedošlo k potvrdeniu núteného vyrovnania, ak zistí, že majetok úpadcu nepostačuje na úhradu výdavkov a odmeny správcu, pričom neprihliada na veci a pohľadávky vylúčené z podstaty, a podľa ods. 4 citovaného ustanovenia, súd zbaví správcu funkcie. 12. Súd vzhľadom k vyššie uvedeným skutočnostiam v súlade s ust. § 44 ods. 1 písm. a) a písm. d) ZKV zrušil konkurz a podľa ods. 4 cit. ust. správcu konkurznej podstaty zbavil funkcie. Poučenie: Proti tomuto uzneseniu je možné podať odvolanie v lehote 30 dní od jeho zverejnenia v Obchodnom vestníku na Krajskom súde v Bratislave. Podľa § 363 Civilného sporového poriadku (ďalej len „CSP“) v odvolaní sa popri všeobecných náležitostiach podania uvedie, proti ktorému rozhodnutiu smeruje, v akom rozsahu sa napáda, z akých dôvodov sa rozhodnutie považuje za nesprávne (odvolacie dôvody § 365 CSP) a čoho sa odvolateľ domáha (odvolací návrh). Podľa § 364 CSP, rozsah, v akom sa rozhodnutie napáda, môže odvolateľ rozšíriť len do uplynutia lehoty na podanie odvolania. Zrušením konkurzu zanikajú účinky vyhlásenia konkurzu uvedené v § 14 ZKV, platnosť a účinnosť úkonov vykonaných počas konkurzu tým nie je dotknutá (§ 45 ods. 1 ZKV). Na základe zoznamu prihlášok možno po právoplatnosti uznesenia o zrušení konkurzu viesť pre zistenú pohľadávku výkon rozhodnutia alebo exekúciu na majetok úpadcu (§ 45 ods. 2 ZKV).</w:t>
      </w:r>
    </w:p>
    <w:p/>
    <w:p>
      <w:r>
        <w:t>Zdroj: KAUZIS.SK – https://www.kauzis.sk/judikatura/r/ECLI:SK:KSBA:2017:1000899268.8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