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29Cb/56/2002 z 20. 8. 2017</w:t>
      </w:r>
    </w:p>
    <w:p>
      <w:r>
        <w:t>Uznesenie Krajského súdu Bratislava z 20. augusta 2017, sp. zn. 29Cb/56/2002, ECLI:SK:KSBA:2017:1002899251.8</w:t>
      </w:r>
    </w:p>
    <w:p>
      <w:r>
        <w:t>Súd: Krajský súd Bratislava</w:t>
      </w:r>
    </w:p>
    <w:p>
      <w:r>
        <w:t>Spisová značka: 29Cb/56/2002</w:t>
      </w:r>
    </w:p>
    <w:p>
      <w:r>
        <w:t>ECLI: ECLI:SK:KSBA:2017:1002899251.8</w:t>
      </w:r>
    </w:p>
    <w:p>
      <w:r>
        <w:t>Dátum vydania: 20. 8. 2017</w:t>
      </w:r>
    </w:p>
    <w:p>
      <w:r>
        <w:t>Forma: Uznesenie</w:t>
      </w:r>
    </w:p>
    <w:p>
      <w:pPr>
        <w:pStyle w:val="Heading2"/>
      </w:pPr>
      <w:r>
        <w:t>Text rozhodnutia</w:t>
      </w:r>
    </w:p>
    <w:p>
      <w:r>
        <w:t>Súd: Krajský súd Bratislava Spisová značka: 29Cb/56/2002 Identifikačné číslo súdneho spisu: 1002899251 Dátum vydania rozhodnutia: 21. 08. 2017 Meno a priezvisko sudcu, VSÚ: JUDr. Elena Ondrišová ECLI: ECLI:SK:KSBA:2017:1002899251.8 Uznesenie Krajský súd v Bratislave v právnej veci žalobcu: TULLA ENTERPRISES LTD. (predtým CROSSING BORDERS CONSULTANCY LIMITED), so sídlom 4th floor, Lawford House, Albert Place, Londýn N3 1RL, UNITED KINGDOM, práv. zast. JUDr. Juraj Kula, advokát, Mäsiarska 30, Košice, proti žalovaným 1/ Bratislavská vodárenská spoločnosť, a. s., Prešovská 48, Bratislava, IČO: 35 850 370, 2/ Trnavská vodárenská spoločnosť, a.s., Priemyselná 10, Piešťany, IČO: 36 252 484, a 3/ Západoslovenská vodárenská spoločnosť, a. s., Nábrežie za hydrocentrálou 4, Nitra, IČO: 36 550 949, všetci traja práv. zast. Advokátska kancelária Mišík, s.r.o., Bajkalská 21/A, Bratislava, o zaplatenie 13.277.567,55 EUR (predtým 400.000.000,- Sk) s príslušenstvom zo zmeniek a o vstupe spoločnosti BRNO TRUST, a.s., so sídlom Veselá 169/24, Brno, Česká republika, IČO: 645 08 251, práv. zast. advokátom JUDr. Jánom Čarnogurským, Dostojevského rad 1, Bratislava, do konania ako vedľajšieho účastníka, jednohlasne, takto r o z h o d o l : Krajský súd v Bratislave n e p r i p ú š ť a v s t u p spoločnosti BRNO TRUST, a.s., so sídlom Veselá 169/24, Brno, Česká republika, IČO: 645 08 251, do konania ako vedľajšieho účastníka na strane žalobcu. o d ô v o d n e n i e : Podaním zo dňa 12.12.2014 navrhla spoločnosti BRNO TRUST, a.s., so sídlom Veselá 169/24, Brno, Česká republika, IČO: 645 08 251, zámenu účastníka na strane žalobcu, vyslovila súhlas podľa § 92 O.s.p. so vstupom do konania s tým, že dôvody tejto zámeny podá pôvodný žalobca, resp. dodatočne predmetná spoločnosť. Návrh bol podaný v čase, kedy prebiehali konania o odvolaní a následne o dovolaní na NS SR. Súd po oboznámení sa s priebehom konania zistil, že predmetné konanie bolo o.i. prerušené i z dôvodu, že prebiehalo trestné konanie na tunajšom súde pod sp. zn. 1T/18/2002 proti obžalovanému T. (štatutárnemu zástupcovi spoločnosti BRNO TRUST, a.s., so sídlom Veselá 169/24, Brno, Česká republika, IČO: 645 08 251), v ktorom bola vykonaná znalecká expertíza zmeniek, ktoré boli predložené do predmetného konania a zmeniek, ktoré predložila spoločnosť BRNO TRUST, a.s. s výsledkom, že originálne sú zmenky spoločnosti BRNO TRUST, a.s. a zmenky predložené do tohto konania boli falzifikátmi alebo vyhotovené pomocou mechanického falšovania. Podľa § 92 ods. 2 O.s.p. súd uvedený návrh uznesením č.k. 29Cb/56/2002-752, zo dňa 4.5.2016 zamietol s odôvodnením, že v predmetnom konaní nenastala taká skutočnosť, pre ktorú by bolo možné vyhovieť návrhu spoločnosti BRNO TRUST, a.s.. Vzhľadom na neoriginalitu a prípadnú neplatnosť zmeniek založených do predmetného konania, nemôže byť ani žalobca v spore pasívne legitimovaným účastníkom, v dôsledku čoho nie je možné ho zameniť za iného účastníka, prípadne za vedľajšieho účastníka pripustiť ďalšiu spoločnosť. Najvyšší súd SR na základe podaného odvolania predmetnej spoločností uznesením č.k. 5Obo/24/2016-801, zo dňa 27.4.2017 uznesenie tunajšieho súdu potvrdil. Podaním zo dňa 7.7.2017 požiadala spoločnosť BRNO TRUST, a.s. o vstup do konania ako žalobca v 2. rade, eventuálne ako intervenient, resp. ako vedľajší účastník a to v podstate z dôvodov ako predtým pri návrhu na zámenu účastníka na strane žalobcu.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súd pri prejednaní a rozhodnutí o vstupe vedľajšieho účastníka na strane žalobcu, aplikoval ustanovenia Občianskeho súdneho poriadku. Podľa § 93 ods. 3 O.s.p. o prípustnosti vedľajšieho účastníka súd rozhodne len na návrh. Žalobca i všetci traja žalovaní svojimi podaniami zo dňa 15.8.2017 /žalovaní/ a zo dňa 18.8.2017 /žalobca/ navrhli súdu vstup spoločnosti BRNO TRUST, a.s. ako vedľajšieho účastníka do konania nepripustiť, nakoľko táto spoločnosť nemá ani právny ani legitímny záujem na výsledku sporu a zneužíva svoje podania na predlžovanie predmetného sporu. Súd sa s návrhmi účastníkov konania stotožnil a to i z dôvodov uvedených vo svojom uznesení č.k. 29Cb/56/2002-752 zo dňa 4.5.2016 a vstup spoločnosti BRNO TRUST, a.s., Brno, Česká republika, ako vedľajšieho účastníka na strane žalobcu nepripustil. Poučenie: Proti tomuto uzneseniu je možné podať odvolanie v lehote 15 dní od jeho doručenia na Najvyšší súd SR, prostredníctvom tunajšieho súdu.</w:t>
      </w:r>
    </w:p>
    <w:p/>
    <w:p>
      <w:r>
        <w:t>Zdroj: KAUZIS.SK – https://www.kauzis.sk/judikatura/r/ECLI:SK:KSBA:2017:1002899251.8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