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3K/247/2004 z 17. 1. 2017</w:t>
      </w:r>
    </w:p>
    <w:p>
      <w:r>
        <w:t>Uznesenie Krajského súdu Bratislava z 17. januára 2017, sp. zn. 3K/247/2004, ECLI:SK:KSBA:2017:1004118452.7</w:t>
      </w:r>
    </w:p>
    <w:p>
      <w:r>
        <w:t>Súd: Krajský súd Bratislava</w:t>
      </w:r>
    </w:p>
    <w:p>
      <w:r>
        <w:t>Spisová značka: 3K/247/2004</w:t>
      </w:r>
    </w:p>
    <w:p>
      <w:r>
        <w:t>ECLI: ECLI:SK:KSBA:2017:1004118452.7</w:t>
      </w:r>
    </w:p>
    <w:p>
      <w:r>
        <w:t>Dátum vydania: 17. 1. 2017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3K/247/2004 Identifikačné číslo súdneho spisu: 1004118452 Dátum vydania rozhodnutia: 18. 01. 2017 Meno a priezvisko sudcu, VSÚ: JUDr. Eugen Palášthy ECLI: ECLI:SK:KSBA:2017:1004118452.7 Uznesenie Krajský súd v Bratislave v konkurznej veci úpadcu: Imrich Mészáros IMP GROUP, 930 09 Trstená na Ostrove 133, IČO: 34 429 743, takto r o z h o d o l : Súd zrušuje konkurz vyhlásený uznesením tunajšieho súdu zo dňa 16.04.2007, pod č.k. 3K/247/2004-112, po splnení rozvrhového uznesenia. Súd zbavuje JUDr. Barboru Volárovú, sídlom AK, Kukučínova 11, 921 01 Piešťany, funkcie správcu konkurznej podstaty. o d ô v o d n e n i e : Dňa 21.12.2016 správkyňa konkurznej podstaty JUDr. Barbora Volárová predložila súdu správu o záverečnom vyúčtovaní konkurzu a vysporiadaní pohľadávok veriteľov podľa rozvrhového uznesenia č.k. 3K/247/2004-316 zo dňa 06.10.2016, ktoré nadobudlo právoplatnosť dňa 11.11.2016. V zmysle § 44 ods. 1 písm. b/ zák. č. 328/1991 Zb. v platnom znení súd zruší konkurz, v ktorom nedošlo k potvrdeniu núteného vyrovnania, po splnení rozvrhového uznesenia a podľa ods. 4 citovaného ustanovenia súd zbaví správcu funkcie. Keďže správkyňa konkurznej podstaty preukázala splnenie rozvrhového uznesenia, v zmysle týchto ustanovení súd konkurz zrušil a správkyňu konkurznej podstaty zbavil funkcie. Poučenie: Proti tomuto rozhodnutiu možno podať odvolanie v lehote 30 dní od jeho publikovania v Obchodnom vestníku na Krajskom súde v Bratislave.</w:t>
      </w:r>
    </w:p>
    <w:p/>
    <w:p>
      <w:r>
        <w:t>Zdroj: KAUZIS.SK – https://www.kauzis.sk/judikatura/r/ECLI:SK:KSBA:2017:1004118452.7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