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7Cbs/1/2011 z 7. 8. 2017</w:t>
      </w:r>
    </w:p>
    <w:p>
      <w:r>
        <w:t>Uznesenie Krajského súdu Bratislava z 7. augusta 2017, sp. zn. 7Cbs/1/2011, ECLI:SK:KSBA:2017:1011899472.9</w:t>
      </w:r>
    </w:p>
    <w:p>
      <w:r>
        <w:t>Súd: Krajský súd Bratislava</w:t>
      </w:r>
    </w:p>
    <w:p>
      <w:r>
        <w:t>Spisová značka: 7Cbs/1/2011</w:t>
      </w:r>
    </w:p>
    <w:p>
      <w:r>
        <w:t>ECLI: ECLI:SK:KSBA:2017:1011899472.9</w:t>
      </w:r>
    </w:p>
    <w:p>
      <w:r>
        <w:t>Dátum vydania: 7.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7Cbs/1/2011 Identifikačné číslo súdneho spisu: 1011899472 Dátum vydania rozhodnutia: 08. 08. 2017 Meno a priezvisko sudcu, VSÚ: JUDr. Andrea Haitová ECLI: ECLI:SK:KSBA:2017:1011899472.9 Uznesenie Krajský súd v Bratislave, v senáte zloženom z predsedníčky senátu JUDr. Andrey Haitovej a členiek senátu JUDr. Beáty Trandžíkovej a JUDr. Eleny Kúšovej, v právnej veci žalobcu 1/ FIVE X, a.s., so sídlom Poľnohospodárska 24, 821 07 Bratislava, IČO: 31 340 831, a žalobcu 2/ LEMIKON LIMITED, Georgiou A, 83, 1st floor, Potamos Germasogeias, P. C. 4048, Limassol, Cyprus, zast. JUDr. Peter Kubík &lt;http://www.orsr.sk/hladaj_osoba.asp?PR=Kubík&amp;MENO=Peter&amp;SID=0&amp;T=f0&amp;R=0&gt;, advokát a konateľ spoločnosti JUDr. Peter Kubík, advokát, s. r. o., so sídlom Staré Grunty 162, 841 04 Bratislava - Karlova Ves, IČO: 47 233 931, proti žalovanému: TIPOS, národná lotériová spoločnosť, a.s., so sídlom Brečtanová 1, 830 07 Bratislava, IČO: 31 340 822, zast. Mgr. Peter Svitok, advokát a konateľ spoločnosti SVITOK a spol., s. r. o., so sídlom Tomášikova 23/C, 821 01 Bratislava, IČO: 36 863 980, o zdržanie sa nekalosúťažného konania, náhradu škody, vydanie bezdôvodného obohatenia a poskytnutie primeraného zadosťučinenia, takto r o z h o d o l : I. Súd nariaďuje na pojednávaní dňa 04.10.2017 o 10.00 hod., číslo dverí 60, dokazovanie výsluchom svedka P.. S. S., ktorého účasť na nariadenom termíne pojednávania zabezpečí žalovaný. II. Súd ukladá žalovanému povinnosť zložiť preddavok na trovy dôkazu - výsluch svedka P.. S. S., vo výške 50,- eur, v lehote do 3 dní odo dňa právoplatnosti tohto uznesenia, na účet Krajského súdu v Bratislave, podľa pripojeného príkazu na úhradu. o d ô v o d n e n i e : 1. Žalobca 1/ a 2/ sa žalobou doručenou Krajskému súdu v Bratislave dňa 07.01.2000 domáhajú voči žalovanému vydania rozhodnutia o zdržanie sa nekalosúťažného konania, náhradu škody, vydania bezdôvodného obohatenia a poskytnutia primeraného zadosťučinenia. 2. Žalovaný sa so žalobou žalobcu 1/ a 2/ nestotožňuje a žalobu žiada v celom rozsahu zamietnuť. 3. Žalovaný v podaní doručenom súdu dňa 14.06.2017 okrem iného navrhol i vykonanie dokazovania výsluchom svedka P.. S. S., bývalého obchodného riaditeľa žalovaného za účelom vysvetlenia vzťahov medzi stranami sporu po rozpade spoločnej federácie a k prechodu a vyporiadaniu práv k technológii na spracovanie číselnej lotérie a teda aj ku know-how s tým, že jeho účasť na pojednávaní zabezpečí žalovaný. 4. Podľa § 196 ods. 1 Civilného sporového poriadku, súd môže na návrh nariadiť výsluch svedka. Podľa § 197 ods. 1 Civilného sporového poriadku, ak strana navrhne výsluch svedka, zabezpečí jeho prítomnosť na pojednávaní; o tejto skutočnosti vopred upovedomí súd a protistranu. Podľa § 253 ods. 1 Civilného sporového poriadku, ak strana v konaní navrhne vykonanie dôkazu, s ktorým sú spojené výdavky, súd jej môže uložiť povinnosť zložiť preddavok. Podľa § 253 ods. 3 Civilného sporového poriadku, ak strana v lehote určenej súdom preddavok nezloží, súd navrhnutý dôkaz nevykoná. 5. Súd s poukazom na skutočnosť, že v prejednávanom spore žalovaný prostredníctvom svojho právneho zástupcu navrhol dokazovanie výsluchom svedka P.. S. S., uložil žalovanému povinnosť v zmysle § 253 ods. 1 Civilného sporového poriadku zložiť preddavok na trovy dôkazu tak, ako je uvedené v II. výroku výrokovej časti tohto uznesenia. Poučenie: Proti tomuto uzneseniu nie je prípustné odvolanie. Ak súd nariadi výsluch podľa odseku 1, každá fyzická osoba je povinná dostaviť sa na predvolanie na súd a vypovedať ako svedok. Súd svedka poučí o jeho povinnosti vypovedať pravdu a nič nezamlčovať, o trestnoprávnych následkoch krivej výpovede a o jeho práve odoprieť výpoveď (§ 196 ods. 2 Civilného sporového poriadku). Ak strana v lehote určenej súdom preddavok nezloží, súd navrhnutý dôkaz nevykoná (§ 253 ods. 3 Civilného sporového poriadku).</w:t>
      </w:r>
    </w:p>
    <w:p/>
    <w:p>
      <w:r>
        <w:t>Zdroj: KAUZIS.SK – https://www.kauzis.sk/judikatura/r/ECLI:SK:KSBA:2017:1011899472.9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