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5Co/569/2012 z 3. 10. 2017</w:t>
      </w:r>
    </w:p>
    <w:p>
      <w:r>
        <w:t>Uznesenie Krajského súdu Bratislava z 3. októbra 2017, sp. zn. 5Co/569/2012, ECLI:SK:KSBA:2017:1012896670.2</w:t>
      </w:r>
    </w:p>
    <w:p>
      <w:r>
        <w:t>Súd: Krajský súd Bratislava</w:t>
      </w:r>
    </w:p>
    <w:p>
      <w:r>
        <w:t>Spisová značka: 5Co/569/2012</w:t>
      </w:r>
    </w:p>
    <w:p>
      <w:r>
        <w:t>ECLI: ECLI:SK:KSBA:2017:1012896670.2</w:t>
      </w:r>
    </w:p>
    <w:p>
      <w:r>
        <w:t>Dátum vydania: 3. 10.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5Co/569/2012 Identifikačné číslo súdneho spisu: 1012896670 Dátum vydania rozhodnutia: 04. 10. 2017 Meno a priezvisko sudcu, VSÚ: JUDr. Juraj Považan ECLI: ECLI:SK:KSBA:2017:1012896670.2 Uznesenie Krajský súd v Bratislave v senáte zloženom z predsedu senátu JUDr. Juraja Považana a členov senátu JUDr. Janky Richterovej a JUDr. Milana Chalupku, v právnej veci žalobcu: JUDr. Anton Tichý, správca konkurznej podstaty úpadcu Stavebné bytové družstvo Viktória, so sídlom v Bratislave, Miletičova 1, IČO: 31 397 425, proti žalovanej: Z. U., T.. X. XX. XXXX, zastúpenej JUDr. Jánom Čarnogurským, advokátom so sídlom v Bratislave, Dostojevského rad č. 1, o určenie vlastníckeho práva k nehnuteľnosti, na odvolanie žalobcu proti rozsudku Okresného súdu Bratislava IV zo dňa 5. júna 2012 č. k. 8C/27/08-540, takto r o z h o d o l : V rozsudku Krajského súdu v Bratislave zo dňa 7. februára 2017 č.k. 5Co/569/12-564 sa na konci písomného vyhotovenia o p r a v u j e označenie člena senátu tak, že namiesto označeného člena JUDr. Juraj Považan správne označenie člena senátu znie: JUDr. Milan Chalupka, člen senátu. o d ô v o d n e n i e : 1.Súd vo vyššie citovanom rozsudku, na konci jeho písomného vyhotovenia, označil predsedu senátu JUDr. Juraja Považana i za jeho člena. Zrejmou nesprávnosťou za ďalšieho člena senátu (popri JUDr. J. Richterovej) nebol uvedený JUDr. Milan Chalupka. 2. Podľa § 224 CSP súd kedykoľvek aj bez návrhu opraví v rozsudku chyby v písaní a počítaní, ako aj iné zrejmé nesprávnosti. O oprave súd vydá opravné uznesenie, ktoré doručí subjektom konania. 3. Odvolací súd v súlade s citovaným ustanovením vyššie uvedenú zrejmú nesprávnosť opravil. 4. Rozhodnutie senátu odvolacieho súdu bolo prijaté jednomyseľne. Poučenie: Proti rozhodnutiu odvolacieho súdu je prípustné dovolanie, ak to zákon pripúšťa (§ 419 CSP) v lehote dvoch mesiacov od doručenia rozhodnutia odvolacieho súdu oprávnenému subjektu na súde, ktorý rozhodoval v prvej inštancii. Ak bolo vydané opravné uznesenie, lehota plynie znovu od doručenia opravného uznesenia len v rozsahu vykonanej opravy (§ 427 ods. 1 CSP). Dovolateľ musí byť v dovolacom konaní zastúpený advokátom. Dovolanie a iné podania dovolateľa musia byť spísané advokátom (§ 429 ods. 1 CSP).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CSP).</w:t>
      </w:r>
    </w:p>
    <w:p/>
    <w:p>
      <w:r>
        <w:t>Zdroj: KAUZIS.SK – https://www.kauzis.sk/judikatura/r/ECLI:SK:KSBA:2017:1012896670.2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