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6S/145/2013 z 18. 4. 2017</w:t>
      </w:r>
    </w:p>
    <w:p>
      <w:r>
        <w:t>Uznesenie Krajského súdu Bratislava z 18. apríla 2017, sp. zn. 6S/145/2013, ECLI:SK:KSBA:2017:1013201040.9</w:t>
      </w:r>
    </w:p>
    <w:p>
      <w:r>
        <w:t>Súd: Krajský súd Bratislava</w:t>
      </w:r>
    </w:p>
    <w:p>
      <w:r>
        <w:t>Spisová značka: 6S/145/2013</w:t>
      </w:r>
    </w:p>
    <w:p>
      <w:r>
        <w:t>ECLI: ECLI:SK:KSBA:2017:1013201040.9</w:t>
      </w:r>
    </w:p>
    <w:p>
      <w:r>
        <w:t>Dátum vydania: 18. 4. 2017</w:t>
      </w:r>
    </w:p>
    <w:p>
      <w:r>
        <w:t>Forma: Uznesenie</w:t>
      </w:r>
    </w:p>
    <w:p>
      <w:pPr>
        <w:pStyle w:val="Heading2"/>
      </w:pPr>
      <w:r>
        <w:t>Text rozhodnutia</w:t>
      </w:r>
    </w:p>
    <w:p>
      <w:r>
        <w:t>Súd: Krajský súd Bratislava Spisová značka: 6S/145/2013 Identifikačné číslo súdneho spisu: 1013201040 Dátum vydania rozhodnutia: 19. 04. 2017 Meno a priezvisko sudcu, VSÚ: Mgr. Marián Degma ECLI: ECLI:SK:KSBA:2017:1013201040.9 Uznesenie Krajský súd v Bratislave v právnej veci žalobcov: 1/ O.. I. Č., T.Q. X, XXX XX J., 2/ W.. C. Č., T. X, XXX XX J., 3/ R. Y., K.-XXXXX K. - B., D. XX, L. D. O., 4/ C. T., T. X, XXX XX J., 5/ S. L., T. X, XXX XX J., 6/ C. C., T. X, XXX XX J., 7/ C. Š., T. X, XXX XX J., 8/ E. L., T. X, XXX XX J., 9/ D. L., T. X, XXX XX J., XX/ C. T., Ž. X, XXX XX W. G. K., 11/ C. C., T. X, XXX XX J., všetci zastúpení: Advokátska kancelária Mgr. Marek Benedik, s.r.o., Rudnayovo námestie 1, 811 01 Bratislava, proti žalovanému: Okresný úrad Bratislava, Tomášikova 46, 832 05 Bratislava, za účasti: W.. G. O., L. S. N. B.. D. XX, XXX XX J., zastúpený: BARRISTER LEGAL, s.r.o., Zámocké schody 2/A, 811 01 Bratislava, v konaní o preskúmanie zákonnosti rozhodnutia žalovaného č. A-2013/00231-KAZ zo dňa 18.03.2013, takto r o z h o d o l : Krajský súd v Bratislave konanie z a s t a v u j e . Žiaden z účastníkov n e m á právo na náhradu trov konania. Krajský súd v Bratislave v r a c i a žalobcom súdny poplatok vo výške 63,30 €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28.05.2013 sa žalobcovia domáhali preskúmania zákonnosti rozhodnutia žalovaného č. A-2013/00231-KAZ zo dňa 18.03.2013, ktorým žalovaný potvrdil rozhodnutie Mestskej časti Bratislava - Staré mesto č. 5761/2009/14454/2010/URS/ Kub-H/85 zo dňa 23.06.2010, o povolení zmeny dokončenej stavby „T. A. Č.. X - rekonštrukcia podkrovia na 2 byty - byt č. 38 na 5. poschodí vrátane výťahu“ a povolil užívanie 5-izbového mezonetového bytu č. 38 na 5. poschodí a na 6. poschodí objektu T.Í. A. Č.. X E. J.. 2. Písomný podaním doručeným Krajskému súdu v Bratislave dňa 23.03.2017 vzali žalobcovia svoj návrh v celom rozsahu späť z dôvodu uzavretia dohody o urovnaní medzi vedľajším účastníkom a žalobcami.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5.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6. Žalobcovia zaplatili súdny poplatok vo výške 70,- eur. Nakoľko sa v tejto veci konanie zastavilo, súd v zmysle ustanovenia § 11 ods. 3 a 4 zákona č. 71/1992 Zb. vrátil žalobcom krátený súdny poplatok vo výške 63,30 eur. 7. Krajský súd v Bratislave konanie zastavil v súlade s § 99 písm. a) SSP, nakoľko žalobcovia zobrali žalobu späť v celom rozsahu skôr, ako správny súd vo veci rozhodol. 8. O náhrade trov konania súd rozhodol podľa § 170 písm. b) SSP tak, že žiaden z účastníkov nemá právo na náhradu trov konania, ak konanie bolo zastavené.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https://www.kauzis.sk/judikatura/r/ECLI:SK:KSBA:2017:1013201040.9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