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6S/230/2013 z 9. 5. 2017</w:t>
      </w:r>
    </w:p>
    <w:p>
      <w:r>
        <w:t>Uznesenie Krajského súdu Bratislava z 9. mája 2017, sp. zn. 6S/230/2013, ECLI:SK:KSBA:2017:1013201744.5</w:t>
      </w:r>
    </w:p>
    <w:p>
      <w:r>
        <w:t>Súd: Krajský súd Bratislava</w:t>
      </w:r>
    </w:p>
    <w:p>
      <w:r>
        <w:t>Spisová značka: 6S/230/2013</w:t>
      </w:r>
    </w:p>
    <w:p>
      <w:r>
        <w:t>ECLI: ECLI:SK:KSBA:2017:1013201744.5</w:t>
      </w:r>
    </w:p>
    <w:p>
      <w:r>
        <w:t>Dátum vydania: 9. 5. 2017</w:t>
      </w:r>
    </w:p>
    <w:p>
      <w:r>
        <w:t>Forma: Uznesenie</w:t>
      </w:r>
    </w:p>
    <w:p>
      <w:pPr>
        <w:pStyle w:val="Heading2"/>
      </w:pPr>
      <w:r>
        <w:t>Text rozhodnutia</w:t>
      </w:r>
    </w:p>
    <w:p>
      <w:r>
        <w:t>Súd: Krajský súd Bratislava Spisová značka: 6S/230/2013 Identifikačné číslo súdneho spisu: 1013201744 Dátum vydania rozhodnutia: 10. 05. 2017 Meno a priezvisko sudcu, VSÚ: Mgr. Marián Degma ECLI: ECLI:SK:KSBA:2017:1013201744.5 Uznesenie Krajský súd v Bratislave v právnej veci žalobcu: I.. X. D., T. XX, XXX XX I., v zastúpení: JUDr. Miroslav Ňuňuk, advokát, Cintorínska 22, 811 08 Bratislava, proti žalovanému: Ministerstvo vnútra SR, Pribinova 2, 812 72 Bratislava, o preskúmanie zákonnosti postupu a rozhodnutia žalovaného č. KM-OPS2-94/2013 zo dňa 11.09.2013, takto r o z h o d o l : Krajský súd v Bratislave konanie z a s t a v u j e . Žiaden z účastníkov n e m á právo na náhradu trov konania. Krajský súd v Bratislave v r a c i a žalobcovi súdny poplatok vo výške 63,30 Eur prostredníctvom Slovenskej pošty, a.s. - prevádzkovateľ systému, IČO: 36 631 124, so sídlom Partizánska cesta 9, 975 99 Banská Bystrica. Poplatok bude vrátený po nadobudnutí právoplatnosti tohto uznesenia. o d ô v o d n e n i e : 1. Žalobou doručenou Krajskému súdu v Bratislave dňa 01.10.2013 sa žalobca domáhal preskúmania zákonnosti rozhodnutia žalovaného č. KM-OPS2-94/2013 zo dňa 11.09.2013, ktorým žalovaný zamietol odvolanie žalobcu a potvrdil rozhodnutie vydané v prvom stupni č. KRPZ-BA-KDI-419/2013 zo dňa 27.05.2013, ktorým bola žalobcovi uložená povinnosť uhradiť pomernú časť nákladov vynaložených na získanie vysokoškolského vzdelania 1. stupňa (bakalárskeho) a na štúdium v 2. stupni (magisterskom) na Akadémii Policajného zboru v Bratislave vo výške 2.986,22 Eur, a to z dôvodu, že žalobca po skončení štúdia nezotrval v služobnom pomere príslušníka Policajného zboru po určený čas. 2. Podľa § 99 písm. g) SSP správny súd konanie uznesením zastaví, ak odpadol dôvod na pokračovanie v konaní a nejde o prípady ustanovené v písmenách c) a d). 3. Dňa 15.12.2015 vydal Krajský súd v Bratislave uznesenie č. k. 6S/230/2013-38, ktorým konanie vedené pod sp. zn. 6S/230/2013 prerušil, a to až do právoplatného rozhodnutia vo veci samej vedenej na Krajskom súde v Bratislave pod sp. zn. 5S/105/2013, v ktorej sa žalobca domáhal zrušenia rozhodnutí žalovaného o prepustení zo služobného pomeru príslušníka Policajného zboru. Podaním zo dňa 01.02.2017, doručeným Krajskému súdu v Bratislave dňa 03.02.2017, žalobca navrhol pokračovať v konaní prerušenom vyššie uvedeným uznesením, a to z dôvodu, že Najvyšší súd SR rozsudkom č. k. 2Sžo/56/2015 zo dňa 14.12.2016 potvrdil rozsudok Krajského súdu v Bratislave č. k. 5S/105/2013-131 zo dňa 03.09.2013, ktorým bolo rozhodnuté vo veci samej v konaní vedenom na Krajskom súde v Bratislave pod sp. zn. 5S/105/2013. 4. Vzhľadom na zrušenie rozhodnutí žalovaného, ktorými bol žalobca prepustený zo služobného pomeru príslušníka Policajného zboru a ktoré boli základom pre rozhodnutia žalovaného napadnuté žalobu v tomto konaní, Krajský súd v Bratislave ustálil, že v tomto prípade odpadol dôvod na pokračovanie v konaní. Služobný pomer žalobcu naďalej trvá, a preto neexistuje dôvod, prečo by mal žalobca uhradiť pomernú časť nákladov spojených so vzdelaním na Akadémii Policajného zboru v Bratislave pre nezotrvanie v služobnom pomere príslušníka Policajného zboru. Na základe uvedeného Krajský súd v Bratislave konanie v súlade s § 99 písm. g) SSP zastavil. 5. O náhrade trov konania súd rozhodol podľa § 170 písm. b) SSP tak, že žiaden z účastníkov nemá právo na náhradu trov konania, ak konanie bolo zastavené. 6. O vrátení súdneho poplatku rozhodol súd v súlade s § 11 ods. 3 a 4 zákona č. 71/1992 Zb. o súdnych poplatkoch a poplatku za výpis z registra trestov tak, že vzhľadom na odmietnutie žaloby má žalobca nárok na vrátenie zaplateného súdneho poplatku, ktorý sa kráti najmenej o 6,70 Eur. 7.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Lehota na podanie kasačnej sťažnosti je jeden mesiac od doručenia rozhodnutia krajského súdu (§ 443 ods. 1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 Proti výroku o výške náhrady trov konania nie je prípustná kasačná sťažnosť (§ 439 ods. 2 písm. h) SSP)</w:t>
      </w:r>
    </w:p>
    <w:p/>
    <w:p>
      <w:r>
        <w:t>Zdroj: KAUZIS.SK – https://www.kauzis.sk/judikatura/r/ECLI:SK:KSBA:2017:1013201744.5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