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6S/276/2013 z 15. 11. 2017</w:t>
      </w:r>
    </w:p>
    <w:p>
      <w:r>
        <w:t>Uznesenie Krajského súdu Bratislava z 15. novembra 2017, sp. zn. 6S/276/2013, ECLI:SK:KSBA:2017:1013202064.4</w:t>
      </w:r>
    </w:p>
    <w:p>
      <w:r>
        <w:t>Súd: Krajský súd Bratislava</w:t>
      </w:r>
    </w:p>
    <w:p>
      <w:r>
        <w:t>Spisová značka: 6S/276/2013</w:t>
      </w:r>
    </w:p>
    <w:p>
      <w:r>
        <w:t>ECLI: ECLI:SK:KSBA:2017:1013202064.4</w:t>
      </w:r>
    </w:p>
    <w:p>
      <w:r>
        <w:t>Dátum vydania: 15. 11. 2017</w:t>
      </w:r>
    </w:p>
    <w:p>
      <w:r>
        <w:t>Forma: Uznesenie</w:t>
      </w:r>
    </w:p>
    <w:p>
      <w:pPr>
        <w:pStyle w:val="Heading2"/>
      </w:pPr>
      <w:r>
        <w:t>Text rozhodnutia</w:t>
      </w:r>
    </w:p>
    <w:p>
      <w:r>
        <w:t>Súd: Krajský súd Bratislava Spisová značka: 6S/276/2013 Identifikačné číslo súdneho spisu: 1013202064 Dátum vydania rozhodnutia: 16. 11. 2017 Meno a priezvisko sudcu, VSÚ: Mgr. Marián Degma ECLI: ECLI:SK:KSBA:2017:1013202064.4 Uznesenie Krajský súd v Bratislave v právnej veci žalobcu: N.. N. N., I. XX, XXX XX Y., zastúpený advokátom JUDr. Jozefom Koľom, Hutnícka 1, 040 01 Košice, proti žalovanému: Ministerstvo vnútra Slovenskej republiky, Pribinova 2, 812 72 Bratislava, o preskúmanie zákonnosti rozhodnutia č. KM-OPS2-102/2013 zo dňa 30.09.2013, takto r o z h o d o l : Krajský súd v Bratislave konanie z a s t a v u j e . Žiaden z účastníkov konania n e m á p r á v o na náhradu trov konania. o d ô v o d n e n i e : 1. Žalobca sa žalobou doručenou správnemu súdu 22.11.2013 domáhal preskúmania zákonnosti rozhodnutia žalovaného č. KM-OPS2-102/2013 zo dňa 30.09.2013, ktorým žalovaný potvrdil rozhodnutie prvostupňového správneho orgánu č. SKIS-OO-2013/000393-020 zo dňa 03.07.2013 o zaplatenie 4.437,70 eura titulom odškodnenia pracovného úrazu zo dňa 25.08.2005. II. Späťvzatie žaloby. 2. Žalobca podaním doručeným správnemu súdu dňa 07.08.2017 zobral žalobu v celom rozsahu späť s odôvodnením, že žalovaný po nadobudnutí právoplatnosti rozsudku Okresného súdu Košice I sp. zn. 40Cpr/3/2013 zo dňa 26.10.2016 vydal nové rozhodnutia č. SKIS-OO-2017/000093-58 zo dňa 10.04.2017 a rozhodnutie č. SKIS-OO-2017/000093-68 zo dňa 26.05.2017, ktorými mu priznal plnenie úrazových dávok titulom služobného úrazu zo dňa 25.08.2005. Ďalej uviedol, že vydaním nových rozhodnutí žalovaný uznal nezákonnosť rozhodnutia č. KM-OPS2-102/2013 zo dňa 30.09.2013, ktoré je predmetom tohto konania a tým aj dôvodnosť návrhu na preskúmanie tohto rozhodnutia. Vzhľadom na uvedené skutočnosti netrvá na podanej žalobe a žiada konanie zastaviť a zaviazať žalovaného k náhrade trov konania. III. Právne posúdenie. 3.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5. Podľa § 491 ods. 1 SSP, ak nie je ďalej ustanovené inak, platí tento zákon aj na konania začaté podľa piatej časti Občianskeho súdneho poriadku predo dňom nadobudnutia jeho účinnosti. 6.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7.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8. Podľa § 99 písm. a) SSP Správny súd konanie uznesením zastaví, ak žalobca vzal žalobu späť skôr, ako správny súd vo veci rozhodol. IV. Závery správneho súdu. 9. V predmetnej veci boli splnené podmienky na zastavenie konania podľa § 63 SSP, pretože žalobca svojím dispozitívnym úkonom zobral žalobu v celom rozsahu späť predtým ako vzal žalobu späť skôr ako správny súd vo veci rozhodol. Z uvedeného dôvodu správny súd postupoval podľa citovaného ustanovenia a konanie podľa § 99 písm. a) SSP zastavil. V. Trovy konania. 10. Podľa § 170 písm. b) SSP, žiaden z účastníkov konania nemá právo na náhradu trov konania, ak konanie bolo zastavené. 11. O práve účastníkov konania na náhradu trov konania súd rozhodol podľa § 170 písm. b) SSP a žiadnemu z účastníkov konania nepriznal právo na náhradu trov konania, pretože konanie bolo zastavené. 12. Toto rozhodnutie senát Krajského súdu v Bratislave prijal pomerom hlasov 3 : 0 (§ 3 ods. 9 zákona č. 757/2004 Z.z. v znení zákona č. 33/2011 Z.z.).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https://www.kauzis.sk/judikatura/r/ECLI:SK:KSBA:2017:1013202064.4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