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10Sd/228/2013 z 13. 2. 2017</w:t>
      </w:r>
    </w:p>
    <w:p>
      <w:r>
        <w:t>Uznesenie Krajského súdu Bratislava z 13. februára 2017, sp. zn. 10Sd/228/2013, ECLI:SK:KSBA:2017:1013202212.5</w:t>
      </w:r>
    </w:p>
    <w:p>
      <w:r>
        <w:t>Súd: Krajský súd Bratislava</w:t>
      </w:r>
    </w:p>
    <w:p>
      <w:r>
        <w:t>Spisová značka: 10Sd/228/2013</w:t>
      </w:r>
    </w:p>
    <w:p>
      <w:r>
        <w:t>ECLI: ECLI:SK:KSBA:2017:1013202212.5</w:t>
      </w:r>
    </w:p>
    <w:p>
      <w:r>
        <w:t>Dátum vydania: 13. 2.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10Sd/228/2013 Identifikačné číslo súdneho spisu: 1013202212 Dátum vydania rozhodnutia: 14. 02. 2017 Meno a priezvisko sudcu, VSÚ: JUDr. Beata Jurgošová ECLI: ECLI:SK:KSBA:2017:1013202212.5 Uznesenie Krajský súd v Bratislave v právnej veci navrhovateľky: D. N., bytom N. XX, G. , zast.: JUDr. Pavol Haško, advokát, Košická 52, Bratislava proti odporkyni: Sociálna poisťovňa ústredie, Ul. 29. augusta č. 8, Bratislava, o invalidný dôchodok, takto r o z h o d o l : Súd konanie zastavuje. Žiaden z účastníkov nemá právo na náhradu trov konania. o d ô v o d n e n i e : Navrhovateľka svojím návrhom žiadala preskúmať rozhodnutie odporkyne číslo XXX XXX XXXX X zo dňa 15. novembra 2013, ktorým odporkyňa podľa § 70 ods. 1, § 82 a § 293ce zákona č. 461/2003 Z.z. o sociálnom poistení v znení neskorších predpisov od 27. septembra 2013 priznala navrhovateľke invalidný dôchodok v sume 249,90 eur mesačne. Prehlásením na pojednávaní dňa 14.2.2017 právny zástupca navrhovateľky vzal späť návrh v celom rozsahu. Odporkyňa nemala námietky proti späťvzatiu návrhu.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https://www.kauzis.sk/judikatura/r/ECLI:SK:KSBA:2017:1013202212.5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