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5Scud/4/2014 z 29. 8. 2017</w:t>
      </w:r>
    </w:p>
    <w:p>
      <w:r>
        <w:t>Uznesenie Krajského súdu Bratislava z 29. augusta 2017, sp. zn. 5Scud/4/2014, ECLI:SK:KSBA:2017:1014200247.1</w:t>
      </w:r>
    </w:p>
    <w:p>
      <w:r>
        <w:t>Súd: Krajský súd Bratislava</w:t>
      </w:r>
    </w:p>
    <w:p>
      <w:r>
        <w:t>Spisová značka: 5Scud/4/2014</w:t>
      </w:r>
    </w:p>
    <w:p>
      <w:r>
        <w:t>ECLI: ECLI:SK:KSBA:2017:1014200247.1</w:t>
      </w:r>
    </w:p>
    <w:p>
      <w:r>
        <w:t>Dátum vydania: 29. 8. 2017</w:t>
      </w:r>
    </w:p>
    <w:p>
      <w:r>
        <w:t>Forma: Uznesenie</w:t>
      </w:r>
    </w:p>
    <w:p>
      <w:pPr>
        <w:pStyle w:val="Heading2"/>
      </w:pPr>
      <w:r>
        <w:t>Text rozhodnutia</w:t>
      </w:r>
    </w:p>
    <w:p>
      <w:r>
        <w:t>Súd: Krajský súd Bratislava Spisová značka: 5Scud/4/2014 Identifikačné číslo súdneho spisu: 1014200247 Dátum vydania rozhodnutia: 30. 08. 2017 Meno a priezvisko sudcu, VSÚ: JUDr. Milota Tóthová ECLI: ECLI:SK:KSBA:2017:1014200247.1 Uznesenie Krajský súd v Bratislave v právnej veci navrhovateľa U. D., C. V. XX/XXX Q. K.., K. D., H. XXXX, B. T. proti odporkyni Sociálnej poisťovni ústredie, Ul. 29. augusta č. 8-10, Bratislava o výšku starobného dôchodku takto r o z h o d o l : Súd konanie zastavuje. Žiaden z účastníkov nemá právo na náhradu trov konania. o d ô v o d n e n i e : Navrhovateľ svojím návrhom zo dňa 4.11.2013 žiadal preskúmať rozhodnutie odporkyne číslo XXX XXX XXXX X T. dňa 9.8.2013, ktorým odporkyňa navrhovateľovi od 1. januára 2012 priznala starobný dôchodok v sume 41,50 eur mesačne, zvýšený od 1. januára 2013 na sumu 43,60 eur mesačne. Napriek tomu, že navrhovateľ vo svojom vyjadrení zo dňa 8.8.2017 doslovne neuviedol, že berie svoj návrh na preskúmanie rozhodnutia odporkyne späť, je nepochybné, že smerovalo k tomu, aby súd o jeho návrhu na preskúmanie rozhodnutia ďalej nerozhodoval. Každý úkon je treba posudzovať podľa jeho obsahu, i keď je úkon nesprávne označený (§ 41 ods. 2 Občianskeho súdneho poriadku, ďalej len O.s.p.). Vzhľadom na skutočnosť, že toto podanie došlo súdu skôr, ako mohol vo veci rozhodnúť a že svojím obsahom znamenalo späťvzatie návrhu v celom rozsahu, bolo konanie zastavené. Odporkyňa nemala námietky proti späťvzatiu návrhu. Súd podľa § 250d ods. 3 v spojení s § 250h ods. 2 a § 250l ods. 2 O.s.p. konanie zastavil O trovách konania súd rozhodol podľa § 246c a § 146 ods. 1 písm. c) O.s.p.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uzneseniu je možné podať odvolanie do 15 dní odo dňa jeho doručenia na Krajskom súde v Bratislave.</w:t>
      </w:r>
    </w:p>
    <w:p/>
    <w:p>
      <w:r>
        <w:t>Zdroj: KAUZIS.SK – https://www.kauzis.sk/judikatura/r/ECLI:SK:KSBA:2017:1014200247.1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