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10Scud/12/2014 z 14. 8. 2017</w:t>
      </w:r>
    </w:p>
    <w:p>
      <w:r>
        <w:t>Rozsudok Krajského súdu Bratislava z 14. augusta 2017, sp. zn. 10Scud/12/2014, ECLI:SK:KSBA:2017:1014200690.4</w:t>
      </w:r>
    </w:p>
    <w:p>
      <w:r>
        <w:t>Súd: Krajský súd Bratislava</w:t>
      </w:r>
    </w:p>
    <w:p>
      <w:r>
        <w:t>Spisová značka: 10Scud/12/2014</w:t>
      </w:r>
    </w:p>
    <w:p>
      <w:r>
        <w:t>ECLI: ECLI:SK:KSBA:2017:1014200690.4</w:t>
      </w:r>
    </w:p>
    <w:p>
      <w:r>
        <w:t>Dátum vydania: 14. 8. 2017</w:t>
      </w:r>
    </w:p>
    <w:p>
      <w:r>
        <w:t>Forma: Rozsudok</w:t>
      </w:r>
    </w:p>
    <w:p>
      <w:r>
        <w:t>Oblasť práva: Správne právo</w:t>
      </w:r>
    </w:p>
    <w:p>
      <w:pPr>
        <w:pStyle w:val="Heading2"/>
      </w:pPr>
      <w:r>
        <w:t>Text rozhodnutia</w:t>
      </w:r>
    </w:p>
    <w:p>
      <w:r>
        <w:t>Súd: Krajský súd Bratislava Spisová značka: 10Scud/12/2014 Identifikačné číslo súdneho spisu: 1014200690 Dátum vydania rozhodnutia: 15. 08. 2017 Meno a priezvisko sudcu, VSÚ: JUDr. Beata Jurgošová ECLI: ECLI:SK:KSBA:2017:1014200690.4 ROZSUDOK V MENE SLOVENSKEJ REPUBLIKY Krajský súd v Bratislave sudkyňou JUDr. Beátou Jurgošovou v právnej veci navrhovateľky: X.. O. D., bytom X/X R. W., A. K. XXXX, W., trvalý pobyt J. XXXX/XX, D.A. proti odporkyni: Sociálna poisťovňa ústredie v Bratislave, Ul. 29. augusta č. 8-10, Bratislava, o invalidný dôchodok, takto r o z h o d o l : Súd rozhodnutie odporkyne číslo XXX XXX XXXX X zo dňa 07.10.2013 potvrdzuje. Účastníkom náhradu trov konania nepriznáva. o d ô v o d n e n i e : Rozhodnutím číslo XXX XXX XXXX X zo dňa 7.10.2013 odporkyňa podľa § 70 zákona č. 461/2003 Z.z. o sociálnom poistení v znení neskorších predpisov a podľa čl. 2 a 3 Zmluvy medzi Slovenskou republikou a Astráliou o sociálnom zabezpečení zamietla žiadosť navrhovateľky o invalidný dôchodok zo dňa 11.decembra 2012. Rozhodla tak s odôvodnením, že podľa posudku posudkového lekára Sociálnej poisťovne, pobočky Bratislava zo dňa 17.7.2013 navrhovateľka nie je invalidná podľa § 71 ods. 1 zákona č. 461/2003 Z.z., lebo pre dlhodobo nepriaznivý zdravotný stav nemá pokles schopnosti vykonávať zárobkovú činnosť o viac ako 40% v porovnaní so zdravou fyzickou osobou. Miera poklesu schopnosti vykonávať zárobkovú činnosť u navrhovateľky je 30 %. Navrhovateľka návrhom zo dňa 11.11.2013 žiadala preskúmať toto rozhodnutie odporkyne, nesúhlasila so stanovenou mierou poklesu schopnosti vykonávať zárobkovú činnosť. Poukazovala na jej nepriaznivý zdravotný stav a uviedla, že jej zdravotné problémy jej nedovoľujú pracovať ani na minimálny pracovný úväzok. Rozhodnutím číslo XXX XXX XXXX X zo dňa 7.6.2016 odporkyňa podľa § 70 ods. 1 zákona č. 461/2003 Z.z. o sociálnom poistení v znení neskorších predpisov a podľa čl. 2 a 3 Zmluvy medzi Slovenskou republikou a Austráliou o sociálnom zabezpečení zamietla žiadosť navrhovateľky o invalidný dôchodok zo dňa 4.2.2016. Odporkyňa rozhodnutím číslo XXX XXX XXXX X - U.. zo dňa 9.8.2016 podľa § 217 ods. 1 zákona č. 461/2003 Z.z. o sociálnom poistení vyhovela v plnom rozsahu odvolaniu navrhovateľky zo dňa 7.7.2016 a zrušila rozhodnutie Sociálnej poisťovne ústredie, číslo XXX XXX XXXX X zo dňa 7.6.2016 o zamietnutí žiadosti o priznanie invalidného dôchodku. Rozhodnutím číslo XXX XXX XXXX X zo dňa 9. augusta 2016 odporkyňa podľa § 70 ods. 1 a § 82 zákona č. 461/2003 Z.z. o sociálnom poistení v znení neskorších predpisov navrhovateľke od 19. júla 2016 priznala invalidný dôchodok v sume 280,70 eur mesačne. Invalidný dôchodok odporkyňa priznala podľa čl. 15 ods. 1 Zmluvy medzi Slovenskou republikou a Austráliou o sociálnom zabezpečení. V danej veci odvolanie navrhovateľky zo dňa 7.7.2016 tunajšiemu súdu nebolo postúpené vzhľadom na zmenu právnej úpravy účinnej od 1. júla 2016. Krajský súd preskúmal napadnuté rozhodnutie podľa § 250l a nasl. O.s.p., prejednal návrh navrhovateľky a dospel k záveru, že návrh nie je dôvodný. Krajský súd vykonal dokazovanie výsluchom navrhovateľky, odporkyne, posudkom posudkového lekára Sociálnej poisťovne pobočka Bratislava zo dňa 17.7.2013, posudkom posudkového lekára Sociálnej poisťovne pobočka Bratislava zo dňa 4.12.2013, posudkom posudkového lekára Sociálnej poisťovne ústredie Bratislave, vysunuté pracovisko Lazaretská 25, Bratislava zo dňa 30.4.2014,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článku 2 Zmluvy medzi Slovenskou republikou a Austráliou o sociálnom zabezpečení bod 1. Táto zmluva sa vzťahuje na nasledujúce právne predpisy v znení neskorších predpisov účinné k dátumu podpísania tejto zmluvy a na akékoľvek právne predpisy, ktoré ich novelizujú, zjednotia, doplnia alebo nahradia: a) vo vzťahu k Austrálii; i) zákony tvoriace súbor zákonov o sociálnom zabezpečení v rozsahu, v ktorom upravujú, vzťahujú sa alebo majú vplyv na starobný dôchodok; ii) právne predpisy týkajúce sa záruky starobného dôchodku, ktorá je v čase podpísania tejto zmluvy upravená v zákone o dôchodkovom príspevkovom poistení správy z roku 1992 (Superannuation Guarantee Administration Act 1992), zákon o spoplatnení záruky starobného dôchodku z roku 1992 (Superannuation Guarantee Charge Act 1992) a predpisov týkajúcich sa dôchodkovej záruky správy (Superannuation Guarantee Administration Regulations); b) vo vzťahu ku Slovenskej republike právne predpisy upravujúce priznávanie a vyplácanie i) starobných dôchodkov, ii) invalidných dôchodkov a iii) vdovských, vdoveckých a sirotských dôchodkov. Podľa článku 3 Zmluvy medzi Slovenskou republikou a Austráliou o sociálnom zabezpečení, táto zmluva sa vzťahuje na každú osobu, ktorá a) má alebo mala bydlisko na území Austrálie, alebo b) podlieha alebo podliehala právnym predpisom Slovenskej republiky, a na iné osoby, ak odvodzujú svoje práva od týchto osôb. Posudkový lekár Sociálnej poisťovne pobočka Bratislava v posudku zo dňa 17.7.2013 uviedol, že podľa vyjadrenia ošetrujúceho lekára, navrhovateľka má problémy s hnačkami v dopoludňajších hodinách (4-5 x). Nie sú však priložené žiadne odborné vyšetrenia, ochorenie je klasifikované ako funkčná porucha čreva. Rozhodujúcim zdravotným postihnutím u navrhovateľky sú choroby tráviacej sústavy, choroby tenkého a hrubého čreva, iné črevné poruchy, poruchy črevnej pasáže (kapitola X, oddiel C, položka 1 písm. b) prílohy č. 4 zákona č. 461/2003 Z.z.), kde mieru schopnosti vykonávať zárobkovú činnosť u navrhovateľky stanovil na 30 %. Navrhovateľka nie je invalidná podľa § 71 ods. 1 zákona č. 461/2003 Z.z. o sociálnom poistení. Posudkový lekár Sociálnej poisťovne pobočka Bratislava v posudku zo dňa 4.12.2013 uviedol, že podľa vyjadrenia reumatológa problémy s hnačkami sú v dopoludňajších hodinách. Poukázal na to, že nie sú priložené žiadne objektívne vyšetrenia podľa ktorých by mohlo možné ochorenie kvalifikovať. Chýbajú objektívne vyšetrenia tráviaceho traktu, preto uvedené ťažkosti bolo možné kvalifikovať ako funkčnú poruchu čreva. V reumatologickom vyšetrení chýbajú vyšetrenia objektívneho funkčného nálezu, laboratórne vyšetrenia, RTG. Preto nemožno posúdiť štádium ochorenia a porovnať s obdobím z roku 1995, kedy navrhovateľke bol čiastočne invalidný dôchodok zastavený. Vzhľadom na uvedené, ponechal MPSVZČ na dolnej hranici danej položky 30 %. Navrhovateľka nie je invalidná podľa § 71 ods. 1 zákona č. 461/2003 Z.z. o sociálnom poistení v znení neskorších predpisov. Posudkový lekár Sociálnej poisťovne ústredie Bratislava, vysunuté pracovisko Lazaretská 25, Bratislava v posudku zo dňa 30.4.2014 uviedol, že navrhovateľka pri posudzovaní zdravotného stavu dňa 17.7.2013 a 4.12.2013 nebola uznaná invalidnou. MPSVZČ bola určená na 30 % s anamnézou mnohopočetných subjektívnych ťažkostí. V subjektívnych ťažkostiach navrhovateľky podľa rozsiahlej spisovej dokumentácie dominujú: výrazné pálenie očí, suchosť úst, bolesti v drobných zhyboch rúk, v ľavom zápästí, v ramenách, v pravom členku, v pravej koxe, bolesti krčnej chrbtice, veľmi časté hnačkovité stolice, aj 10 x za deň, občas je inkontinentná. Po dôkladnom preštudovaní kompletnej posudkovej spisovej dokumentácie, mnohopočetných xerokópií - výmenných listov až familiárneho charakteru, týkajúcich sa ambulantného vyšetrenia navrhovateľky, ktoré si medzi sebou doposielali asi odborní lekári v Austrálii z gastroenterológie, reumatológie, nekompletné lekárske posudky z roku 2013, reumatologická správa z nemocnice z februára 2013, pričom všetky xerokópie sú bez odtlačku pečiatky a podpisu lekára, aktuálneho reumatologického vyšetrenia zo dňa 24.4.2014 z reumatologickej ambulancii v Kežmarku, z posudkového a klinického hľadiska konštatoval, že zdravotný stav navrhovateľky nespĺňa posudkové kritériá na uznanie invalidity. Rozhodujúcim zdravotným postihnutím u navrhovateľky sú choroby tráviacej sústavy, choroby tenkého a hrubého čreva, chronický zápal čriev, iné črevné poruchy, bez závažných klinických prejavov, so s níženým stavom výživy, pokles hmotnosti, poruchy črevnej pasáže, K59 (kapitola X., oddiel C, písm. 1b) položka 4.a) prílohy č. 4 zákona č. 461/2003 Z.z.), kde mieru poklesu schopnosti vykonávať zárobkovú činnosť u navrhovateľky stanovil na 30%. Navrhovateľka nie je invalidná podľa § 71 ods. 1 zákona č. 461/2003 Z.z. o sociálnom poistení. Navrhovateľka na pojednávaní uviedla, že nesúhlasí s posúdením jej zdravotného stavu. Má za to, že mala byť uznaná invalidnou od 11.8.2012, kedy sa stala plne invalidnou v Austrálii. Žiadosť o invalidný dôchodok na Slovensku bola podaná dňa 11.12.2012 prostredníctvom Austrálskej Sociálnej poisťovne. Zástupkyňa odporkyne vzhľadom na zhodné závery posudkov posudkových lekárov žiadala napadnuté rozhodnutie ako vecne správne potvrdiť. Posudkoví lekári v rámci opravného prostriedku sa zhodli na závere, že navrhovateľka k uvedenému dátumu nie je invalidná. Posudkoví lekári sociálneho poistenia Sociálnej poisťovne pobočka Bratislava ako aj posudkový lekár sociálneho poistenia Sociálnej poisťovne ústredie Bratislava, vysunuté pracovisko Lazaretská 25, Bratislava vo svojich vyššie uvedených posudkoch sa vysporiadali s lekárskymi nálezmi nachádzajúcimi sa v zdravotnej dokumentácii navrhovateľky a dospeli k zhodnému názoru, že súčasný zdravotný stav navrhovateľky nespĺňa zdravotné podmienky na priznanie invalidity podľa § 71 ods. 1 zákona č. 461/2003 Z.z. o sociálnom poistení. Zhodne určili, že rozhodujúcim zdravotným postihnutím u navrhovateľky sú choroby tráviacej sústavy, choroby tenkého a hrubého čreva, iné črevné poruchy, poruchy črevnej pasáže (kapitola X., oddiel C, položka 1.písm. b) prílohy č. 4 zákona č. 461/2003 Z.z.), kde mieru poklesu schopnosti vykonávať zárobkovú činnosť u navrhovateľky zhodne stanovili na 30%. Navrhovateľka nie je invalidná podľa § 71 ods. 1 zákona č. 461/2003 Z.z. o sociálnom poistení, lebo pre dlhodobo nepriaznivý zdravotný stav nemá pokles schopnosti vykonávať zárobkovú činnosť o viac ako 40 % v porovnaní so zdravou fyzickou osobou. Uviedli, že v prípade zhoršenia zdravotného stavu u navrhovateľky v budúcnosti, možno opakovane požiadať o prehodnotenie jej zdravotného stavu, pretože stav z posudkového hľadiska nespĺňa kritériá dlhodobého nepriaznivého zdravotného stavu, nakoľko vyžaduje ďalšie sledovanie a liečbu. Súd zároveň poukazuje na to, že skutočnosť, že navrhovateľka bol v Austrálii od 11.8.2012 uznaná invalidnou, je nutné posúdiť z toho aspektu, že zdravotný stav navrhovateľky bol v Austrálii posúdený podľa predpisov platných v Austrálii. Jedná sa o zákonný predpis odlišný od zákona č. 461/2003 Z.z. o sociálnom poistení v znení neskorších predpisov platný na území Slovenskej republiky a je treba vziať do úvahy, že posudkové kritériá, ktoré platia na území Slovenskej republiky sú odlišné od posudkových kritérií platných na území Austrálie, a preto pri posúdení zdravotného stavu v inom štáte nie je možné posudkové závery cudzieho posudkového orgánu automaticky aplikovať aj na posúdenie zdravotného stavu žiadateľky o dávku na území Slovenskej republiky. Záverom súd uvádza, že k ďalším rozhodnutiam vydaných odporkyňou po 1.7.2016 je potrebné uviesť, že od 1.7.2016 je účinný zákon, t.j. Správny súdny poriadok (SSP), podľa ktorého všetky vydané rozhodnutia po 1.7.2016 sú dvojstupňové, a preto súd v tomto konaní nemôže preskúmavať rozhodnutia, ktoré sú dvojstupňové, už aj vzhľadom na poučenie v týchto rozhodnutiach, kde sa už opravné prostriedky nepodávajú na súd, ale tam uvedenému správnemu orgánu. Súd zároveň upozorňuje, že prebiehajúce konanie o rozhodnutí z roku 2013 sa spravuje podľa OSP a nie je možné v tomto konaní preskúmavať už rozhodnutia vydané po 1.7.2016. Zistenia posudkových lekárov neboli spochybnené ani v súdnom konaní. Závery posudkov posudkových lekárov sú odborné, presvedčivé, náležite zdôvodnené a súd nezistil rozpor medzi ich závermi a zisteným skutočným stavom. Súd preto z vyššie uvedených dôvodov napadnuté rozhodnutie číslo XXX XXX XXXX X zo dňa 7.10.2013 podľa § 250q ods. 2 O.s.p. ako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https://www.kauzis.sk/judikatura/r/ECLI:SK:KSBA:2017:1014200690.4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