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5Scud/12/2014 z 28. 11. 2017</w:t>
      </w:r>
    </w:p>
    <w:p>
      <w:r>
        <w:t>Rozsudok Krajského súdu Bratislava z 28. novembra 2017, sp. zn. 5Scud/12/2014, ECLI:SK:KSBA:2017:1014200692.1</w:t>
      </w:r>
    </w:p>
    <w:p>
      <w:r>
        <w:t>Súd: Krajský súd Bratislava</w:t>
      </w:r>
    </w:p>
    <w:p>
      <w:r>
        <w:t>Spisová značka: 5Scud/12/2014</w:t>
      </w:r>
    </w:p>
    <w:p>
      <w:r>
        <w:t>ECLI: ECLI:SK:KSBA:2017:1014200692.1</w:t>
      </w:r>
    </w:p>
    <w:p>
      <w:r>
        <w:t>Dátum vydania: 28. 11. 2017</w:t>
      </w:r>
    </w:p>
    <w:p>
      <w:r>
        <w:t>Forma: Rozsudok</w:t>
      </w:r>
    </w:p>
    <w:p>
      <w:r>
        <w:t>Oblasť práva: Správne právo</w:t>
      </w:r>
    </w:p>
    <w:p>
      <w:pPr>
        <w:pStyle w:val="Heading2"/>
      </w:pPr>
      <w:r>
        <w:t>Text rozhodnutia</w:t>
      </w:r>
    </w:p>
    <w:p>
      <w:r>
        <w:t>Súd: Krajský súd Bratislava Spisová značka: 5Scud/12/2014 Identifikačné číslo súdneho spisu: 1014200692 Dátum vydania rozhodnutia: 29. 11. 2017 Meno a priezvisko sudcu, VSÚ: JUDr. Milota Tóthová ECLI: ECLI:SK:KSBA:2017:1014200692.1 ROZSUDOK V MENE SLOVENSKEJ REPUBLIKY Krajský súd v Bratislave samosudkyňou JUDr. Milotou Tóthovou v právnej veci navrhovateľky Bc. W. N., bytom Z. XA, XXX XX F., M. republika I. proti odporkyni Sociálnej poisťovni ústredie v Bratislave, Ul. 29. augusta č. 8-10, Bratislava o invalidný dôchodok takto r o z h o d o l : Súd rozhodnutie odporkyne číslo XXX XXX XXXX X zo dňa 9. decembra 2013 potvrdzuje. Účastníkom náhradu trov konania nepriznáva. o d ô v o d n e n i e : Rozhodnutím číslo XXX XXX XXXX X zo dňa 9. decembra 2013 odporkyňa podľa § 70 ods. 1 a § 82 a § 293ce zákona č. 461/2003 Z.z. o sociálnom poistení v znení neskorších predpisov navrhovateľke od 18. apríla 2013 priznala invalidný dôchodok v sume 101,50 eur mesačne, zvýšený od 1. januára 2014 na sumu 106,00 eur mesačne. Invalidný dôchodok odporkyňa priznala podľa čl. 52 ods. 1 písm. a) a ods. 4 nariadenia (ES) Európskeho parlamentu a Rady č. 883/2004 o koordinácii systémov sociálneho zabezpečenia v znení nariadenia Európskeho parlamentu a Rady (ES) č. 987/2009. Rozhodla tak s odôvodnením, že podľa posudku posudkového lekára sociálneho poistenia Sociálnej poisťovne, pobočka Bratislava zo dňa 11. novembra 2013 navrhovateľka bola uznaná za invalidnú z dôvodu, že má pokles schopnosti vykonávať zárobkovú činnosť o 45% v porovnaní so zdravou fyzickou osobou. Navrhovateľka návrhom zo dňa 20.1.2014 žiadala preskúmať toto rozhodnutie., Krajský súd preskúmal napadnuté rozhodnutie podľa § 250l a nasl. O.s.p., prejednal návrh navrhovateľky a dospel k záveru, že návrh nie je dôvodný. Krajský súd vykonal dokazovanie výsluchom účastníkov, posudkom posudkového lekára Sociálnej poisťovne pobočky Bratislava zo dňa 11.11.2013, posudkom posudkového lekára Sociálnej poisťovne ústredie Bratislava zo dňa 30.4.2014, doplňujúcim odborným vyjadrením posudkového lekára Sociálnej poisťovne ústredie Bratislava zo dňa 19.6.2017, oboznámil sa s posudkovým spisom odporkyne a zistil tento skutkový stav. Podľa § 70 ods. 1 zákona č. 461/2003 Z.z. o sociálnom poistení v znení neskorších predpisov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č. 461/2003 Z.z. o sociálnom poistení poistenec je invalidný, ak pre dlhodobo nepriaznivý zdravotný stav má pokles schopnosti vykonávať zárobkovú činnosť o viac ako 40% v porovnaní so zdravou fyzickou osobou. Podľa § 71 ods. 2 cit. zákona dlhodobo nepriaznivý zdravotný stav je taký zdravotný stav, ktorý spôsobuje pokles schopnosti vykonávať zárobkovú činnosť a ktorý má podľa poznatkov lekárskej vedy trvať dlhšie ako jeden rok. Podľa § 71 ods. 3 cit.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Podľa § 71 ods. 4 cit. zákona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6 cit. zákona miera poklesu schopnosti vykonávať zárobkovú činnosť v percentách sa určuje podľa druhu zdravotného postihnutia, ktoré je rozhodujúcou príčinou dlhodobo nepriaznivého zdravotného stavu, a so zreteľom na závažnosť ostatných zdravotných postihnutí. Podľa § 71 ods. 7 cit. zákona jednotlivé percentuálne miery poklesu schopnosti vykonávať zárobkovú činnosť sa nesčítavajú. Podľa § 71 ods. 8 cit. zákona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Hodnotenie miery zhoršenia zdravotného stavu vyžaduje odborné lekárske znalosti a vo veciach dôchodkového poistenia je podľa zákona č. 461/2003 Z.z. o sociálnom poistení lekárska posudková činnosť dôchodkového poistenia zverená posudkovému lekárovi sociálneho poistenia príslušnej pobočky a posudkovému lekárovi sociálneho poistenia ústredia (153 ods. 5 zákona č. 461/2003 Z.z.). dosiahnutých dôb, táto výška sa považuje za teoretickú výšku; Podľa článku 52 ods. 4 cit. nariadenia ak výpočet podľa ods. 1 písm. a) v jednom členskom štáte vždy vedie k nezávislej dávke, ktorá sa rovná, alebo je vyššia ako paušálna dávka, vypočítaná v súlade s ods. 1 písm. b), príslušná inštitúcia môže odstúpiť od paušálneho výpočtu za podmienok určených vo vykonávajúcom nariadení. Takéto situácie sú uvedené v prílohe VIII. Na základe žiadosti navrhovateľky o invalidný dôchodok podanej prostredníctvom nositeľa sociálneho poistenia v Spolkovej republike Nemecko zdravotný stav a pracovná schopnosť navrhovateľky boli posúdené posudkovým lekárom Sociálnej poisťovne pobočka Bratislava dňa 11.11.2013, ktorý uviedol, že navrhovateľka trpí na choroby a to chronické bolesti chrbta a koxatrózu. Konštatoval, že navrhovateľka trpí na bolesti a funkčné postihnutie krčnej a bedrovej chrbtice na podklade degeneratívnych zmien, pre ktoré je aktuálne dlhodobo práceneschopná. Celková mobilita navrhovateľky je zhoršená aj pre progresiu koxartrózy vľavo, ktorá bola potvrdená funkčným a RTG vyšetrením. Rozhodujúcim zdravotným postihnutím u navrhovateľky sú degeneratívne zmeny na chrbtici a medzistavcových platničkách, s miernym funkčným postihnutím, s prejavmi nervového a svalového dráždenia (kapitola XV., oddiel E, položka 3.b) prílohy č. 4 zákona č. 461/2003 Z.z.), kde mieru poklesu schopnosti vykonávať zárobkovú činnosť posudkový lekár stanovil na 35%. Pre iné zdravotné postihnutie a to obmedzenie pohybu bedrových kĺbov stredného stupňa, jednostranné (kapitola XV., oddiel G, položka 41.2.a) prílohy č. 4 zákona č. 461/2003 Z.z.) zvýšil percentuálnu mieru o 10%. Celková miera poklesu schopnosti vykonávať zárobkovú činnosť je 45%. Dátum vzniku invalidity určil od 18.4.2013. Navrhovateľka je invalidná podľa § 71 ods. 1 zákona č. 461/2003 Z.z. o sociálnom zabezpečení. Navrhovateľka môže vykonávať prácu len v prostredí bez nadmernej fyzickej záťaže, bez dvíhania ťažkých bremien, bez nutnosti dlhodobého státia a chodenia pri práci, v klimaticky vhodných podmienkach, napr. ľahké práce primerané vzdelaniu na skrátený úväzok. Posudkový lekár Sociálnej poisťovne ústredie Bratislava v posudku zo dňa 30.4.2014 uviedol, že navrhovateľka trpí na choroby a to bolesti chrbtice-dorzalgie a koxartrózu-artrózu bedrového kĺbu vľavo. Konštatoval, že navrhovateľka je od 30.3.2012 uznaná dočasne práceneschopnou. U navrhovateľky je anamnéza primárneho ochorenia v zmysle chronických bolestí chrbtice- dorzalgií, najmä krčného a driekového segmentu chrbtice. Po dôkladnom preštudovaní kompletnej posudkovej dokumentácie, Podrobnej lekárskej správy E 213 zo dňa 25.7.2013 uviedol, že v popredí zdravotných problémov navrhovateľky sú bolesti chrbtice-dorzalgie, najmä krčného a driekového segmentu chrbtice na podklade degeneratívnych zmien v zmysle osteochondrózy a spondylózy, ktoré boli potvrdené aj rtg. vyšetrením. V zostatkovom neurologickom náleze pretrváva mierne funkčné postihnutie s prejavmi nervového a svalového dráždenia, s obmedzením pohybu v postihnutom úseku. Konštatoval, že nie sú rozvinuté závažné neurologické komplikácie v zmysle obŕn končatín, svalovej hmoty, závažných výpadkov citlivosti alebo porúch zvieračov. Rtg. vyšetrením bola potvrdená artróza ľavého bedrového kĺbu, ktorá dosahuje stredný stupeň. Rozhodujúcim zdravotným postihnutím u navrhovateľky sú degeneratívne zmeny na chrbtici a medzistavcových platničkách, s miernym funkčným postihnutím, s prejavmi nervového a svalového dráždenia, slabosť svalového korzetu, obmedzenie pohybu v postihnutom úseku (kapitola XV., oddiel E, položka 3.b) prílohy č. 4 zákona č. 461/2003 Z.z.), kde mieru poklesu schopnosti vykonávať zárobkovú činnosť posudkový lekár stanovil na 35%. Pre iné zdravotné postihnutie a to obmedzenie pohybu bedrového kĺbu vľavo, stredného stupňa, jednostranné (kapitola XV., oddiel G, položka 41.2.a) prílohy č. 4 zákona č. 461/2003 Z.z.) zvýšil percentuálnu mieru o 10%. Celková miera poklesu schopnosti vykonávať zárobkovú činnosť je 45%. Dátum vzniku invalidity určil od 18.4.2013, t.j. dňom žiadosti navrhovateľky o invalidný dôchodok. Navrhovateľka je invalidná podľa § 71 ods. 1 zákona č. 461/2003 Z.z. o sociálnom zabezpečení. Navrhovateľka môže vykonávať prácu len v prostredí bez nadmernej fyzickej záťaže, bez dvíhania ťažkých bremien, bez nutnosti dlhodobého státia a chodenia pri práci, v klimaticky vhodných podmienkach, napr. ľahké práce primerané vzdelaniu na skrátený úväzok. Navrhovateľka v priebehu súdneho konania doložila nové lekárske nálezy. Súd doplnil dokazovanie zadovážením si odborného doplňujúceho vyjadrenia posudkového lekára Sociálnej poisťovne ústredie Bratislava, ktorý dňa 19.6.2017 po vyhodnotení doložených nových lekárskych nálezov a to Podrobnej lekárskej správy E 213 DE z 15.4.2014, Podrobnej lekárskej správy E 213 DE z 26.1.2016 a Ortopedického odborného posudku Dr.med. G. N., N., SR z 26.1.2016 uviedol, že navrhovateľka trpí na choroby a to koxartrózu-artrózu bedrového kĺbu vľavo, bolesti chrbtice-dorzalgie, osteoporózu-neklasifikovanú a depresívnu poruchu (bez určenia typu). Konštatoval, že v podrobnej lekárskej správe zo dňa 15.4.2015 sú uvedené diagnózy koxatróza vľavo-s funkčným obmedzením, degeneratívne zmeny chrbtice, osteoporóza a depresia. Uviedol, že vzhľadom na to, že navrhovateľka už bola uznaná invalidnou s mierou poklesu schopnosti vykonávať zárobkovú činnosť 45% od 18.4.2014 a v lekárskej správe sa píše, že došlo k zhoršeniu funkčnosti ľavého bedrového kĺbu, avšak zhoršenie nie je klasifikované v zmysle stupňa poškodenia, ponecháva k tomuto dátumu mieru poklesu schopnosti vykonávať zárobkovú činnosť nezmenenú, ochorenie bedrového zhybu bolo zohľadnené vo zvýšenej miere poklesu schopnosti vykonávať zárobkovú činnosť 10%. Podrobná lekárska správa zo dňa 26.1.2016 odkazuje na odborný posudok ortopéda z toho istého dňa, v ktorom sú podrobne popísané všetky funkcie pohybového systému, z ktorého uvádza chôdza voľná samostatná, so šetrením ľavej dolnej končatiny, bez nosenia ortopedickej obuvi (ľavá noha kratšia o 1,5 cm).Sú dokumentované diagnózy: koxartróza vľavo, chronický syndróm chrbtice pri vážnej lumbálnej degenerácii s prolapsom platničky L3/4, ako aj spondylartrózami a osteochondrózami, prolapse platničiek C 2/3, C trištvrtiny, C 6/7, rozdiele v dĺžke ľavej nohy 1,5 cm a osteoporóze. Na základe tejto odbornej lekárskej správy zmenil rozhodujúce zdravotné postihnutie navrhovateľky, ktorým je obmedzenie pohybu bedrových kĺbov, ťažkého stupňa, jednostranné (kapitola XV., oddiel G, položka 41.3.a), kde mieru poklesu schopnosti vykonávať zárobkovú činnosť stanovil na 45%. Pre ostatné ochorenia zvýšil výšil percentuálnu mieru o 10%. Celková miera poklesu schopnosti vykonávať zárobkovú činnosť je 55%. Navrhovateľka je od 26.1.2016 invalidná s mierou poklesu schopnosti vykonávať zárobkovú činnosť 55%. Navrhovateľka je invalidná podľa § 71 ods. 1 zákona č. 461/2003 Z.z. o sociálnom zabezpečení. Navrhovateľka môže vykonávať prácu len v prostredí bez zvýšenej fyzickej námahy, napr. fyzicky nenáročné administratívne práce. Na základe tohto posudku odporkyňa vydala rozhodnutie číslo XXX XXX XXXX X zo dňa 13. júla 2017, ktorým podľa § 73, § 112 ods. 4 a § 82 zákona č. 461/2003 Z.z. o sociálnom poistení v znení neskorších predpisov zvýšila navrhovateľke sumu invalidného dôchodku od 26. januára 2016 na 129,40 eur mesačne, ďalej zvýšenú od 1. januára 2017 na sumu 133,40 eur mesačne. Navrhovateľka pri výsluchu v súdnom konaní zotrvala na podanom návrhu zo dňa 20.1.2014, poukazovala na to, že v Spolkovej republike Nemecko jej bol priznaný invalidný dôchodok od skoršieho dátumu a mala za to, že pri posúdení jej zdravotného stavu a pracovnej schopnosti by jej mal byť invalidný dôchodok takto priznaný. Namietala ďalej aj stanovenú mieru poklesu schopnosti vykonávať zárobkovú činnosť 45%, ktorá podľa nej nebola určená správne. Tiež namietala, že chýba veľa údajov o jej ďalších ochoreniach, napr. astma, autoimúnne ochorenie štítnej žľazy a vysoký krvný tlak. Zástupkyňa odporkyne uviedla, že v čase vydania napadnutého rozhodnutia bola pracovná schopnosť a zdravotný stav navrhovateľky posúdená posudkovými lekármi, kde bola uznaná s mierou poklesu schopnosti vykonávať zárobkovú činnosť 45% od tam stanoveného dátumu vzniku invalidity od 18.4.2013 a tento posudkový záver bol dvakrát potvrdený posudkovými lekármi. Poukázala na to, že v čase vydania napadnutého rozhodnutia boli tieto skutočnosti ako uvedené dôvody správne. Navrhovateľka v priebehu súdneho konania doložila nálezy, na základe ktorých bol nový posudkový záver, kde bola od 26.1.2016 uznaná invalidnou s mierou poklesu schopnosti vykonávať zárobkovú činnosť 55% a na základe tejto skutočnosti bolo vydané nové rozhodnutie z 13. júla 2017, ktoré navrhovateľka napadla opravným prostriedkom. V tejto súvislosti poukázala na to, že v zmysle platnej právnej úpravy účinnej od 1.7.2016 o tomto opravnom prostriedku rozhodne generálny riaditeľ Sociálnej poisťovne. Napadnuté rozhodnutie číslo XXX XXX XXXX X zo dňa 9. decembra 2013 žiadala ako vecne správne potvrdiť. Posudkový lekár sociálneho poistenia Sociálnej poisťovne pobočka Bratislava ako aj posudkový lekár sociálneho poistenia Sociálnej poisťovne ústredie Bratislava vo svojich vyššie uvedených posudkoch zohľadnili všetky navrhovateľkou uvádzané ťažkosti, vysporiadali sa s lekárskymi nálezmi nachádzajúcimi sa v zdravotnej dokumentácii navrhovateľky a zhodne určili, že rozhodujúcim zdravotným postihnutím u navrhovateľky sú degeneratívne zmeny na chrbtici a medzistavcových platničkách, s miernym funkčným postihnutím, s prejavmi nervového a svalového dráždenia, slabosť svalového korzetu, obmedzenie pohybu v postihnutom úseku (kapitola XV., oddiel E, položka 3.b) prílohy č. 4 zákona č. 461/2003 Z.z.), kde mieru poklesu schopnosti vykonávať zárobkovú činnosť posudkoví lekári zhodne stanovili na 35%. Pre iné zdravotné postihnutie a to obmedzenie pohybu bedrového kĺbu vľavo, stredného stupňa, jednostranné (kapitola XV., oddiel G, položka 41.2.a) prílohy č. 4 zákona č. 461/2003 Z.z.) zvýšili percentuálnu mieru o 10%. Celková miera poklesu schopnosti vykonávať zárobkovú činnosť je 45%. Dátum vzniku invalidity určili zhodne od 18.4.2013. Posudkový lekár Sociálnej poisťovne ústredie v doplňujúcom odbornom vyjadrení zo dňa 19.6.2017 po vyhodnotení nových lekárskych správ a to Podrobnej lekárskej správy E 213 DE z 15.4.2014, Podrobnej lekárskej správy E 213 DE z XX.X.XXXX a Ortopedického odborného posudku Dr.med. G. N., N., SR z 26.1.2016 ako rozhodujúce zdravotné postihnutie navrhovateľky od 26.1.2016 stanovil obmedzenie pohybu bedrových kĺbov, ťažkého stupňa, jednostranné (kapitola XV., oddiel G, položka 41.3.a), kde mieru poklesu schopnosti vykonávať zárobkovú činnosť stanovil na 45%. Pre ostané ochorenia zvýšil výšil percentuálnu mieru o 10%. Celková miera poklesu schopnosti vykonávať zárobkovú činnosť je 55%. Navrhovateľka je od 26.1.2016 invalidná s mierou poklesu schopnosti vykonávať zárobkovú činnosť 55%. U navrhovateľky sú v popredí zdravotných problémov podľa Podrobnej lekárskej správy E 213 zo dňa 25.7.2013 bolesti chrbtice-dorzalgie, najmä krčného a driekového segmentu chrbtice na podklade degeneratívnych zmien v zmysle osteochondrózy a spondylózy, ktoré boli potvrdené aj rtg. vyšetrením. V zostatkovom neurologickom náleze pretrváva mierne funkčné postihnutie s prejavmi nervového a svalového dráždenia, s obmedzením pohybu v postihnutom úseku. Nie sú rozvinuté závažné neurologické komplikácie v zmysle obŕn končatín, svalovej hmoty, závažných výpadkov citlivosti alebo porúch zvieračov. Rtg. vyšetrením bola potvrdená artróza ľavého bedrového kĺbu, ktorá dosahuje stredný stupeň. Na základe Podrobnej lekárskej správy zo dňa 26.1.2016, ktorá odkazuje na odborný posudok ortopéda z toho istého dňa, v ktorom sú podrobne popísané všetky funkcie pohybového systému došlo od 26.1.2016 k zmene rozhodujúceho zdravotného postihnutia, ktorým je obmedzenie pohybu bedrových kĺbov, ťažkého stupňa, jednostranné (kapitola XV., oddiel G, položka 41.3.a) so stanovenou mierou poklesu schopnosti vykonávať zárobkovú činnosť 45% a zvýšením percentuálnej miery o 10% pre ostané ochorenia Zistenia posudkových lekárov neboli spochybnené ani v súdnom konaní. Závery posudkov posudkových lekárov a doplňujúceho odborného vyjadrenia posudkového lekára Sociálnej poisťovne ústredie Bratislava zo dňa 19.6.2017 sú odborné, presvedčivé, náležite zdôvodnené a súd nezistil rozpor medzi ich závermi a zisteným skutočným stavom. Súd poukazuje na to, že skutočnosť, že pokiaľ navrhovateľka bola v Spolkovej republike Nemecko uznaná invalidnou ako uvádza vo výške 60% a poberá v Spolkovej republike Nemecko invalidný dôchodok od 1.8.2012 je nutné posúdiť z toho aspektu, že zdravotný stav navrhovateľky bol v Spolkovej republike Nemecko posúdený podľa zákonných predpisov odlišných od zákona č. 461/2003 Z.z. o sociálnom poistení v znení neskorších predpisov platnom na území Slovenskej republiky a je treba vziať do úvahy, že posudkové kritériá, ktoré platia na území Spolkovej republike Nemecko sú odlišné od posudkových kritérií platných na území Slovenskej republiky, a preto pri posúdení zdravotného stavu v inom štáte nie je možné posudkové závery cudzieho posudkového orgánu automaticky aplikovať aj na posúdenie zdravotného stavu žiadateľa o dávku na území Slovenskej republiky. Súd preto z vyššie uvedených dôvodov napadnuté rozhodnutie číslo XXX XXX XXXX X zo dňa 9. decembra 2013 podľa § 250q ods. 2 O.s.p. ako správne potvrdil. Súd konštatuje, že od 1.7.2016 je účinný zákon č. 162/2015 Z.z., t.j. Správny súdny poriadok (SSP), podľa ktorého všetky rozhodnutia vydané po 1.7.2016 sú dvojstupňové. Súd preto v tomto konaní nemôže preskúmavať rozhodnutia vydané odporkyňou po 1.7.2016, ktoré sú dvojstupňové, ako aj vzhľadom na poučenie v týchto rozhodnutiach, kde sa už opravné prostriedky nepodávajú na súd, ale tam uvedenému správnemu orgánu. Z tohto dôvodu súd rozhodnutie odporkyne číslo XXX XXX XXXX X . zo dňa 13. júla 2017, ktorým podľa § 73, § 112 ods. 4 a § 82 zákona č. 461/2003 Z.z. o sociálnom poistení v znení neskorších predpisov zvýšila navrhovateľke sumu invalidného dôchodku od 26. januára 2016 na 129,40 eur mesačne, ďalej zvýšenú od 1. januára 2017 na sumu 133,40 eur mesačne už v tomto konaní nemohol preskúmať. V konaní o preskúmaní rozhodnutia číslo XXX XXX XXXX X . zo dňa 9. decembra 2013 súd postupoval podľa ustanovenia § 492 ods. 1 zákona č. 162/2015 Z.z. Správny súdny poriadok, podľa ktorého konania podľa tretej hlavy piatej časti Občianskeho súdneho poriadku začaté predo dňom nadobudnutia účinnosti tohto zákona sa dokončia podľa doterajších predpisov. O trovách konania súd rozhodol podľa § 250k ods. 1 v spojení s § 250l ods. 2 O.s.p. Navrhovateľka nebola v konaní úspešná, a preto jej súd trova konania nepriznal a odporkyni trovy konania neprislúchajú.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w:t>
      </w:r>
    </w:p>
    <w:p/>
    <w:p>
      <w:r>
        <w:t>Zdroj: KAUZIS.SK – https://www.kauzis.sk/judikatura/r/ECLI:SK:KSBA:2017:1014200692.1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