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6S/99/2014 z 8. 11. 2017</w:t>
      </w:r>
    </w:p>
    <w:p>
      <w:r>
        <w:t>Uznesenie Krajského súdu Bratislava z 8. novembra 2017, sp. zn. 6S/99/2014, ECLI:SK:KSBA:2017:1014200773.2</w:t>
      </w:r>
    </w:p>
    <w:p>
      <w:r>
        <w:t>Súd: Krajský súd Bratislava</w:t>
      </w:r>
    </w:p>
    <w:p>
      <w:r>
        <w:t>Spisová značka: 6S/99/2014</w:t>
      </w:r>
    </w:p>
    <w:p>
      <w:r>
        <w:t>ECLI: ECLI:SK:KSBA:2017:1014200773.2</w:t>
      </w:r>
    </w:p>
    <w:p>
      <w:r>
        <w:t>Dátum vydania: 8. 11. 2017</w:t>
      </w:r>
    </w:p>
    <w:p>
      <w:r>
        <w:t>Forma: Uznesenie</w:t>
      </w:r>
    </w:p>
    <w:p>
      <w:pPr>
        <w:pStyle w:val="Heading2"/>
      </w:pPr>
      <w:r>
        <w:t>Text rozhodnutia</w:t>
      </w:r>
    </w:p>
    <w:p>
      <w:r>
        <w:t>Súd: Krajský súd Bratislava Spisová značka: 6S/99/2014 Identifikačné číslo súdneho spisu: 1014200773 Dátum vydania rozhodnutia: 09. 11. 2017 Meno a priezvisko sudcu, VSÚ: Mgr. Marián Degma ECLI: ECLI:SK:KSBA:2017:1014200773.2 Uznesenie Krajský súd v Bratislave v právnej veci žalobcu: HASPOTEX, s.r.o., Ulica Šrobárova 6, 917 01 Trnava, IČO: 46 747 290, proti žalovanému: Ministerstvo práce, sociálnych vecí a rodiny SR, Špitálska 4, 6, 8, 816 43 Bratislava, v konaní o preskúmanie zákonnosti rozhodnutia žalovaného č. 3664/2014-M_OOP-3 zo dňa 21.01.2014, jednohlasne, takto r o z h o d o l : Krajský súd v Bratislave konanie z a s t a v u j e . Žiaden z účastníkov nemá právo na náhradu trov konania. Krajský súd v Bratislave v r a c i a žalobcovi súdny poplatok vo výške 63,30,- € prostredníctvom Slovenskej pošty, a.s. - prevádzkovateľ systému, IČO 36 631 124, so sídlom Partizánska cesta 9, 975 99 Banská Bystrica. Poplatok bude vrátený po nadobudnutí právoplatnosti tohto uznesenia. o d ô v o d n e n i e : 1. Žalobou doručenou Krajskému súdu v Bratislave dňa 10.03.2014 sa žalobca domáhal preskúmania zákonnosti rozhodnutia žalovaného č. 3664/2014-M_OOP-3 zo dňa 21.01.2014, ktorým potvrdil rozhodnutie Národného inšpektorátu práce Košice č. 013/2013/2.2/Nč/Z, nip/2013/10546 zo dňa 18.10.2013 (ďalej len „prvostupňové rozhodnutie“). 2. Podaním doručeným dňa 25.10.2017 vzal žalobca žalobu podľa § 63 SSP v celom rozsahu späť a žiadal konanie zastaviť. 3. Podľa § 63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4. Podľa § 11 ods. 3 a 4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Okrem poplatku v konaní o rozvod manželstva a poplatku, ktorý sa vracia podľa odseku 1, sa poplatok alebo jeho časť (preplatok) vracia krátený o 1%, najmenej však 6,70 eura. Ak sa návrh vzal späť pred zaplatením poplatku, poplatok sa nevyrubuje. 5. Krajský súd v Bratislave konanie zastavil, nakoľko žalobca zobral žalobu späť v celom rozsahu. 6. O trovách konania rozhodol súd podľa § 170 písm. b) SSP a žiadnemu z účastníkov ich náhradu nepriznal, keďže konanie bolo zastavené. 7. Na základe výzvy správneho súdu žalobca zaplatil súdny poplatok vo výške 70,- eur. Nakoľko sa v tejto veci konanie zastavilo, súd v zmysle § 11 ods. 3 a 4 zákona č. 71/1992 Zb. vrátil žalobcovi krátený súdny poplatok vo výške 63,30 eura. 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https://www.kauzis.sk/judikatura/r/ECLI:SK:KSBA:2017:1014200773.2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