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5Scud/20/2014 z 28. 11. 2017</w:t>
      </w:r>
    </w:p>
    <w:p>
      <w:r>
        <w:t>Uznesenie Krajského súdu Bratislava z 28. novembra 2017, sp. zn. 5Scud/20/2014, ECLI:SK:KSBA:2017:1014200907.1</w:t>
      </w:r>
    </w:p>
    <w:p>
      <w:r>
        <w:t>Súd: Krajský súd Bratislava</w:t>
      </w:r>
    </w:p>
    <w:p>
      <w:r>
        <w:t>Spisová značka: 5Scud/20/2014</w:t>
      </w:r>
    </w:p>
    <w:p>
      <w:r>
        <w:t>ECLI: ECLI:SK:KSBA:2017:1014200907.1</w:t>
      </w:r>
    </w:p>
    <w:p>
      <w:r>
        <w:t>Dátum vydania: 28. 11.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5Scud/20/2014 Identifikačné číslo súdneho spisu: 1014200907 Dátum vydania rozhodnutia: 29. 11. 2017 Meno a priezvisko sudcu, VSÚ: JUDr. Milota Tóthová ECLI: ECLI:SK:KSBA:2017:1014200907.1 Uznesenie Krajský súd v Bratislave v právnej veci navrhovateľa N.. E. F., R.., U. G. D. S. S. XX/X/X, G.-XXXX B., N.Ú. N. proti odporkyni Sociálnej poisťovni ústredie, Ul. 29. augusta č. 8-10, Bratislava o starobný dôchodok takto r o z h o d o l : Súd konanie zastavuje. Žiaden z účastníkov nemá právo na náhradu trov konania. o d ô v o d n e n i e : Navrhovateľ svojím návrhom zo dňa 22.2.2014 žiadal preskúmať rozhodnutie odporkyne číslo XXX XXX XXXX X zo dňa 17.1.2014, ktorým odporkyňa navrhovateľovi od 29. októbra 2013 priznala starobný dôchodok v sume 284,50 eur mesačne, zvýšený od 1. januára 2014 na sumu 293,30 eur mesačne. Písomným prehlásením zo dňa 25.5.2017 navrhovateľ vzal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https://www.kauzis.sk/judikatura/r/ECLI:SK:KSBA:2017:1014200907.1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