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5Scud/23/2014 z 28. 11. 2017</w:t>
      </w:r>
    </w:p>
    <w:p>
      <w:r>
        <w:t>Rozsudok Krajského súdu Bratislava z 28. novembra 2017, sp. zn. 5Scud/23/2014, ECLI:SK:KSBA:2017:1014200931.1</w:t>
      </w:r>
    </w:p>
    <w:p>
      <w:r>
        <w:t>Súd: Krajský súd Bratislava</w:t>
      </w:r>
    </w:p>
    <w:p>
      <w:r>
        <w:t>Spisová značka: 5Scud/23/2014</w:t>
      </w:r>
    </w:p>
    <w:p>
      <w:r>
        <w:t>ECLI: ECLI:SK:KSBA:2017:1014200931.1</w:t>
      </w:r>
    </w:p>
    <w:p>
      <w:r>
        <w:t>Dátum vydania: 28. 11. 2017</w:t>
      </w:r>
    </w:p>
    <w:p>
      <w:r>
        <w:t>Forma: Rozsudok</w:t>
      </w:r>
    </w:p>
    <w:p>
      <w:r>
        <w:t>Oblasť práva: Správne právo</w:t>
      </w:r>
    </w:p>
    <w:p>
      <w:pPr>
        <w:pStyle w:val="Heading2"/>
      </w:pPr>
      <w:r>
        <w:t>Text rozhodnutia</w:t>
      </w:r>
    </w:p>
    <w:p>
      <w:r>
        <w:t>Súd: Krajský súd Bratislava Spisová značka: 5Scud/23/2014 Identifikačné číslo súdneho spisu: 1014200931 Dátum vydania rozhodnutia: 29. 11. 2017 Meno a priezvisko sudcu, VSÚ: JUDr. Milota Tóthová ECLI: ECLI:SK:KSBA:2017:1014200931.1 ROZSUDOK V MENE SLOVENSKEJ REPUBLIKY Krajský súd v Bratislave samosudkyňou JUDr. Milotou Tóthovou v právnej veci navrhovateľa F. K., bytom A. XXXX, U. F., U. republika proti odporkyni Sociálnej poisťovni ústredie v Bratislave, Ul. 29. augusta č. 8-10, Bratislava o invalidný dôchodok takto r o z h o d o l : Súd rozhodnutie odporkyne číslo XXX XXX XXXX X - II. zo dňa 20. júna 2014 potvrdzuje. Účastníkom náhradu trov konania nepriznáva. o d ô v o d n e n i e : Rozhodnutím číslo XXX XXX XXXX X zo dňa 20.3.2014 odporkyňa podľa § 70 zákona č. 461/2003 Z.z. o sociálnom poistení v znení neskorších predpisov a čl. 46 nariadenia (ES) Európskeho parlamentu a Rady č. 883/2004 o koordinácii systémov sociálneho zabezpečenia zamietla žiadosť navrhovateľa o invalidný dôchodok z 21. októbra 2013. Rozhodla tak s odôvodnením, že podľa posudku posudkového lekára sociálneho poistenia, pobočky Sociálnej poisťovne Trenčín zo dňa 12. februára 2014 navrhovateľ nie je invalidný podľa § 71 ods. 1 zákona č. 461/2003 Z.z., lebo pre dlhodobo nepriaznivý zdravotný stav nemá pokles schopnosti vykonávať zárobkovú činnosť o viac ako 40% v porovnaní so zdravou fyzickou osobou. Miera poklesu schopnosti vykonávať zárobkovú činnosť je u navrhovateľa 40%. Rozhodnutím číslo XXX XXX XXXX X - I. zo dňa 20. júna 2014 odporkyňa podľa § 112 zákona č. 461/82003 Z.z. o sociálnom poistení zrušila rozhodnutie číslo XXX XXX XXXX X zo dňa 20.3.2014 o zamietnutí žiadosti o invalidný dôchodok s odôvodnením, že posudkový lekár Sociálnej poisťovne ústredie Bratislava, pobočka Košice posúdil zdravotný stav navrhovateľa na základe jeho opravného prostriedku a nárok na invalidný dôchodok bol opätovne posúdený . Podľa posudku o invalidite zo dňa 4. júna 2014 navrhovateľ bol uznaný za invalidného podľa § 71 ods. 1 zákona č. 461/2003 Z.z. o sociálnom poistení, miera poklesu schopnosti vykonávať zárobkovú činnosť bola stanovená na 45% od 2.1.2014. Rozhodnutím číslo XXX XXX XXXX X - II. zo dňa 20. júna 2014 odporkyňa podľa § 70 ods. 1 a § 82 zákona č. 461/2003 Z.z. o sociálnom poistení v znení neskorších predpisov navrhovateľovi od 2. januára 2014 priznala invalidný dôchodok v sume 86,00 eur mesačne. Invalidný dôchodok odporkyňa priznala podľa čl. 52 ods. 1 písm. a) a ods. 4 nariadenia (ES) Európskeho parlamentu a Rady č. 883/2004 o koordinácii systémov sociálneho zabezpečenia v znení nariadenia Európskeho parlamentu a Rady (ES) č. 987/2009. Rozhodla tak s odôvodnením, že podľa posudku posudkového lekára sociálneho poistenia Sociálnej poisťovne, pobočka Košice zo dňa 4. júna 2014 navrhovateľ bol uznaný za invalidného z dôvodu, že má pokles schopnosti vykonávať zárobkovú činnosť o 45% v porovnaní so zdravou fyzickou osobou. Navrhovateľ návrhom zo dňa 15.4.2014 žiadal preskúmať rozhodnutie odporkyne číslo XXX XXX XXXX X zo dňa 20.3.2014. Krajský súd preskúmal rozhodnutie číslo XXX XXX XXXX X - II. zo dňa 20. júna 2014 podľa § 250l a nasl. O.s.p., prejednal návrh navrhovateľa a dospel k záveru, že návrh nie je dôvodný. Krajský súd vykonal dokazovanie výsluchom odporkyne, posudkom posudkového lekára Sociálnej poisťovne pobočky Trenčín zo dňa 12.2.2014, posudkom posudkového lekára Sociálnej poisťovne ústredie Bratislava, vysunuté pracovisko Košice zo dňa 4.6.2014, doplňujúcim odborným vyjadrením posudkového lekára Sociálnej poisťovne ústredie Bratislava, vysunuté pracovisko Prešov zo dňa 22.6.2017,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dosiahnutých dôb, táto výška sa považuje za teoretickú výšku; Podľa článku 52 ods. 4 cit. nariadenia ak výpočet podľa ods. 1 písm. a) v jednom členskom štáte vždy vedie k nezávislej dávke, ktorá sa rovná, alebo je vyššia ako paušálna dávka, vypočítaná v súlade s ods. 1 písm. b), príslušná inštitúcia môže odstúpiť od paušálneho výpočtu za podmienok určených vo vykonávajúcom nariadení. Takéto situácie sú uvedené v prílohe VIII. Na základe žiadosti navrhovateľa o invalidný dôchodok podanej prostredníctvom nositeľa sociálneho poistenia v Českej republike boli zdravotný stav a pracovná schopnosť navrhovateľa preskúmané posudkovým lekárom Sociálnej poisťovne pobočka Trenčín, ktorý v posudku zo dňa 12.2.2014 uviedol, že navrhovateľ trpí na choroby a to bronchiálnu astmu, chronickú fajčiarsku bronchitídu a dozalgiu-bolesť chrbta, ako úraz je uvedený stav po zlomenine pätovej kosti vľavo. Konštatoval, že navrhovateľ sa dlhodobo lieči na prieduškovú astmu, ktorá je hodnotená ako stredne ťažká, perzistujúca s opakovanými zhoršeniami, podľa doložených spirometrických vyšetrení s normálnymi hodnotami funkčného vyšetrenia pľúc až ľahkou obštrukčnou poruchou ventilačnou poruchou. Terminálne (ľahké) obmedzenie pohybu v ľavom členkovom kĺbe po zlomenine pätovej kosti a bolesť chrbtice bez koreňového dráždenie sú posudkovo nezávažné a neodôvodňujú zvýšenie percentuálnej miery. Rozhodujúcim zdravotným postihnutím u navrhovateľa je bronchiálna astma, stredne ťažká perzistujúca (kapitola VIII., oddiel B, položka 3.c) prílohy č. 4 zákona č. 461/2003 Z.z. o sociálnom poistení), kde mieru poklesu schopnosti vykonávať zárobkovú činnosť stanovil na 40% vzhľadom na funkčný stav a profesiu navrhovateľa. Navrhovateľ nie je invalidný podľa § 71 ods. 1 zákona č. 461/2003 Z.z. o sociálnom poistení, lebo pre dlhodobo nepriaznivý zdravotný stav nemá pokles schopnosti vykonávať zárobkovú činnosť o viac ako 40% v porovnaní so zdravou fyzickou osobou. Posudkový lekár Sociálnej poisťovne ústredie Bratislava, vysunuté pracovisko Košice v posudku zo dňa 4.6.2014 uviedol, že navrhovateľ trpí na choroby a to bronchiálnu astmu a dorzalgiu, ako úraz je uvedený stav po zlomenine pätovej kosti vľavo. Konštatoval, že navrhovateľ sa dlhodobo lieči pre dýchacie ťažkosti - prieduškovú astmu. Po vyžiadaní chronologického výpisu z pľúcnej ambulancie v Českej republike zistil, že v roku 2011 a 2012 bol stav hodnotený ako priedušková astma ľahká perzistujúca s ľahkou poruchou pľúcnych funkcií podľa funkčného vyšetrenia. Od konca roka 2012 a v priebehu roka 2013 sú dýchacie ťažkosti zhoršené, ochorenie je nestabilné, exacerbácie sa často opakujú. Vo februára 2013 pre výraznú dušnosť bola indikovaná aj ústavná liečba na pľúcnom oddelení, v priebehu roku 2013 navrhovateľ opakovane absolvoval aj infúznu liečbu a nárazovú kortikoterapiu. Konštatoval ďalej, že z posudkového hľadiska sa jedná o prieduškovú astmu čiastočne kontrolovanú so stredne ťažkým obmedzením pľúcnych funkcií. Navrhovateľ je podľa doloženého ortopedického vyšetrenia v liečbe aj pre bolesti chrbtice a bolesti v ľavom členkovom kĺbe po zlomenine v roku 2005 a objektívne funkčné vyšetrenie dokumentuje ľahké obmedzenie statodynamiky chrbtice bez známok koreňového dráždenia, bez poruchy citlivosti, ľahké obmedzenie pohybu v ľavom členkovom kĺbe. Ostatné uvedené ochorenia sú posudkovo nevýznamné a liečbou dobre kompenzované. Rozhodujúcim zdravotným postihnutím u navrhovateľa sú choroby dýchacej sústavy (kapitola VIII., oddiel B, položka 3.c) prílohy č. 4 zákona č. 461/2003 Z.z. o sociálnom poistení), kde mieru poklesu schopnosti vykonávať zárobkovú činnosť stanovil na 45%. Dátum vzniku invalidity stanovil od 2.1.2014, t.j. od kontrolného pľúcneho vyšetrenia, ktoré dokumentuje dlhodobý nepriaznivý a zhoršený zdravotný stav navrhovateľa napriek sústavnej a pravidelnej liečbe. Navrhovateľ je invalidný podľa § 71 ods. 1 zákona č. 461/2003 Z.z. o sociálnom poistení, lebo pre dlhodobo nepriaznivý zdravotný stav má pokles schopnosti vykonávať zárobkovú činnosť o viac ako 40% v porovnaní so zdravou fyzickou osobou. navrhovateľ môže vykonávať len fyzicky nenáročné práce, bez dvíhania a nosenia ťažkých bremien, bez práce v prašnom a vlhkom prostredí, bez práce za nepriaznivého počasia, bez práce s chemickými prípravkami, napr. fyzicky ľahšiu prácu v suchom a teplom prostredí, ako pomocný robotník v záhradníctve, v poľnohospodárstve, pomocný údržbár v dielni a pod. za hore uvedených uľahčených pracovných podmienok. Na základe tohto posudku odporkyňa vydala rozhodnutie čísloXXX XXX XXXX X - I. zo dňa 20. júna 2014, ktorým zrušila rozhodnutie číslo XXX XXX XXXX 0 zo dňa 20.3.2014 o zamietnutí žiadosti o invalidný dôchodok a vydala rozhodnutie číslo XXX XXX XXXX X - II. zo dňa 20. júna 2014, ktorým podľa § 70 ods. 1 a § 82 zákona č. 461/2003 Z.z. o sociálnom poistení v znení neskorších predpisov navrhovateľovi od 2. januára 2014 priznala invalidný dôchodok v sume 86,00 eur mesačne. Invalidný dôchodok odporkyňa priznala podľa čl. 52 ods. 1 písm. a) a ods. 4 nariadenia (ES) Európskeho parlamentu a Rady č. 883/2004 o koordinácii systémov sociálneho zabezpečenia v znení nariadenia Európskeho parlamentu a Rady (ES) č. 987/2009. Navrhovateľ v priebehu súdneho konania doložil nové lekárske nálezy. Súd doplnil dokazovanie zadovážením si odborného vyjadrenia posudkového lekára Sociálnej poisťovne ústredie Bratislava, vysunuté pracovisko v Prešove, ktorý dňa 22.7.2017 po vyhodnotení doložených nových lekárskych nálezov a to prepúšťacej správy z chirurgie NsP v Českej Lípe (22.9.2019 do 29.9.2016), pneumologického vyšetrenia v pneumologickej ambulancii NsP Česká Lípa z 3.1.2017, 16.5.2017, neurologického vyšetrenia v neurologickej ambulancii Česká Lípa z 20.3.2017, a 16.5.2017 a ambulantného vyšetrenia zo súkromnej chirurgickej ambulancie v Českej Lípe zo dňa 27.4.2017, 28.4.2017 a 4.5.2017 uviedol, že predloženými novými pľúcnymi vyšetreniami je pľúcnou lekárkou je charakterizované rozhodujúce zdravotné postihnutie navrhovateľa ako nešpecifikovaná astma (alebo astmatická bronchitída), pričom ventilačné hodnoty sú stabilizované na úrovni stredne ťažkej obštrukčnej ventilačnej poruchy, čo plne zodpovedá priznanej miere poklesu schopnosť vykonávať zárobkovú činnosť, ktorú posudkový lekár ponechal naďalej. Ďalej uviedol, že navrhovateľ vo februári údajne vykonal pokus o tentamen suicídii, bol hospitalizovaný na internom oddelení a v tom čase si pravdepodobne „zaležal“ pravú ruku a pravú nohu, čím došlo k akútnemu nedokrveniu stredového nervu pravej ruky a nervov hornej časti pravého predkolenia. Podľa predloženého neurologického vyšetrenia je tento stav v súčasnosti aktívne liečený (bola vykonaná deliberácia nervu medianus a opätovne má byť kontrola elektromyografického vyšetrenia). Vzhľadom na dobrú regeneračnú schopnosť periférnych nervov sa dá predpokladať, zlepšenie (vyliečenie) stavu, t.č. však nejde o dlhodobo nepriaznivý zdravotný stav, a preto tento nález z posudkového hľadiska nehodnotil. Žlčníkový kameň je riešiteľný operáciou a nemá vplyv na výšku miery poklesu schopnosti vykonávať zárobkovú činnosť. Počas neurologického vyšetrenia v marci 2017 boli ortopédom vyšetrené bedrové kĺby, ktoré sú bez degeneratívnych zmien a funkčného obmedzenia, drieková chrbtica vykazovala degeneratívne zmeny s protrahovanou koreňovou iritáciou v oblasti L5 vpravo, ktorú neurologička hodnotila ako kompresívne ischemickú polohovú etiológie s nutnosťou konzervatívnej liečby. Rozhodujúcim zdravotným postihnutím u navrhovateľa sú choroby dýchacej sústavy (kapitola VIII., oddiel B, položka 3.c) prílohy č. 4 zákona č. 461/2003 Z.z. o sociálnom poistení), kde mieru poklesu schopnosti vykonávať zárobkovú činnosť stanovil na 45%. Potvrdil v celom rozsahu posudkový závery uvedené v posudku zo dňa 4.6.2014. Navrhovateľ sa na pojednávanie dňa 29.11.2017 napriek riadnemu predvolaniu nedostavil, svoju neúčasť na ňom ospravedlnil a súhlasil, aby súd rozhodol v jeho neprítomnosti, a preto súd podľa § 101 ods. 2 Občianskeho súdneho poriadku (ďalej len O.s.p.) vec prejednal v jeho neprítomnosti. Zástupkyňa odporkyne žiadala rozhodnutie číslo XXX XXX XXXX X - II. zo dňa 20. júna 2014 ako vecne správne potvrdiť. Posudkový lekár sociálneho poistenia Sociálnej poisťovne pobočka Trenčín ako aj posudkový lekár sociálneho poistenia Sociálnej poisťovne ústredie Bratislava, vysunuté pracovisko Košice vo svojich vyššie uvedených posudkoch zohľadnili všetky navrhovateľom uvádzané ťažkosti, vysporiadali sa s lekárskymi nálezmi nachádzajúcimi sa v zdravotnej dokumentácii navrhovateľa a zhodne určili, že rozhodujúcim zdravotným postihnutím u navrhovateľa sú choroby dýchacej sústavy (kapitola VIII., oddiel B, položka 3.c) prílohy č. 4 zákona č. 461/2003 Z.z. o sociálnom poistení), kde mieru poklesu schopnosti vykonávať zárobkovú činnosť posudkový lekár Sociálnej poisťovne pobočka Trenčín pôvodne stanovil na 40% vzhľadom na funkčný stav ochorenia a profesiu navrhovateľa. Posudkový lekár Sociálnej poisťovne ústredie Bratislava, vysunuté pracovisko v Košiciach zvýšil mieru poklesu schopnosti vykonávať zárobkovú činnosť u rozhodujúceho zdravotného postihnutím u navrhovateľa na 45%, nakoľko sa jedná o prieduškovú astmu čiastočne kontrolovanú so stredne ťažkým obmedzením pľúcnych funkcií. V roku 2011 a 2012 sa jednalo o prieduškovú astmu ľahkú perzistujúcu s ľahkou poruchou pľúcnych funkcií podľa funkčného vyšetrenia, avšak od konca roka 2012 a v priebehu roka 2013 sa dýchacie ťažkosti zhoršili, ochorenie je nestabilné, s často sa opakujúcimi exacerbáciamiu a pre výraznú dušnosť vo februári 2013 bola indikovaná aj ústavná liečba na pľúcnom oddelení. Navrhovateľ v priebehu roku 2013 opakovane absolvoval aj infúznu liečbu a nárazovú kortikoterapiu. Dátum vzniku invalidity stanovil od 2.1.2014, t.j. od kontrolného pľúcneho vyšetrenia, ktoré dokumentuje dlhodobý nepriaznivý a zhoršený zdravotný stav navrhovateľa napriek sústavnej a pravidelnej liečbe. Bolesti chrbtice a bolesti v ľavom členkovom kĺbe po zlomenine v roku 2005 vyšetreniami potvrdzujú ľahké obmedzenie statodynamiky chrbtice bez známok koreňového dráždenia, bez poruchy citlivosti a ľahké obmedzenie pohybu v ľavom členkovom kĺbe. Ostatné uvedené ochorenia a to žlčníkový kameň a akútne nedokrvenie stredového nervu pravej ruky a nervov hornej časti pravého predkolenia, kde je tento stav v súčasnosti aktívne liečený, s vykonanou deliberáciou nervu medianus a opätovnou kontrolou elektromyografického vyšetrenia, kde vzhľadom na dobrú regeneračnú schopnosť periférnych nervov sa dá predpokladať zlepšenie (vyliečenie) stavu a v súčasnosti sa nejedná o dlhodobo nepriaznivý zdravotný stav, sú posudkovo bezvýznamné a nepodmieňujú navýšenie percentuálnej miery pre iné zdravotné postihnutie. Neurologické vyšetrenie v marci 2017, počas ktorého boli ortopédom vyšetrené bedrové kĺby potvrdzuje, že bedrové kĺby sú bez degeneratívnych zmien a funkčného obmedzenia, drieková chrbtica vykazuje degeneratívne zmeny s protrahovanou koreňovou iritáciou v oblasti L5 vpravo, ktoré boli vyhodnotené ako kompresívna ischemická polohová etiológia s nutnosťou konzervatívnej liečby. Zistenia posudkových lekárov neboli spochybnené ani v súdnom konaní. Závery posudkov posudkových lekárov ako aj doplňujúce odborné vyjadrenie posudkového lekára Sociálnej poisťovne ústredie Bratislava, vysunuté pracovisko Prešov zo dňa 22.6.2017 sú odborné, presvedčivé, náležite zdôvodnené a súd nezistil rozpor medzi ich závermi a zisteným skutočným stavom. Krajský súd preto z vyššie uvedených dôvodov napadnuté rozhodnutie číslo XXX XXX XXXX X - II. zo dňa 20. júna 2014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https://www.kauzis.sk/judikatura/r/ECLI:SK:KSBA:2017:1014200931.1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