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9Sp/56/2014 z 22. 5. 2017</w:t>
      </w:r>
    </w:p>
    <w:p>
      <w:r>
        <w:t>Uznesenie Krajského súdu Bratislava z 22. mája 2017, sp. zn. 9Sp/56/2014, ECLI:SK:KSBA:2017:1014200947.3</w:t>
      </w:r>
    </w:p>
    <w:p>
      <w:r>
        <w:t>Súd: Krajský súd Bratislava</w:t>
      </w:r>
    </w:p>
    <w:p>
      <w:r>
        <w:t>Spisová značka: 9Sp/56/2014</w:t>
      </w:r>
    </w:p>
    <w:p>
      <w:r>
        <w:t>ECLI: ECLI:SK:KSBA:2017:1014200947.3</w:t>
      </w:r>
    </w:p>
    <w:p>
      <w:r>
        <w:t>Dátum vydania: 22. 5.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9Sp/56/2014 Identifikačné číslo súdneho spisu: 1014200947 Dátum vydania rozhodnutia: 23. 05. 2017 Meno a priezvisko sudcu, VSÚ: JUDr. Beata Jurgošová ECLI: ECLI:SK:KSBA:2017:1014200947.3 Uznesenie Krajský súd v Bratislave v právnej veci navrhovateľky: X.. O. R., V.J. X, XXX XX D., proti odporcovi: Centrum právnej pomoci, Kancelária Bratislava, Nám. slobody 12, 810 05 Bratislava, o preskúmanie zákonnosti rozhodnutia odporcu sp. zn.: 3513/2014, ČRZ.: 27711/2014 zo dňa 20.05.2014, takto r o z h o d o l : Súd konanie z a s t a v u j e . Žiaden z účastníkov nemá právo na náhradu trov konania. o d ô v o d n e n i e : Navrhovateľka svojím návrhom zo dňa 8.06.2014 žiadala preskúmať rozhodnutie odporcu zo dňa 20.05.2014, sp. zn.: 3513/2014, ČRZ.: 27711/2014, ktorým nepriznal navrhovateľke nárok na poskytovanie právnej pomoci na zastupovanie v konaní pred Ústavným súdom Slovenskej republiky vo veci podania ústavnej sťažnosti pre porušenie práva na súdnu a inú právnu ochranu podľa čl. 46 ods. 1 Ústavy Slovenskej republiky a práva na spravodlivé súdne konanie podľa čl. 6 ods. 1 Dohovoru o ochrane ľudských práv a základných slobôd t.č. vedenej na Ústavnom súde Slovenskej republiky sp. zn. Rvp 1183/2014. Prehlásením na pojednávaní dňa 23.05.2017 navrhovateľka vzala späť návrh v celom rozsahu a žiadala konanie zastaviť. Odporca nemal námietky proti späťvzatiu návrhu.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https://www.kauzis.sk/judikatura/r/ECLI:SK:KSBA:2017:1014200947.3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