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5Sd/106/2014 z 29. 10. 2017</w:t>
      </w:r>
    </w:p>
    <w:p>
      <w:r>
        <w:t>Uznesenie Krajského súdu Bratislava z 29. októbra 2017, sp. zn. 5Sd/106/2014, ECLI:SK:KSBA:2017:1014200950.2</w:t>
      </w:r>
    </w:p>
    <w:p>
      <w:r>
        <w:t>Súd: Krajský súd Bratislava</w:t>
      </w:r>
    </w:p>
    <w:p>
      <w:r>
        <w:t>Spisová značka: 5Sd/106/2014</w:t>
      </w:r>
    </w:p>
    <w:p>
      <w:r>
        <w:t>ECLI: ECLI:SK:KSBA:2017:1014200950.2</w:t>
      </w:r>
    </w:p>
    <w:p>
      <w:r>
        <w:t>Dátum vydania: 29.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5Sd/106/2014 Identifikačné číslo súdneho spisu: 1014200950 Dátum vydania rozhodnutia: 30. 10. 2017 Meno a priezvisko sudcu, VSÚ: JUDr. Milota Tóthová ECLI: ECLI:SK:KSBA:2017:1014200950.2 Uznesenie Krajský súd v Bratislave v právnej veci navrhovateľky T. V., Q. T. XXXX/X, Q. J. U. M.P. po M. I.. T. V., S.. XX.XX.XXXX, M. Q. T. XXXX/X, Q. proti odporkyni Sociálnej poisťovni ústredie, Ul. 29. augusta č. 8-10, Bratislava o sumu starobného dôchodku takto r o z h o d o l : Súd konanie zastavuje. Žiaden z účastníkov nemá právo na náhradu trov konania. o d ô v o d n e n i e : Navrhovateľ pán I.. T. V. svojím návrhom zo dňa 12.6.2014 a 12.9.2014 žiadal preskúmať rozhodnutie odporkyne číslo XXX XXX XXXX X zo dňa 25.4.2014 v spojení so zmenovým rozhodnutím číslo XXX XXX XXXX X zo dňa 2.9.2014, ktorými odporkyňa navrhovateľovi znížila od 10. júna 2014 starobný dôchodok na sumu 294,30 eur mesačne. V priebehu konania navrhovateľ dňa 27.12.2015 zomrel a do konania vstúpila jeho manželka T. V., ktorá písomným prehlásením zo dňa 17.10.2017, došlým súdu dňa 19.10.2017 oznámila súdu, že návrhy zo dňa 12.6.2014 a 12.9.2014 berie v celom rozsahu späť. Súd podľa § 250d ods. 3 v spojení s § 250h ods. 2 a § 250l ods. 2 O.s.p. konanie zastavil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https://www.kauzis.sk/judikatura/r/ECLI:SK:KSBA:2017:1014200950.2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