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5Sd/108/2014 z 2. 3. 2017</w:t>
      </w:r>
    </w:p>
    <w:p>
      <w:r>
        <w:t>Uznesenie Krajského súdu Bratislava z 2. marca 2017, sp. zn. 5Sd/108/2014, ECLI:SK:KSBA:2017:1014200969.3</w:t>
      </w:r>
    </w:p>
    <w:p>
      <w:r>
        <w:t>Súd: Krajský súd Bratislava</w:t>
      </w:r>
    </w:p>
    <w:p>
      <w:r>
        <w:t>Spisová značka: 5Sd/108/2014</w:t>
      </w:r>
    </w:p>
    <w:p>
      <w:r>
        <w:t>ECLI: ECLI:SK:KSBA:2017:1014200969.3</w:t>
      </w:r>
    </w:p>
    <w:p>
      <w:r>
        <w:t>Dátum vydania: 2.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5Sd/108/2014 Identifikačné číslo súdneho spisu: 1014200969 Dátum vydania rozhodnutia: 03. 03. 2017 Meno a priezvisko sudcu, VSÚ: JUDr. Milota Tóthová ECLI: ECLI:SK:KSBA:2017:1014200969.3 Uznesenie Krajský súd v Bratislave v právnej veci navrhovateľky V.. Q. Š., A. R. N. XXX/XX, A.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11.4.2014 žiadala preskúmať rozhodnutie odporkyne číslo XXX XXX XXXX X zo dňa 28.2.2014, ktorým odporkyňa zamietla žiadosť navrhovateľky o invalidný dôchodok zo dňa 22. januára 2014. Písomným prehlásením zo dňa 25.2.2016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https://www.kauzis.sk/judikatura/r/ECLI:SK:KSBA:2017:1014200969.3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