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5S/129/2014 z 16. 1. 2017</w:t>
      </w:r>
    </w:p>
    <w:p>
      <w:r>
        <w:t>Uznesenie Krajského súdu Bratislava z 16. januára 2017, sp. zn. 5S/129/2014, ECLI:SK:KSBA:2017:1014201023.2</w:t>
      </w:r>
    </w:p>
    <w:p>
      <w:r>
        <w:t>Súd: Krajský súd Bratislava</w:t>
      </w:r>
    </w:p>
    <w:p>
      <w:r>
        <w:t>Spisová značka: 5S/129/2014</w:t>
      </w:r>
    </w:p>
    <w:p>
      <w:r>
        <w:t>ECLI: ECLI:SK:KSBA:2017:1014201023.2</w:t>
      </w:r>
    </w:p>
    <w:p>
      <w:r>
        <w:t>Dátum vydania: 16.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5S/129/2014 Identifikačné číslo súdneho spisu: 1014201023 Dátum vydania rozhodnutia: 17. 01. 2017 Meno a priezvisko sudcu, VSÚ: JUDr. Anna Peťovská PhD. ECLI: ECLI:SK:KSBA:2017:1014201023.2 Uznesenie Krajský súd v Bratislave v právnej veci žalobcu: La Bottine 3, s.r.o., Stará Vajnorská 11, Bratislava, IČO: 46 665 218 zastúpený právnym zástupcom: OLEXOVA VASILISIN s.r.o., advokátska kancelária so sídlom Dunajská 18, 811 08 Bratislava, IČO: 36820059, proti žalovanému: Daňový úrad Bratislava, so sídlom Ševčenkova 32, 850 00 Bratislava, o preskúmanie zákonnosti rozhodnutia žalovaného č. 9103309/5/1471101/2014 zo dňa 11.04.2014, takto r o z h o d o l : Súd konanie z a s t a v u j e . Žiaden z účastníkov nemá právo na náhradu trov konania. o d ô v o d n e n i e : 1/ Žalobou doručenou tunajšiemu správnemu súdu dňa 23.06.2014 sa žalobca domáhal v čase podania žaloby postupom podľa druhej hlavy piatej časti O.s.p. preskúmania zákonnosti rozhodnutia žalovaného č. 9103309/5/1471101/2014 zo dňa 11.04.2014, ktorým žalovaný v rámci registrácie na DPH uložil žalobcovi povinnosť zložiť zábezpeku vo výške XXX.XXX,- eur na obdobie 12 mesiacov. Toto rozhodnutie napadol žalobca odvolaním elektronickými prostriedkami dňa 30.04.2014 na email žalovaného a doplnením podania v listinnej forme poštou doručenou žalovanému dňa 02.05.2004. Na toto podanie žalovaný oznámil právnemu zástupcovi žalobcu, že odvolanie vybavil odmietnutím, pretože hoci toto bolo v zákonnej lehote v jeho dispozícii, nebolo podané do elektronickej podateľne postupom podľa § 13 ods. 5 Daňového poriadku a tento formálny nedostatok podania podľa neho nemožno žiadnym spôsobom zhojiť, ako tomu je v ostatných konaniach pred orgánmi verejnej správy. Preto žalovaný považuje napadnuté prvostupňové rozhodnutie za právoplatné. 2/ Keďže žalobca spolu s podaním žaloby nezaplatil súdny poplatok za žalobu v sume 70,- eur, správny súd ho pod následkom zastavenia konania vyzval na zaplatenie súdneho poplatku za podanie žaloby v lehote 10 dní od doručenia výzvou č.k. 5S 129/2014-52 zo dňa 05.12.2016, doručenou právnemu zástupcovi žalobcu dňa 12.12.2016. 3/ Žalobca napriek výzve správneho súdu s poučením o následkoch nevyhovenia súdny poplatok do dátumu vydania tohto rozhodnutia nezaplatil. 4/ Podľa § 2 ods. 1 písm. a/ zákona č. 71/1992 Zb. o súdnych poplatkoch a poplatku za výpis z registra trestov v znení neskorších predpisov (ďalej len „zákon o súdnych poplatkoch“), poplatníkom je navrhovateľ poplatkového úkonu, ak je podľa sadzobníka ustanovený poplatok z návrhu. 5/ Podľa § 8 ods. 1 zákona o súdnych poplatkoch, poplatok za podanie návrhu alebo žiadosti, poplatok za uplatnenie námietky zaujatosti v konkurznom konaní alebo reštrukturalizačnom konaní podľa osobitného predpisu a poplatok za konanie o dedičstve je splatný vznikom poplatkovej povinnosti. 6/ Podľa § 10 ods. 1 zákona o súdnych poplatkoch,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7/ Podľa § 10 ods. 3 prvej vety zákona o súdnych poplatkoch, prvoinštančný súd zruší uznesenie o zastavení konania pre nezaplatenie súdneho poplatku, ak poplatník zaplatí súdny poplatok do konca lehoty na podanie odvolania. 8/ Keďže žalobca nezaplatil súdny poplatok ani v určenej lehote správnym súdom, správny súd postupoval v zmysle § 10 ods. 1 zákona o súdnych poplatkoch a predmetné konanie zastavil. 9/ O náhrade trov konania správny súd rozhodol podľa § 170 písm. b/ zákona č. 162/2015 Z.z., Správny súdny poriadok (ďalej len „SSP“) tak, že žiaden z účastníkov konania nemá právo na náhradu trov konania, nakoľko konanie bolo zastavené. 10/ Toto rozhodnutie senát Krajského súdu v Bratislave prijal pomerom hlasov 3 : 0 (§ 3 ods. 9 zákona č. 757/2004 Z.z. v znení zákona č. 33/2011 Z.z.). Poučenie: Proti tomuto uzneseniu možno podať odvolanie do 15 dní odo dňa jeho doručenia, na Krajský súd v Bratislave. V odvolaní sa má popri všeobecných náležitostiach uviesť, proti ktorému rozhodnutiu smeruje, v akom rozsahu sa napáda, v čom sa toto rozhodnutie alebo postup súdu považuje za nesprávny a čoho sa odvolateľ domáha. Súd prvej inštancie zruší uznesenie o zastavení konania pre nezaplatenie súdneho poplatku, ak poplatník zaplatí súdny poplatok do konca lehoty na podanie odvolania.</w:t>
      </w:r>
    </w:p>
    <w:p/>
    <w:p>
      <w:r>
        <w:t>Zdroj: KAUZIS.SK – https://www.kauzis.sk/judikatura/r/ECLI:SK:KSBA:2017:1014201023.2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