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5Sd/145/2014 z 7. 11. 2017</w:t>
      </w:r>
    </w:p>
    <w:p>
      <w:r>
        <w:t>Rozsudok Krajského súdu Bratislava z 7. novembra 2017, sp. zn. 5Sd/145/2014, ECLI:SK:KSBA:2017:1014201156.1</w:t>
      </w:r>
    </w:p>
    <w:p>
      <w:r>
        <w:t>Súd: Krajský súd Bratislava</w:t>
      </w:r>
    </w:p>
    <w:p>
      <w:r>
        <w:t>Spisová značka: 5Sd/145/2014</w:t>
      </w:r>
    </w:p>
    <w:p>
      <w:r>
        <w:t>ECLI: ECLI:SK:KSBA:2017:1014201156.1</w:t>
      </w:r>
    </w:p>
    <w:p>
      <w:r>
        <w:t>Dátum vydania: 7. 11. 2017</w:t>
      </w:r>
    </w:p>
    <w:p>
      <w:r>
        <w:t>Forma: Rozsudok</w:t>
      </w:r>
    </w:p>
    <w:p>
      <w:r>
        <w:t>Oblasť práva: Správne právo</w:t>
      </w:r>
    </w:p>
    <w:p>
      <w:pPr>
        <w:pStyle w:val="Heading2"/>
      </w:pPr>
      <w:r>
        <w:t>Text rozhodnutia</w:t>
      </w:r>
    </w:p>
    <w:p>
      <w:r>
        <w:t>Súd: Krajský súd Bratislava Spisová značka: 5Sd/145/2014 Identifikačné číslo súdneho spisu: 1014201156 Dátum vydania rozhodnutia: 08. 11. 2017 Meno a priezvisko sudcu, VSÚ: JUDr. Milota Tóthová ECLI: ECLI:SK:KSBA:2017:1014201156.1 ROZSUDOK V MENE SLOVENSKEJ REPUBLIKY Krajský súd v Bratislave samosudkyňou JUDr. Milotou Tóthovou v právnej veci navrhovateľa A. B., C. M. XXXX/XX, C. proti odporkyni Sociálnej poisťovni ústredie, Ul. 29. augusta č. 8-10, Bratislava o starobný dôchodok takto r o z h o d o l : Súd rozhodnutie odporkyne číslo XXX XXX XXXX X zo dňa 18. februára 2014, ktorým bol navrhovateľovi priznaný starobný dôchodok, rozhodnutie číslo XXX XXX XXXX X zo dňa 18. februára 2014, ktorým bol navrhovateľovi odňatý invalidný dôchodok, rozhodnutie číslo XXX XXX XXXX X - P.. zo dňa 17. februára 2014 v spojení so zmenovým rozhodnutím číslo XXX XXX XXXX X - P.. zo dňa 9. novembra 2015, rozhodnutie číslo XXX XXX XXXX X - P.. zo dňa 17. februára 2014, rozhodnutie číslo XXX XXX XXXX X zo dňa 23. júna 2014 a rozhodnutie číslo XXX XXX XXXX X zo dňa 27. apríla 2016 potvrdzuje. Účastníkom náhradu trov konania nepriznáva. o d ô v o d n e n i e : Rozhodnutím číslo XXX XXX XXXX X zo dňa 18. februára 2014 odporkyňa podľa § 65, § 274 a § 82 zákona č. 461/2003 Z.z. o sociálnom poistení v znení neskorších predpisov navrhovateľovi od 19. marca 2011 priznala starobný dôchodok v sume 222,80 eur mesačne, zvýšený od 1. januára 2012 na sumu 230,20 eur mesačne, od 1. januára 2013 na sumu 241,40 eur mesačne a od 1. januára 2014 na sumu 250,20 eur mesačne. Rozhodnutím číslo XXX XXX XXXX X zo dňa 18. februára 2014 podľa § 112 ods. 2 a ods. 6 zákona č. 461/2003 Z.z. navrhovateľovi od 4. apríla 2014 odňala invalidný dôchodok, ktorý bol navrhovateľovi priznaný od 23. januára 2008 podľa § 70 ods. 1 zákona č. 461/2003 Z.z. o sociálnom poistení. Rozhodnutím číslo XXX XXX XXXX X - P.. zo dňa 17. februára 2008 odporkyňa podľa 70 ods. 1 zákona č. 461/2003 Z.z. o sociálnom poistení v znení neskorších predpisov navrhovateľovi od 23. januára 2008 priznala invalidný dôchodok v sume 4 211 Sk mesačne. Týmto rozhodnutím zmenila rozhodnutie zo dňa 9. mája 2008 v časti odôvodnenie. Rozhodnutím číslo XXX XXX XXXX X - P.. zo dňa 17. februára 2008 odporkyňa podľa § 82 zákona č. 4612/2003 Z.z. o sociálnom poistení navrhovateľovi od 1. júla 2008 zvýšila invalidný dôchodok na 4 422 Sk mesačne. Od 1. januára 2009 navrhovateľovi podľa § 293ar ods. 1 zákona č. 461/2003 Z.z. v znení zákona č. 659/2007 patrí invalidný dôchodok v sume 146,80 eur mesačne. Rozhodnutím číslo XXX XXX XXXXX X zo dňa 23. júna 2014 odporkyňa podľa § 81 ods. 1 a § 112 ods. 2 zákona č. 461/2003 Z.z. o sociálnom poistení v znení neskorších predpisov rozhodla, že navrhovateľovi od 19. marca 2011 vypláca starobný dôchodok v sume 222,80 eur mesačne a súčasne od 4. apríla 2014 odníma invalidný dôchodok v sume 188,30 eur mesačne. Rozhodnutím číslo XXX XXX XXXX X - P.. zo dňa 9. novembra 2015 odporkyňa podľa § 70 ods. 1 zákona č. 461/2003 Z.z. o sociálnom poistení v znení neskorších predpisov navrhovateľovi od 23. januára 2008 priznala invalidný dôchodok v sume 4 211 Sk mesačne. Týmto rozhodnutím zmenila rozhodnutie zo dňa 9. mája 2008 a rozhodnutie zo dňa 17. februára 2014 v časti výroku a odôvodnenia. Rozhodnutím číslo XXX XXX XXXX X zo dňa 27. apríla 2016 odporkyňa podľa § 66 ods. 3, § 293l ods. 1 a § 82 zákona č. 461/2003 Z.z. o sociálnom poistení v znení neskorších predpisov navrhovateľovi od 1. januára 2016 zvýšila starobný dôchodok na sumu 275,60 eur mesačne. Navrhovateľ návrhom zo dňa 27.5.2014 žiadal preskúmať rozhodnutie číslo XXX XXX XXXX X zo dňa 18. februára 2014, ktorým bol priznaný starobný dôchodok a rozhodnutie číslo XXX XXX XXXX X zo dňa 18. februára 2014, ktorým bol odňatý invalidný dôchodok a namietal, že mu nebol správne vypočítaný starobný dôchodok. Uviedol, že až do apríla 2014 poberal invalidný dôchodok, ktorý bol vyšší ako ten, ktorý mu bol vypočítaný a mal by teda dostávať ten, ktorý je pre neho výhodnejší. Taktiež uviedol, že pri výpočte starobného dôchodku bol poškodený nepresným výpočtom počas jeho služby v Policajnom zbore. Konkrétne námietky neuviedol. Navrhovateľ v písomnom vyjadrení zo dňa 14.11.2014 a 25.2.2016 zotrval na podanom návrhu, namietal, že suma vyplácaného invalidného dôchodku bola vyššia ako suma priznaného a od 1.1.2014 zvýšeného starobného dôchodku a poukazoval aj na to, že rozhodnutím číslo XXX XXX XXXX X - P.. zo dňa 17. februára 2014 mu bol opätovne priznaný invalidný dôchodok napriek tomu, že mu už bol priznaný rozhodnutím číslo XXX XXX XXXX zo dňa 9. mája 2008, ktorého suma bola pravidelne zvyšovaná a od 1.1.2014 mu bol vyplácaný v sume 284,70 eur mesačne. Taktiež poukazoval na to, že pri posudzovaní splnenia vzniku nároku na invalidný dôchodok odporkyňa posúdila jeho dôchodkový vek v súlade s § 65 ods. 2 zákona č. 461/2003 Z.z. a tento určila pri dovŕšení fyzického veku 62 rokov a vykonala pripočítanie obdobia práve do jeho dovŕšenia. Odporkyňa vo svojom písomnom vyjadrení zo dňa 8.7.2014, 26.1.2016 a 6.5.2016 poukázala na ustanovenie § 274 ods. 1 zákona č. 461/2003 Z.z. a § 14 ods. 4 zákona č. 100/1988 Zb. v znení neskorších predpisov a uviedla, že zachovanie nárokov vyplývajúcich zo zaradenia zamestnaní vykonávaných v služobnom pomere do I. a II. kategórie funkcií je možné zabezpečiť zohľadnením doby služby a počas nej dosiahnutých osobných vymeriavacích základov. Poukázala na dôvodovú správu k zákonu č. 222/2003 Z.z. o zvýšení dôchodkov v roku 2003 a o zmene a doplnení niektorých zákonov v oblasti sociálneho zabezpečenia, z ktorej vyplýva, že výsluhový dôchodok od dovŕšenia dôchodkového veku podľa všeobecných predpisov o sociálnom zabezpečení (poistení) plní funkciu starobného dôchodku z osobitného systému sociálneho zabezpečenia v sume zodpovedajúcej dobe trvania služobného pomeru, či už samostatne alebo popri starobnom dôchodku, na ktorý vznikne nárok dovŕšením dôchodkového veku podľa všeobecných predpisov o sociálnom zabezpečení (poistení). Uviedla, že právne predpisy Slovenskej republiky pri rozhodovaní o sume starobného dôchodku zo všeobecného systému sociálneho zabezpečenia (poistenia) neupravujú, akým spôsobom zabezpečiť od dovŕšenia dôchodkového veku podľa všeobecných systémov o sociálnom zabezpečení (poistení) poskytnutie sumy starobného dôchodku len za doby zabezpečenia (poistenia), ktoré sa neprekrývajú s dobou výkonu služby, za ktorú už bol poskytnutý výsluhový dôchodok, a preto podľa čl. 7 a 5 a čl. 154c Ústavy Slovenskej republiky je potrebné na zachovanie získaných nárokov od dovŕšenia dôchodkového veku podľa všeobecných predpisov o sociálnom zabezpečení (poistení) aplikovať Dohovor o invalidných, starobných a pozostalostných dávkach č. 128, ktorý bol Československou socialistickou republikou ratifikovaný 11. januára 1990 a vyhlásený pod č. 416/1991 v Zbierke zákonov, ktorý má charakter medzinárodnej zmluvy, ktorá priamo zakladá právo fyzických osôb na zachovanie nároku na starobný dôchodok, a preto na jeho vykonanie nie je potrebné prijať osobitný zákon. Poukázala na to, že príslušné ustanovenia Dohovoru majú prednosť pred zákonmi o sociálnom zabezpečení (poistení), preto je nimi Sociálna poisťovňa viazaná pri určení sumy starobného dôchodku poistenca, ktorý je poberateľom výsluhového dôchodku za tú istú sociálnu udalosť, ktorou je prežitie zákonom stanoveného dôchodkového veku na vznik nároku na starobný dôchodok. Zdôraznila, že nakoľko dovŕšením dôchodkového veku podľa všeobecných predpisov o sociálnom zabezpečení (poistení), ktorý bol určený v súlade so zachovaním nárokov vyplývajúcich zo zaradenia zamestnaní vykonávaných v služobnom pomere do I. a II. kategórie funkcií nastala situácia, že navrhovateľovi vznikol nárok na starobný dôchodok a tiež na výsluhový dôchodok, a preto je potrebné na určenie sumy starobného dôchodku aplikovať aj článok 33 ods. 2 Dohovoru. Navrhovateľ dôchodkový vek dosiahol dovŕšením 55 rokov veku, t.j. 19.3.2011 podľa § 65 a § 274 zákona s použitím ustanovenia § 21 ods. 1 zákona č. 100/1988 Zb. o sociálnom zabezpečení, a preto bol navrhovateľovi rozhodnutím číslo XXX XXX XXXX X z 18. februára 2014 podľa § 112 ods. 2 a 6 zákona invalidný dôchodok odňatý, nakoľko invalidný dôchodok bol priznaný od 23. januára 2008 v nesprávnej sume (nesprávne určený dôchodkový vek). Uviedla, že nárok na invalidný dôchodok bol opätovne posúdený a rozhodnutím číslo XXX XXX XXXX X - P.. zo 17. februára 2014 bol navrhovateľovi priznaný od 23. januára 2008 invalidný dôchodok v sume 4 211 Sk mesačne, kde bol posúdený nárok na invalidný dôchodok s prihliadnutím na to, že dôchodkový vek je 55 rokov. Zároveň rozhodnutím číslo XXX XXX XXXX X z 23. júna 2014 sa navrhovateľovi vypláca od 19. marca 2011 starobný dôchodok v sumu 222,80 eur mesačne a súčasne mu bol od 4. apríla 2014 odňatý invalidný dôchodok. Uviedla, že bolo vydané rozhodnutie číslo XXX XXX XXXX X zo dňa 9. novembra 2015, ktorým boli zmenené rozhodnutia z 9. mája 2008 a 17. februára 2014 v časti výroku i v časti odôvodnenia a boli dôvody zníženia sumy invalidného dôchodku a z toho vyplývajúce dôvody jeho odňatia zrejmé a zrozumiteľné a spočívajú v nesprávne určenom dôchodkovom veku navrhovateľa, t.j. pripočítaného obdobia do dovŕšenia dôchodkového veku, rozhodujúceho pre určenia sumy invalidného dôchodku a tým bolo spôsobené nesprávne určenie sumy invalidného dôchodku. Zdôraznila, že navrhovateľovi mal byť rozhodnutím číslo XXX XXX XXXX X z 9. mája 2008 od 23. januára 2008 priznaný invalidný dôchodok v sume 4 211 Sk a nie 6 598 Sk, nakoľko pre účely určenia sumy invalidného dôchodku nebolo správne pripočítané obdobie do dovŕšenia dôchodkového veku navrhovateľa 62 rokov, t.j. do 18. marca 2018, ale správne malo byť pripočítané obdobie do dôchodkového veku 55 rokov, t.j. len do 19. marca 2011 (1 150 dní). Záverom uviedla, že starobný dôchodok navrhovateľa bol od 1. januára 216 zvýšený rozhodnutím číslo XXX XXX XXXX X zo dňa 27. apríla 2016 za obdobie dôchodkového poistenia, ktoré navrhovateľ získal počas poberania starobného dôchodku od 1.1.2015 do 31.12.2015 na sumu 275,60 eur mesačne. Napadnuté rozhodnutie číslo XXX XXX XXXX X zo dňa 18. februára 2014 o priznaní starobného dôchodku a rozhodnutie číslo XXX XXX XXXX X T. dňa 18. februára 2014 o odňatí invalidného dôchodku, rozhodnutie číslo XXX XXX XXXX X - P.. zo dňa 17. februára 2014 v spojení so zmenovým rozhodnutím číslo XXX XXX XXXX X - P.. zo dňa 9. novembra 2015, rozhodnutie číslo XXX XXX XXXX X - P.. zo dňa 17. februára 2014, rozhodnutie číslo XXX XXX XXXX X zo dňa 23. júna 2014 a rozhodnutie číslo XXX XXX XXXX X zo dňa 27. apríla 2016 potvrdzuje žiadala ako vecne správne potvrdiť. Súd preskúmal napadnuté rozhodnutie podľa § 250l a nasl. O.s.p., prejednal návrh navrhovateľa a dospel k záveru, že návrh nie je dôvodný. Súd vykonal dokazovanie výsluchom odporkyne,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 Navrhovateľ žiadosťou spísanou dňa 17.7.2013 požiadal odporkyňu o priznanie starobného dôchodku od 19.3.2011. Rozhodnutím číslo XXX XXX XXXX X zo dňa 18. februára 2014 odporkyňa podľa § 65, § 274 a § 82 zákona č. 461/2003 Z.z. o sociálnom poistení v znení neskorších predpisov navrhovateľovi od 19. marca 2011 priznala starobný dôchodok v sume 222,80 eur mesačne, zvýšený od 1. januára 2012 na sumu 230,20 eur mesačne, od 1. januára 2013 na sumu 241,40 eur mesačne a od 1. januára 2014 na sumu 250,20 eur mesačne. Rozhodnutím číslo XXX XXX XXXX X zo dňa 18. februára 2014 podľa § 112 ods. 2 a ods. 6 zákona č. 461/2003 Z.z. navrhovateľovi od 4. apríla 2014 odňala invalidný dôchodok, ktorý bol navrhovateľovi priznaný od 23. januára 2008 podľa§ 70 ods. 1 zákona č. 461/2003 Z.z. o sociálnom poistení. Rozhodnutím číslo XXX XXX XXXX X - P.. zo dňa 17. februára 2008 odporkyňa podľa 70 ods. 1 zákona č. 461/2003 Z.z. o sociálnom poistení v znení neskorších predpisov navrhovateľovi priznala invalidný dôchodok v sume 4 211 Sk mesačne. Týmto rozhodnutím zmenila rozhodnutie zo dňa 9. mája 2008 v časti odôvodnenie. Rozhodnutím číslo XXX XXX XXXX X - P.. zo dňa 17. februára 2008 odporkyňa podľa § 82 zákona č. 461/2003 Z.z. o sociálnom poistení navrhovateľovi od 1. júla 2008 zvýšila invalidný dôchodok na 4 422 Sk mesačne. Od 1. januára 2009 navrhovateľovi podľa § 293ar ods. 1 zákona č. 461/2003 Z.z. v znení zákona č. 659/2007 patrí invalidný dôchodok v sume 146,80 eur mesačne. Rozhodnutím číslo XXX XXX XXXXX X zo dňa 23. júna 2014 odporkyňa podľa § 81 ods. 1 a § 112 ods. 2 zákona č. 461/2003 Z.z. o sociálnom poistení v znení neskorších predpisov rozhodla, že navrhovateľovi od 19. marca 2011 vypláca starobný dôchodok v sume 222,80 eur mesačne a súčasne od 4. apríla 2014 odníma invalidný dôchodok v sume 188,30 eur mesačne. Rozhodnutím číslo XXX XXX XXXX X - P.. zo dňa 9. novembra 2015 odporkyňa podľa § 70 ods. 1 zákona č. 461/2003 Z.z. o sociálnom poistení v znení neskorších predpisov navrhovateľovi od 23. januára 2008 priznala invalidný dôchodok v sume 4 211 Sk mesačne. Týmto rozhodnutím zmenila rozhodnutie zo dňa 9. mája 2008 a rozhodnutie zo dňa 17. februára 2014 v časti výroku a odôvodnenia. Rozhodnutím číslo XXX XXX XXXX X zo dňa 27. apríla 2016 odporkyňa podľa § 66 ods. 3, § 293l ods. 1 a § 82 zákona č. 461/2003 Z.z. o sociálnom poistení v znení neskorších predpisov navrhovateľovi od 1. januára 2016 zvýšila starobný dôchodok na sumu 275,60 eur mesačne. Navrhovateľ sa na pojednávanie dňa 8.11.2017 napriek riadnemu predvolaniu nedostavil, svoju neúčasť na ňom ospravedlnil a súhlasil, aby súd rozhodol v jeho neprítomnosti, a preto súd podľa § 101 ods. 2 Občianskeho súdneho poriadku (ďalej len O.s.p.) vec prejednal v jeho neprítomnosti. Zástupkyňa odporkyne sa v plnom rozsahu pridŕžala písomných vyjadrení zo dňa 8.7.2014, 26.1.2016 a 6.5.2016 a žiadala rozhodnutia číslo XXX XXX XXXX X zo dňa 18. februára 2014, ktorým bol priznaný starobný dôchodok a ktorým bol tiež odňatý invalidný dôchodok, rozhodnutia XXX XXX XXXX X - P.. zo dňa 17. februára 2014, ktorým bol priznaný invalidný dôchodok v spojení so zmenovým rozhodnutím číslo XXX XXX XXXX X - P.. zo dňa 9. novembra 2015, rozhodnutie číslo XXX XXX XXXX X - P.. zo dňa 17. februára 2014, rozhodnutie číslo XXX XXX XXXX X zo dňa 20. júna 2014, ktorým sa rozhodlo o súbehu dôchodkov a rozhodnutie číslo XXX XXX XXXX X zo dňa 27. apríla 2016 ako vecne správne potvrdiť. zároveň uviedla, že v dávkovom spise sa nenachádza rozhodnutie číslo XXX XXX XXXX X - P.. zo dňa 9. novembra 2015 a zrejme sa jedná len o nesprávne označenie I. v tomto rozhodnutí. Podľa § 65 ods. 1 zákona č. 461/2003 Z.z. o sociálnom poistení v znení neskorších predpisov poistenec má nárok na starobný dôchodok, ak bol dôchodkovo poistený najmenej 15 rokov a dovŕšil dôchodkový vek. Podľa § 66 ods. 2 cit. zákona dôchodkový vek je 62 rokov veku poistenca, ak tento zákon neustanovuje inak.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274 ods. 1 zákona č. 461/2003 Z.z. o sociálnom poistení v znení neskorších predpisov nároky vyplývajúce zo zaradenia zamestnaní do I. a II. pracovnej kategórie sa priznávajú do 31. decembra 2023. Podľa § 274 ods. 2 cit. zákona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To platí aj vtedy, ak sa suma dôchodkov uvedených v prvej vete určuje na účely určenia sumy vdovského dôchodku, vdoveckého dôchodku alebo sirotského dôchodku. Podľa § 70 ods. 1 cit.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73 ods. 1 cit. zákona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81 ods. 1 zákona č. 461/2003 Z.z. o sociálnom poistení v znení neskorších predpisov ak poberateľ invalidného dôchodku splní podmienky nároku na výplatu starobného dôchodku alebo predčasného starobného dôchodku, vypláca sa dôchodková dávka, ktorej suma je vyššia. Pri rovnakej sume týchto dôchodkových dávok vypláca sa dôchodková dávka, ktorú si poistenec zvolil. Dňom úpravy výplaty dôchodkových dávok pre súbeh ich nárokov zaniká nárok na dôchodkovú dávku, ktorá sa nevypláca. Ak poistenec splnil podmienky nároku na invalidný dôchodok podľa § 70 ods. 1 a 2 alebo podľa § 70 ods. 1 a poberá invalidný dôchodok podľa § 266, vypláca sa invalidný dôchodok, ktorého suma je vyššia; druhá veta a tretia veta platia rovnako. Podľa § 66 ods. 3 veta prvá cit. zákona ak poistenec bol dôchodkovo poistený po splnení podmienok nároku na starobný dôchodok a poberal tento dôchodok alebo jeho časť, suma starobného dôchodku sa od 1. januára kalendárneho roka, v ktorom sa určuje suma starobného dôchodku, určí tak, že k sume starobného dôchodku vyplácanej k 1. januáru kalendárneho roka sa pripočíta suma určená ako súčin súčtu jednej polovice osobných mzdových bodov získaných za obdobie dôchodkového poistenia počas poberania starobného dôchodku alebo jeho časti v predchádzajúcom kalendárnom roku a aktuálnej dôchodkovej hodnoty; o určení sumy starobného dôchodku sa rozhodne do 31. marca kalendárneho roka, v ktorom sa určuje suma starobného dôchodku. Podľa § 293l ods. 1 cit. zákona starobný dôchodok priznaný v sume určenej podľa predpisov účinných pred 1. januárom 2004 a starobný dôchodok, na ktorý bol prekvalifikovaný pomerný starobný dôchodok, sa zvyšuje za obdobie dôchodkového poistenia získané po 31. júli 2006 podľa § 66 ods. 2 až 9.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82 ods. 3 cit. zákona na zvýšenie dôchodkovej dávky je rozhodujúca mesačná suma dôchodkovej dávky vyplácaná ku dňu, od ktorého sa zvyšuje. Podľa 82 ods. 9 cit. zákona zvýšenie dôchodkových dávok sa zlučuje s dôchodkovou dávkou, pri ktorej toto zvýšenie patrí. Podľa § 82 ods. 1 zákona č. 461/2003 Z.z. o sociálnom poistení v znení zákona č. 252/2012 Z.z.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 opatrenia č. 136/2008 Z.z. Ministerstva práce, sociálnych vecí a rodiny Slovenskej republiky, ktorým sa ustanovuje percento zvýšenia dôchodkovej dávky v roku 2008 dôchodkové dávky v roku 2008 sa zvyšujú o 5,0%.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 1 písm. a)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8,80 eura, ak ide o starobný dôchodok. Podľa § 112 ods. 2 cit. zákona dávka sa odníme, ak zanikol nárok na dávku alebo ak sa zistí, že sa dávka priznala neprávom. Podľa § 112 ods. 6 cit. zákona dávka sa odníme, zníži alebo jej výplata sa zastaví odo dňa nasledujúceho po dni, ktorým uplynulo obdobie, za ktoré sa dávka už vyplatila. Podľa § 38 ods. 1 zákona č. 328/2002 Z.z. o sociálnom zabezpečení policajtov a vojakov a o zmene a doplnení niektorých zákonov policajt a profesionálny vojak, ktorému sa skončil služobný pomer, má nárok na výsluhový dôchodok, ak služobný pomer trval najmenej 15 rokov. Podľa článku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 žiadosťou spísanou dňa 17.7.2013 požiadal odporkyňu o priznanie starobného dôchodku od 19.3.2011. Rozhodnutím číslo XXX XXX XXXX X zo dňa 18. februára 2014 odporkyňa podľa § 65, § 274 a § 82 zákona č. 461/2003 Z.z. o sociálnom poistení v znení neskorších predpisov navrhovateľovi od 19. marca 2011 priznala starobný dôchodok v sume 222,80 eur mesačne, zvýšený od 1. januára 2012 na sumu 230,20 eur mesačne, od 1. januára 2013 na sumu 241,40 eur mesačne a od 1. januára 2014 na sumu 250,20 eur mesačne. Dôchodkový vek podľa § 65 ods. 2 a § 274 ods. 1 zákona č. 461/2003 Z.z. o sociálnom poistení v znení neskorších predpisov a § 21 ods. 1 zákona č. 100/1988 Zb. o sociálnom zabezpečení navrhovateľ dosiahol dovŕšením 55 rokov veku, t.j. dňa 19.3.2011. Navrhovateľ k 19.3.2011 získal 14 189 dní obdobia dôchodkového poistenia, t.j. 38 rokov a 319 dní obdobia dôchodkového poistenia. Priemerný osobný mzdový bod 1,7743 bol určený ako podiel úhrnu osobných mzdových bodov za jednotlivé kalendárne roky rozhodujúceho obdobia za roky 1984 až 2010 vo výške 47,4727 a obdobia dôchodkového poistenia v rozhodujúcom období vyjadreného v rokoch, t.j. 9 246 dní, čo predstavuje 25,3316 rokov dôchodkového poistenia, čo predstavuje priemerný osobný mzdový bod 1,8741. Suma jeho starobného dôchodku do vzniku nároku na starobný dôchodok bola určená ako súčin priemerného osobného mzdového bodu 1,7743, obdobia dôchodkového poistenia (vrátane doby služby) získaného do vzniku nároku na výplatu starobného dôchodku 38,8740 rokov obdobia dôchodkového poistenia (vrátane doby služby) a aktuálnej dôchodkovej hodnoty 9,5756 eur platnej k 19.3.2011, čo predstavuje 660,50 eur mesačne. Pri skúmaní nároku na starobný dôchodok navrhovateľa bolo potrebné postupovať aj v súlade s ustanovením § 21 ods. 1 zákona č. 100/1988 Zb. o sociálnom zabezpečení v znení neskorších predpisov na účely zníženia dôchodkového veku. Nakoľko navrhovateľ v zamestnaní zaradenom do I. kategórie funkcií získal najmenej 25 rokov služby, splnil podmienky nároku na starobný dôchodok podľa § 21 ods. 1 písm. c) zákona č. 100/1988 Zb. o sociálnom zabezpečení dovŕšením 55 rokov veku. Je nesporné, že navrhovateľ dovŕšil dôchodkový vek podľa všeobecných predpisov o sociálnom poistení, ktorý bol určený pri zachovaní nárokov zo zamestnaní navrhovateľa, vykonávaných v služobnom pomere zaradenom do I. kategórie funkcií, a preto navrhovateľovi vznikol nárok na starobný dôchodok ako aj na výsluhový dôchodok. Podľa právneho názoru Najvyššieho súdu Slovenskej republiky uvedeného v rozsudku č. 9 So/138/2011 zo dňa 22. augusta 2011 sa starobný dôchodok poistenca, ktorému bola priznaná niektorá z dávok výsluhového zabezpečenia poistencov osobitného systému, môže krátiť, a to primerane k počtu skončených rokov doby trvania služby, rozhodujúcich pre výšku výsluhového dôchodku. Sumu starobného dôchodku je potrebné určiť v súlade s článkom a 33 ods. 2 Dohovoru o invalidných, starobných a pozostalostných dávkach. Pri určení sumy starobného dôchodku v súlade s vyššie uvedeným rozhodnutím Najvyššieho súdu Slovenskej republiky bolo preto potrebné do doby dôchodkového poistenia započítať aj doby, ktoré boli zhodnotené na účely výsluhového príspevku (príspevku za službu) a až po takomto stanovení výšky starobného dôchodku je možné sumu starobného dôchodku krátiť o sumu dôchodku za službu. Suma starobného dôchodku vo výške 441,73966146 eur mesačne, ktorá zodpovedá obdobiu dôchodkového poistenia, ktorým je doba služby zhodnotená na určenie sumy výsluhového dôchodku za celé roky, je určená ako súčin sumy starobného dôchodku 660,46875774 eur mesačne a koeficientu 0,66882749. Koeficient na určenie sumy starobného dôchodku v hodnote 0,66882749 je určený ako podiel obdobia dôchodkového poistenia, ktorým je doba služby zhodnotená na určenie sumy výsluhového príspevku (príspevku za službu) 26 rokov a úhrnu obdobia dôchodkového poistenia vrátane doby služby, ktoré bolo zhodnotené na sumu starobného dôchodku 38,8740 rokov. Suma starobného dôchodku vo výške 218,80 eur mesačne po zaokrúhlení je určená ako rozdiel sumy starobného dôchodku zodpovedajúcej obdobiu dôchodkového poistenia vrátane doby služby 660,46875774 eur mesačne a sumy starobného dôchodku zodpovedajúcej obdobiu dôchodkového poistenia, ktorým je doba služby zhodnotená na určenie sumy výsluhového príspevku (príspevku za službu) 441,73966146 eur mesačne. Suma starobného dôchodku bola s prihliadnutím na ustanovenie § 274 zákona č. 461/2003 Z.z. o sociálnom poistení vypočítaná aj podľa predpisov účinných do 31. decembra 2003, t.j. zákona č. 100/1988 Zb. o sociálnom zabezpečení v znení neskorších predpisov a bola určená z priemerného mesačného zárobku 135,00 eur za roky 2002, 2001, 2006, 2005 a 2004. Celková započítaná doba zamestnania vrátane doby služby do vzniku nároku je 38 rokov, na určenie sumy dôchodku do vzniku nároku je rozhodných 36 rokov, na dobu zamestnania pred 18. rokom veku sa neprihliada. Starobný dôchodok je 92,00% priemerného mesačného zárobku, t.j. 124,20 eur mesačne. K uvedenej sume patrí úprava podľa zákona č. 306/2002 Z.z. v znení zákona č. 639/2002 Z.z. o 181,40 eur mesačne na 305,60 eur mesačne a zvýšenie podľa zákona č. 222/2003 Z.z. o 0,42 eur mesačne na 306,02 eur mesačne. Starobný dôchodok bol upravený tak, aby jeho suma nepresiahla sumu 306,02 eur mesačne. Osobné vymeriavacie základy pred rokom 2009 boli na účely určenia sumy dôchodku podľa zákona č. 100/1988 Zb. v znení neskorších predpisov prepočítané podľa konverzného kurzu na sumy v eurách v súlade s § 293ar ods. 4 zákona č. 461/2003 Z.z. v znení zákona č. 659/2007 Z.z. a zaokrúhlené na najbližší eurocent nahor. Po tomto prepočítaní hrubý zárobok v roku 2001 je 11 751,68 eur , za rok 2002 je 12 230,07 eur, za rok 2001 je 11 401,42 eur, za rok 2005 je 12 158,74 eur a za rok 206 je 12 304,36 eur. Suma starobného dôchodku vo výške 221,01444376 eur mesačne, ktorá zodpovedá zamestnaniu, ktorým je doba služby zhodnotená na určenie sumy výsluhového príspevku (príspevku za službu) za celé roky, je určená ako súčin sumy starobného dôchodku 306,02000000 eur mesačne a koeficientu 0,72222222. Koeficient na určenie sumy starobného dôchodku v hodnote 0,72222222 je určený ako podiel obdobia dôchodkového poistenia, ktorým je doba služby zhodnotená na určenie sumy výsluhového príspevku (príspevku za službu) 26 rokov a úhrnu obdobia dôchodkového poistenia vrátane služby, ktoré bolo zhodnotené na sumu starobného dôchodku 36,0000 rokov. Suma starobného dôchodku vo výške 85,10 eur mesačne po zaokrúhlení je určená ako rozdiel sumy starobného dôchodku zodpovedajúcej obdobiu dôchodkového poistenia vrátane doby služby 306,02000000 eur mesačne a sumy starobného dôchodku zodpovedajúcej obdobiu dôchodkového poistenia, ktorým je doba služby zhodnotená na určenie sumy výsluhového príspevku (príspevku za službu) 221,01444376 eur mesačne. Nakoľko suma starobného dôchodku vypočítaná podľa zákona č. 461/2003 Zb. o sociálnom poistení v znení neskorších predpisov a Dohovoru o invalidných, starobných a pozostalostných dávkach vo výške 218,80 eur mesačne je vyššia ako suma starobného dôchodku vypočítaná podľa zákona č. 100/1988 Z.z. o sociálnom zabezpečení v znení neskorších predpisov a Dohovoru o invalidných, starobných a pozostalostných dávkach vo výške 85,10 eur mesačne, navrhovateľovi patrí starobný dôchodok vo výške 218,80 eur mesačne. Táto suma starobného dôchodku 218,80 eur mesačne bola ďalej podľa § 82 a § 293ce zákona č. 461/2003 Z.z. o sociálnom poistení v znení neskorších predpisov zvýšená odo dňa jeho priznania o 1,8% eur mesačne, t.j. o 4,00 eur mesačne na 222,80 eur mesačne, od 1. januára 2012 o 3,3%, t.j. o 7,40 eur mesačne na 230,20 eur mesačne, od 1. januára 2013 o 11,20 eur mesačne na 241,40 eur mesačne a od 1. januára 2014 o 8,80 eur mesačne na 250,20 eur mesačne. Navrhovateľ počas poberania starobného dôchodku bol dôchodkovo poistený za obdobie od 1.1.2015 do 31.12.2015 a získal osobný vymeriavací základ 13 108,84 eur, všeobecný vymeriavací základ bol 9 888,00 eur a osobný mzdový bod je 1,3258. Zvýšenie starobného dôchodku patriace obdobie dôchodkového poistenia počas poberania tohto dôchodku predstavuje 7,28725970 eur mesačne a bolo určené ako súčin počtu jednej polovice osobného mzdového bodu 0,6629 a aktuálnej dôchodkovej hodnoty platnej k 1.1.2016, ktorá predstavuje 10,9930 eur. Starobný dôchodok bol vyplácaný k 31.12.2015 v sume 266,40 eur mesačne. Suma starobného dôchodku po zaokrúhlení je určená súčtom súm 266,40 eur a 7,28725970 eur. Z dávkového spisu navrhovateľa vedeného na Ministerstve vnútra Slovenskej republiky, sekcia personálnych a sociálnych činností a osobný úrad, odbor sociálneho zabezpečenia Bratislava súd zistil, že navrhovateľ bol Personálnym rozkazom riaditeľa strednej odbornej školy Policajného zboru Bratislava podľa § 191 ods. 1 zákona č. 73/1998 dňom 30.9.2003 uvoľnený zo služobného pomeru príslušníka Policajného zboru. Rozhodnutím Ministerstva vnútra Slovenskej republiky, odbor sociálneho zabezpečenia a zdravotníctva, sekcie personálnych a sociálnych činností Bratislava Č. p.: SPC-32077-8/5-2003 zo dňa 22.10.2033 navrhovateľovi bol podľa § 38 v súlade s §§ 39, 58, 60 a §68 ods. 2 písm. a) zákona č. 328/2002 Z.z. o sociálnom zabezpečení policajtov a vojakov a o zmene a doplnení niektorých zákonov v znení neskorších predpisov priznaný výsluhový dôchodok od 1. októbra 2003 v sume 18 168 Sk mesačne. Podľa oznámenia Ministerstva vnútra Slovenskej republiky, sekcia personálnych a sociálnych činností a osobný úrad, odbor sociálneho zabezpečenia Bratislava číslo SPOU-OSZ-32077-24/213 VZ zo dňa 30.8.2013 navrhovateľovi bol priznaný výsluhový dôchodok, ktorý bol od 19.3.2011 vyplácaný v sume 865,44 eur mesačne. Služobný pomer bol ukončený z iného dôvodu. Na určenie sumy priznanej dávky bola zhodnotená doba služobného pomeru v rozsahu 26 rokov a 185 dní. Doba služobného pomeru zaradená do I. a II. kategórie funkcií bola získaná: od 3.4.1975 do 27.8.1975 v I. kategórii funkcií - základná vojenská služba, od 1.9.1975 do 15.9.1997 v I. kategórii funkcií služobný pomer v Policajnom zbore, od 15.9.1999 do 31.12.1999 v I. kategórii funkcií služobný pomer v Policajnom zbore a od 1.1.2000 do 30.9.2003 v III. pracovnej kategórii služba v Policajnom zbore. V preskúmavanej veci súd mal za preukázané, že navrhovateľovi bol priznaný výsluhový dôchodok od 1.10.2003, pričom pre priznanie výsluhového dôchodku od 1.10.2003 a jeho výšku bola zhodnotená doba základnej vojenskej služby od 3.4.1975 do 27.8.1975 v I. kategórii funkcií, od 1.9.1975 do 15.9.1997 služobný pomer v Policajnom zbore v I. kategórii funkcií, od 15.9.1999 do 31.12.1999 služobný pomer v Policajnom zbore v I. kategórii funkcií a od 1.1.2000 do 30.9.2003 služba v Policajnom zbore v III. pracovnej kategórii. V preskúmavanej veci súd ďalej zistil, že navrhovateľ žiadosťou spísanou dňa 23.1.2008 požiadal odporkyňu o priznanie invalidného dôchodku od 23.1.2008. Rozhodnutím číslo XXX XXX XXXX zo dňa 9. mája 2008 odporkyňa podľa § 70 ods. 1 zákona č. 461/2003 Z.z. o sociálnom poistení v znení neskorších predpisov navrhovateľovi od 23. januára 2008 priznala invalidný dôchodok v sume 6 598 Sk mesačne. Navrhovateľ ku dňu vzniku nároku na invalidný dôchodok, t.j. k 23.1.2008 získal 3 361 dní obdobia dôchodkového poistenia, ku ktorému sa pripočítalo obdobie od vzniku nároku na invalidný dôchodok do dosiahnutia dôchodkového veku, ktorý podľa § 65 ods. 2 zákona č. 461/2003 Z.z. navrhovateľ dosiahne dovŕšením 62 rokov veku, t.j. 19.3.2018. Navrhovateľ v období od vzniku nároku na invalidný dôchodok do dovŕšenia dôchodkového veku získal 3 708 dní, spolu s obdobím dôchodkového poistenia 7 069 dní, čo na účely výpočtu dôchodku predstavuje 19,3672 rokov obdobia dôchodkového poistenia a pripočítaného obdobia. Výšku invalidného dôchodku pri stanovenom poklese schopnosti vykonávať zárobkovú činnosť o viac ako 70% odporkyňa určila podľa § 73 ods. 1 zákona č. 461/2003 Z.z. o sociálnom poistení v znení neskorších predpisov ako súčin priemerného osobného mzdového bodu 1,3673, 19,3672 rokov obdobia dôchodkového poistenia spolu s pripočítaným obdobím a aktuálnej dôchodkovej hodnoty 249,14, platnej k 23.1.2008. Rozhodnutím číslo XXX XXX XXXX X T. dňa 18. februára 2014 podľa § 112 ods. 2 a ods. 6 zákona č. 461/2003 Z.z. navrhovateľovi od 4. apríla 2014 odňala invalidný dôchodok, ktorý bol navrhovateľovi priznaný od 23. januára 2008 podľa § 70 ods. 1 zákona č. 461/2003 Z.z. o sociálnom poistení s odôvodnením, že rozhodnutím číslo 560 319 7127 z 9. mája 2008 bol invalidný dôchodok od 23. januára 2008 priznaný v nesprávnej sume. Rozhodnutím číslo XXX XXX XXXX X - P.. zo dňa 17. februára 2008 v spojení so zmenovým rozhodnutím číslo XXX XXX XXXX X - P.. zo dňa 9. novembra 2015 odporkyňa podľa 70 ods. 1 zákona č. 461/2003 Z.z. o sociálnom poistení v znení neskorších predpisov navrhovateľovi od 23. januára 2008 priznala invalidný dôchodok v sume 4 211 Sk mesačne. Rozhodla tak s odôvodnením, že podľa § 65 ods. 1 zákona č. 461/2003 Z.z. v znení zákona č. 555/2007 Z.z. nárok na starobný dôchodok vzniká získaním najmenej 15 rokov obdobia dôchodkového poistenia a dovŕšením dôchodkového veku. Dôchodkový vek navrhovateľ podľa § 65 ods. 2 a § 274 ods. 1 zákona č. 461/2003 Z.z. s použitím § 21 ods. 1 písm. c) zákona č. 100/1988 Zb. o sociálnom zabezpečení dosiahol dovŕšením 55 rokov veku, t.j. dňa 19.3.2011. Z dôvodu správneho určenia dôchodkového veku, t.j. dovŕšením 55 rokov navrhovateľovi bolo správne pripočítané obdobie do 19.3.2011 v počte 1 150 dní, čím došlo aj k zníženiu sumy invalidného dôchodku a poukázala na to, že v rozhodnutí číslo XXX XXX XXXX zo dňa 9. mája 2008, ktorým bol navrhovateľovi priznaný invalidný dôchodok bolo pripočítané obdobie až do dovŕšenia dôchodkového veku 62 rokov, t.j. do 18.3.2018, čo bolo nesprávne. Výšku invalidného dôchodku pri stanovenom poklese schopnosti vykonávať zárobkovú činnosť o viac ako 70% odporkyňa určila podľa § 73 ods. 1 zákona č. 461/2003 Z.z. o sociálnom poistení v znení neskorších predpisov ako súčin priemerného osobného mzdového bodu 1,3673, 12,3590 rokov obdobia dôchodkového poistenia spolu s pripočítaným obdobím a aktuálnej dôchodkovej hodnoty 249,14, platnej k 23.1.2008. Je nesporné, že navrhovateľ ku dňu 19.3.2011 poberal invalidný dôchodok v sume 188,30 eur mesačne, ktorý bol nižší ako starobný dôchodok v sume 222,80 eur mesačne. Nakoľko suma starobného dôchodku je vyššia, súd konštatuje, že odporkyňa správne rozhodla, že navrhovateľovi sa od 19.3.2011 sa vypláca podľa § 81 ods. 1 zákona č. 461/2003 Z.z. o sociálnom poistení v znení neskorších predpisov starobný dôchodok v sume 222,80 eur mesačne, nárok na invalidný dôchodok zanikol a od 4. apríla 2014 invalidný dôchodok v sume 188,30 eur bol odňatý. Súd poukazuje na ustálenú judikatúru Najvyššieho súdu Slovenskej republiky, napr. na rozsudok Najvyššieho súdu Slovenskej republiky č. 7 So/138/2011 z 15. augusta 2011 a rozsudok č. 9 So/214/2008 z 28. októbra 2009. Najvyšší súd Slovenskej republiky vyslovil právny názor, ktorý je pre odporkyňu záväzný, že musí postupovať podľa článku 33 ods. 2 Dohovoru ak má alebo by inak mala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a z článku 33 ods. 12 Dohovoru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ktorý je považovaný za výsluhový dôchodok). Výsluhový dôchodok, resp.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a na účely stanovenia výšky starobného dôchodku je potrebné do doby dôchodkového poistenia započítať aj doby, ktoré boli hodnotené na účely príspevku za službu a až po takom stanovení výšky starobného dôchodku možno sumu starobného dôchodku krátiť o sumu výsluhového dôchodku, resp. príspevku za službu považovaného za výsluhový príspevok. V prípade navrhovateľa, s prihliadnutím na vyššie uvedené výsluhový dôchodok, resp. príspevok za službu považovaný za výsluhový dôchodok po dovŕšení dôchodkového veku plní funkciu starobného dôchodku z osobitného systému sociálneho poistenia. Súd preto konštatuje, že odporkyňa správne postupovala keď s prihliadnutím na ustálenú judikatúru Najvyššieho súdu Slovenskej republiky v súlade s článkom 33 ods. 2 Dohovoru krátila starobný dôchodok navrhovateľa o sumu výsluhového dôchodku. Súd z dávkového spisu XXX XXX XXXX X zistil, že sa v ňom nachádza iba rozhodnutie zo dňa 9. novembra 2015 vydané pod číslom XXX XXX XXXX X - P.. Iné rozhodnutie zo dňa 9. novembra 2015 vydané pod číslom XXX XXX XXXX X - P.. sa v dávkovom spise odporkyne nenachádza. v Tejto súvislosti súd konštatuje, že sa zrejme jedná iba o chybu v čísle vydaného rozhodnutia číslo XXX XXX XXXX X - P.., čo však nemá vplyv na vecnú správnosť tohto rozhodnutia, nakoľko ani jeho zrušením, resp. opravou by nedošlo k inému skutkovému a právnemu záveru ako bolo uvedené v rozhodnutí číslo XXX XXX XXXX X - P.. zo dňa 9. novembra 2015. Súd konštatuje, že odporkyňa správne postupovala, keď dôchodkový vek navrhovateľa podľa § 65 ods. 2 a § 274 ods. 1 zákona č. 461/2003 Z.z. o sociálnom poistení v znení neskorších predpisov s použitím § 21 ods. 1 písm. c) zákona č. 100/1988 Zb. o sociálnom zabezpečení stanovila dovŕšením 55 rokov veku, t.j. dňa 19.3.2011. V dôsledku tejto skutočnosti došlo pri invalidnom dôchodku k zmene pripočítaného obdobia do 19.3.2011 v počte 1 150 dní a následnému zníženiu sumy invalidného dôchodku. Odporkyňa tiež správne postupovala, keď navrhovateľovi odňala invalidný dôchodok priznaný rozhodnutím číslo XXX XXX XXXX zo dňa 9. mája 2008 podľa § 70 ods. 1 zákona č. 461/2003 Z.z. o sociálnom poistení v znení neskorších predpisov od 23. januára 2008 v sume 6 598 Sk mesačne, nakoľko dôchodkový vek podľa § 65 ods. 2 zákona č. 461/2003 Z.z. ktorý mal navrhovateľ dosiahnuť dovŕšením 62 rokov veku, t.j. 19.3.2018 bol určený nesprávne. Súd ďalej konštatuje, že odporkyňa správne postupovala pri výpočte starobného dôchodku a invalidného dôchodku navrhovateľa a správne postupovala aj pri zvyšovaní týchto dôchodkových dávok podľa predpisov o zvyšovaní dôchodkových dávok. Vzhľadom na vyššie uvedené súd napadnuté rozhodnutie číslo XXX XXX XXXX X zo dňa 18. februára 2014, ktorým bol navrhovateľovi priznaný starobný dôchodok, rozhodnutie číslo XXX XXX XXXX X zo dňa 18. februára 2014, ktorým bol navrhovateľovi odňatý invalidný dôchodok, rozhodnutie číslo XXX XXX XXXX X - P.. zo dňa 17. februára 2014 v spojení so zmenovým rozhodnutím číslo XXX XXX XXXX X - P.. zo dňa 9. novembra 2015, rozhodnutie číslo XXX XXX XXXX X - P.. zo dňa 17. februára 2014, rozhodnutie číslo XXX XXX XXXX X zo dňa 23. júna 2014 a rozhodnutie číslo XXX XXX XXXX X zo dňa 27. apríla 2016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https://www.kauzis.sk/judikatura/r/ECLI:SK:KSBA:2017:1014201156.1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