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5Scud/36/2014 z 12. 9. 2017</w:t>
      </w:r>
    </w:p>
    <w:p>
      <w:r>
        <w:t>Rozsudok Krajského súdu Bratislava z 12. septembra 2017, sp. zn. 5Scud/36/2014, ECLI:SK:KSBA:2017:1014201391.2</w:t>
      </w:r>
    </w:p>
    <w:p>
      <w:r>
        <w:t>Súd: Krajský súd Bratislava</w:t>
      </w:r>
    </w:p>
    <w:p>
      <w:r>
        <w:t>Spisová značka: 5Scud/36/2014</w:t>
      </w:r>
    </w:p>
    <w:p>
      <w:r>
        <w:t>ECLI: ECLI:SK:KSBA:2017:1014201391.2</w:t>
      </w:r>
    </w:p>
    <w:p>
      <w:r>
        <w:t>Dátum vydania: 12. 9. 2017</w:t>
      </w:r>
    </w:p>
    <w:p>
      <w:r>
        <w:t>Forma: Rozsudok</w:t>
      </w:r>
    </w:p>
    <w:p>
      <w:r>
        <w:t>Oblasť práva: Správne právo</w:t>
      </w:r>
    </w:p>
    <w:p>
      <w:pPr>
        <w:pStyle w:val="Heading2"/>
      </w:pPr>
      <w:r>
        <w:t>Text rozhodnutia</w:t>
      </w:r>
    </w:p>
    <w:p>
      <w:r>
        <w:t>Súd: Krajský súd Bratislava Spisová značka: 5Scud/36/2014 Identifikačné číslo súdneho spisu: 1014201391 Dátum vydania rozhodnutia: 13. 09. 2017 Meno a priezvisko sudcu, VSÚ: JUDr. Milota Tóthová ECLI: ECLI:SK:KSBA:2017:1014201391.2 ROZSUDOK V MENE SLOVENSKEJ REPUBLIKY Krajský súd v Bratislave samosudkyňou JUDr. Milotou Tóthovou v právnej veci navrhovateľky J. W., Q. Y.M. P.. X, XXX XX R., P. D. M. proti odporkyni Sociálnej poisťovni ústredie v Bratislave, Ul. 29. augusta č. 8-10, Bratislava o invalidný dôchodok takto r o z h o d o l : Súd rozhodnutie odporkyne číslo XXX XXX XXXX X zo dňa 4. septembra 2014 p o t v r d z u j e . Účastníkom náhradu trov konania nepriznáva. o d ô v o d n e n i e : Rozhodnutím číslo XXX XXX XXXX X zo dňa 11. marca 2014 odporkyňa podľa § 70 ods. 1 a § 82 a § 293ce zákona č. 461/2003 Z.z. o sociálnom poistení v znení neskorších predpisov navrhovateľke od 23. apríla 2013 priznala invalidný dôchodok v sume 90,00 eur mesačne, zvýšený od 1. januára 2014 na sumu 94,50 eur mesačne. Invalidný dôchodok odporkyňa priznala podľa čl. 52 ods. 1 písm. a) a ods. 4 nariadenia (ES) Európskeho parlamentu a Rady č. 883/2004 o koordinácii systémov sociálneho zabezpečenia v znení nariadenia Európskeho parlamentu a Rady (ES) č. 987/2009. Rozhodla tak s odôvodnením, že podľa posudku posudkového lekára sociálneho poistenia Sociálnej poisťovne, pobočka Bratislava zo dňa 10. septembra 2013 navrhovateľka bola uznaná za invalidnú z dôvodu, že má pokles schopnosti vykonávať zárobkovú činnosť o 55% v porovnaní so zdravou fyzickou osobou. Rozhodnutím číslo XXX XXX XXXX X zo dňa 10. septembra 2014 odporkyňa podľa 112 zákona č. 461/2003 Z.z. o sociálnom poistení zrušila rozhodnutie číslo XXX XXX XXXX X zo dňa 11. marca 2014 s odôvodnením, že podľa posudku posudkového lekára Sociálnej poisťovne pobočka Bratislava zo dňa 22. júla 2014 a podľa posudku posudkového lekára Sociálnej poisťovne ústredie Bratislava navrhovateľka je invalidná podľa § 71 ods. 1 zákona o sociálnom poistení od 24. októbra 2012 s mierou poklesu schopnosti vykonávať zárobkovú činnosť 55%. Rozhodnutím číslo XXX XXX XXXX X zo dňa 4. septembra 2014 odporkyňa podľa § 70 ods. 1 a § 82 zákona č. 461/2003 Z.z. o sociálnom poistení v znení neskorších predpisov navrhovateľke od 24. októbra 2012 priznala invalidný dôchodok v sume 85,20 eur mesačne, zvýšený od 1. januára 2013 na sumu 91,10 eur mesačne a od 1. januára 2014 na sumu 95,60 eur mesačne. Invalidný dôchodok odporkyňa priznala podľa čl. 52 ods. 1 písm. a) a ods. 4 nariadenia (ES) Európskeho parlamentu a Rady č. 883/2004 o koordinácii systémov sociálneho zabezpečenia v znení nariadenia Európskeho parlamentu a Rady (ES) č. 987/2009. Rozhodla tak s odôvodnením, že podľa posudku posudkového lekára sociálneho poistenia Sociálnej poisťovne, pobočka Bratislava zo dňa 19. augusta 2014 navrhovateľka bola uznaná za invalidnú z dôvodu, že má pokles schopnosti vykonávať zárobkovú činnosť o 55% v porovnaní so zdravou fyzickou osobou. Navrhovateľka návrhom zo dňa 20.5.2014 žiadala preskúmať rozhodnutie číslo XXX XXX XXXX X zo dňa 11. marca 2014 a žiadala, aby jej bol invalidný dôchodok priznaný od 24.10.2012. Krajský súd preskúmal rozhodnutie číslo XXX XXX XXXX X zo dňa 4. septembra 2014 podľa § 250l a nasl. O.s.p., prejednal návrh navrhovateľky a dospel k záveru, že návrh nie je dôvodný. Krajský súd vykonal dokazovanie výsluchom odporkyne, posudkom posudkového lekára Sociálnej poisťovne pobočka Bratislava zo dňa 10.9.2013 a 22.7.2014, posudkom posudkového lekára Sociálnej poisťovne ústredie Bratislava zo dňa 19.8.2014, doplňujúcim odborným vyjadrením posudkového lekára Sociálnej poisťovne ústredie Bratislava zo dňa 17.3.2016, oboznámil sa s posudkovým spisom odporkyne a zistil tento skutkový stav. Podľa § 70 ods. 1 zákona č. 461/2003 Z.z. o sociálnom poistení v znení neskorších predpisov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Hodnotenie miery zhoršenia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Na základe žiadosti o invalidný dôchodok zdravotný stav a pracovná schopnosť navrhovateľky boli posúdené posudkovým lekárom Sociálnej poisťovne pobočka Bratislava dňa 10.9.2013, ktorý uviedol, že navrhovateľka trpí na choroby a to pseudoradikulárny cervikálny syndróm obojstranne pri osteochondróze C6/7 a fúzii C3/4, impingement syndróm pravého ramenného kĺbu, recidivujúce lumbalgie, obojstrannú nedoslýchavosť a reaktívnu depresiu ľahkého stupňa. Konštatoval, že u navrhovateľky je dokumentovaný dlhodobo nepriaznivý zdravotný stav z dôvodu ochorenia krčnej a driekovej chrbtice, ktorý si okrem iných terapeutických možností vyžiadal i stabilizačnú operáciu v krčnej oblasti. Výsledný efekt nie je uspokojivý, vyžaduje ďalšiu liečbu a rehabilitáciu. Zdravotný stav navrhovateľky zhoršujú bolesti pravého ramena, nedoslýchavosť, ktorá vyžaduje používanie načúvacieho aparátu a depresie. Rozhodujúcim zdravotným postihnutím u navrhovateľky je stav po operácii chrbtice a medzistavcových platničiek, slabosť svalového korzetu chrbta s podstatným obmedzením celkovej výkonnosti organizmu (kapitola XV., oddiel E, položka 4.b) prílohy č. 4 zákona č. 461/2003 Z.z.), kde mieru poklesu schopnosti vykonávať zárobkovú činnosť posudkový lekár stanovil na 45%. Pre iné zdravotné postihnutie navrhovateľky, t.j. ostatné diagnózy zvýšil percentuálnu mieru poklesu schopnosti vykonávať zárobkovú činnosť o 10%. Celková miera poklesu schopnosti vykonávať zárobkovú činnosť u navrhovateľky je 55%. Dátum vzniku invalidity stanovil od 23.4.2013, t.j. od dátumu uvedenom vo formulári E 213 ako deň zistenia obmedzenia. Navrhovateľka je invalidná podľa § 71 ods. 1 zákona č. 461/2003 Z.z. o sociálnom zabezpečení. Navrhovateľka môže vykonávať prácu len v prostredí bez nadmernej fyzickej a psychickej záťaže, bez nosenia a dvíhania ťažkých bremien, napr. prácu na skrátený pracovný úväzok, ľahké a fyzicky nenáročné práce. Po podaní opravného prostriedku navrhovateľky zo dňa 20.5.2014 posudkový lekár Sociálnej poisťovne Sociálnej poisťovne pobočka Bratislava v posudku zo dňa 22.7.2014 zotrval čiastočne na posudku zo dňa 10.9.2013 s tým, že zmenil dátum vzniku invalidity od 24.10.2012 tak ako to požadovala navrhovateľka vo svojom opravnom prostriedku a uviedol, že s prihliadnutím a zdravotnú dokumentáciu uvedenú vo formulári E 213, kde sa uvádza viacročná anamnéza cervikobrachiálneho syndrómu vľavo, vyúsťujúca do operačného zákroku v júli 2011, prepúšťacia správa z Nemocnice St. Marien - odborná kliniku pre psychiatriu, psychoterapiu a neurológiu z januára 2012, je možná táto zmena dátumu vzniku invalidity aj vzhľadom na to, že po operačnom zákroku viac ako rok pretrvávali kombinované ťažkosti. Posudkový lekár Sociálnej poisťovne ústredie Bratislava v posudku zo dňa 19.8.2014, uviedol, že navrhovateľka trpí na choroby a to: bolesti chrbtice - dorzalgie, bolestivý syndróm pravého ramenného kĺbu, obojstrannú nedoslýchavosť a depresívne epizódy. Konštatoval, že u navrhovateľky je anamnéza primárneho neurologického ochorenia v zmysle chronických bolestí krčného a driekového segmentu chrbtice a bolestivého syndrómu pravého ramenného kĺbu. V júli 2011 bola vykonaná operácia v oblasti krčného segmentu C4/5 - osteochondrózy so spinálnou stenózou, ktorá bola riešená cervikálnou fúziou C4/5 s implantáciou Cage. Po operačnom výkone neboli uvádzané komplikácie, stacionárna liečba prebiehala od 11.1.2012 do 18.1.2012 na odbornej klinike pre psychoterapiu a neurológiu, pričom počas tejto liečby sa objavila reaktívna depresia. Zostatkový neurologický nález nedosahuje nepriaznivý funkčný nález ťažkého stupňa v daných segmentoch chrbtice, ktorý by bol sprevádzaný komplikáciami typu ako počínajúce obrny na končatinách, úbytkami svalovej hmoty, závažnými výpadkami citlivosti a poruchami funkcie zvieračov. Rozhodujúcim zdravotným postihnutím u navrhovateľky sú stavy po operácii chrbtice a medzistavcových platničiek, stavy po úraze chrbtice, často recidivujúce prejavy nervového a svalového dráždenia, slabosť svalového korzetu chrbta, s podstatným obmedzením celkovej výkonnosti organizmu (kapitola XV., oddiel E, položka 4.b) prílohy č. 4 zákona č. 461/2003 Z.z.), kde mieru poklesu schopnosti vykonávať zárobkovú činnosť posudkový lekár stanovil na 45%. Pre iné zdravotné postihnutie navrhovateľky, t.j. ostatné diagnózy zvýšil percentuálnu mieru poklesu schopnosti vykonávať zárobkovú činnosť o 10%. Celková miera poklesu schopnosti vykonávať zárobkovú činnosť u navrhovateľky je 55%. Potvrdil dátum vzniku invalidity od 24.10.2012, t.j. dňom žiadosti navrhovateľky o uznanie invalidity. Navrhovateľka je invalidná podľa § 71 ods. 1 zákona č. 461/2003 Z.z. o sociálnom zabezpečení. Navrhovateľka môže vykonávať prácu len v prostredí bez nadmernej fyzickej a psychickej záťaže, bez nosenia a dvíhania ťažkých bremien, napr. prácu na skrátený pracovný úväzok, ľahké a fyzicky nenáročné práce. Na základe tohto posudku odporkyňa vydala rozhodnutie číslo XXX XXX XXXX X zo dňa 4. septembra 2014, ktorým podľa § 70 ods. 1 a § 82 zákona č. 461/2003 Z.z. o sociálnom poistení v znení neskorších predpisov navrhovateľke od 24. októbra 2012 priznala invalidný dôchodok v sume 85,20 eur mesačne, zvýšený od 1. januára 2013 na sumu 91,10 eur mesačne a od 1. januára 2014 na sumu 95,60 eur mesačne. Invalidný dôchodok odporkyňa priznala podľa čl. 52 ods. 1 písm. a) a ods. 4 nariadenia (ES) Európskeho parlamentu a Rady č. 883/2004 o koordinácii systémov sociálneho zabezpečenia v znení nariadenia Európskeho parlamentu a Rady (ES) č. 987/2009 a zároveň rozhodnutím číslo XXX XXX XXXX X zo dňa 10. septembra 2014 podľa 112 zákona č. 461/2003 Z.z. o sociálnom poistení zrušila rozhodnutie číslo XXX XXX XXXX X zo dňa 11. marca 2014 s odôvodnením, že podľa posudku posudkového lekára Sociálnej poisťovne pobočka Bratislava zo dňa 22. júla 2014 a podľa posudku posudkového lekára Sociálnej poisťovne ústredie Bratislava navrhovateľka je invalidná podľa § 71 ods. 1 zákona o sociálnom poistení od 24. októbra 2012 s mierou poklesu schopnosti vykonávať zárobkovú činnosť 55%. Navrhovateľka v priebehu súdneho konania doložila nové lekárske nálezy. Súd doplnil dokazovanie zadovážením si doplňujúceho odborného vyjadrenia posudkového lekára Sociálnej poisťovne ústredie Bratislava, ktorý dňa 17.3.2016 po vyhodnotení nových lekárskych nálezov a to ušného vyšetrenia zo dňa 16.9.2015; posudku po špec. vyšetrení - Spolkový úrad práce ÚP Drážďany (nedatovaný); urgentný príjem - dokumentácia z 10.11.2014; Nemecká dôchodková poisťovňa - Anamnéza ochorenia a momentálne ťažkosti (nedatovaný); rádiologického vyšetrenia zo dňa 22.10.2014 a vyšetrenia v rádiologickej ambulancii z 27.11.2014 konštatoval, že novodoložené odborné lekárske nálezy potvrdzujú už známe, posudkovo zohľadnené ochorenia a postihnutia navrhovateľky, novým nálezom je bolesť v pravom ramene, pre ktorú bola navrhovateľka vyšetrovaná v novembri 2014, neboli však zistené vážne chorobné zmeny ani na kostných štruktúrach, ani v postihnutom kĺbe a bola odporúčaná protibolestivá a protizápalová liečba a fyzikálne procedúry a toto postihnutie nepodmieňuje zmenu posudkových záverov. Zotrval na posudkovom závere, že rozhodujúcim zdravotným postihnutím u navrhovateľky sú stavy po operácii chrbtice a medzistavcových platničiek, stavy po úraze chrbtice, často recidivujúce prejavy nervového a svalového dráždenia, slabosť svalového korzetu chrbta, s podstatným obmedzením celkovej výkonnosti organizmu (kapitola XV., oddiel E, položka 4.b) prílohy č. 4 zákona č. 461/2003 Z.z.), kde mieru poklesu schopnosti vykonávať zárobkovú činnosť posudkový lekár stanovil na 45%. Pre iné zdravotné postihnutie navrhovateľky, t.j. ostatné diagnózy zvýšil percentuálnu mieru poklesu schopnosti vykonávať zárobkovú činnosť o 10%. Celková miera poklesu schopnosti vykonávať zárobkovú činnosť u navrhovateľky je 55% s dátumom vzniku invalidity od 24.10.2012. Navrhovateľka sa na pojednávanie dňa 13.9.2017 napriek riadnemu predvolaniu nedostavila, svoju neúčasť na ňom ospravedlnila a súhlasila, aby súd rozhodol v jej neprítomnosti, a preto súd podľa § 101 ods. 2 Občianskeho súdneho poriadku (ďalej len O.s.p.) vec prejednal v jej neprítomnosti. Zástupkyňa odporkyne žiadala rozhodnutie odporkyne číslo XXX XXX XXXX X zo dňa 4. septembra 2014 ako vecne správne potvrdiť. Posudkový lekár sociálneho poistenia Sociálnej poisťovne pobočka Bratislava ako aj posudkový lekár sociálneho poistenia Sociálnej poisťovne ústredie Bratislava vo svojich vyššie uvedených posudkoch podrobne zohľadnili všetky navrhovateľkou uvádzané ťažkosti, vysporiadali sa s lekárskymi nálezmi nachádzajúcimi sa v zdravotnej dokumentácii navrhovateľa a zhodne určili, že rozhodujúcim zdravotným postihnutím u navrhovateľky sú stavy po operácii chrbtice a medzistavcových platničiek, stavy po úraze chrbtice, často recidivujúce prejavy nervového a svalového dráždenia, slabosť svalového korzetu chrbta, s podstatným obmedzením celkovej výkonnosti organizmu (kapitola XV., oddiel E, položka 4.b) prílohy č. 4 zákona č. 461/2003 Z.z.), kde mieru poklesu schopnosti vykonávať zárobkovú činnosť posudkoví lekári zhodne stanovili na 45%. Pre iné zdravotné postihnutie navrhovateľky, t.j. ostatné diagnózy zvýšili percentuálnu mieru poklesu schopnosti vykonávať zárobkovú činnosť o 10%. Celková miera poklesu schopnosti vykonávať zárobkovú činnosť u navrhovateľky je 55% s dátumom vzniku invalidity od 24.10.2012, t.j. dňom žiadosti navrhovateľky o uznanie invalidity. Zistenia posudkových lekárov neboli spochybnené ani v súdnom konaní, nakoľko ani novšie lekárske nálezy, ktoré boli zo strany navrhovateľky doložené, nenasvedčovali o zhoršení zdravotného stavu navrhovateľky, pri bolesti v pravom ramene, pre ktorú bola navrhovateľka vyšetrená v novembri 2014 neboli však zistené vážne chorobné zmeny ani na kostných štruktúrach, ani v postihnutom kĺbe a bola odporúčaná protibolestivá, protizápalová liečba a fyzikálne procedúry a toto postihnutie nie je takého stupňa ani závažnosti, aby podmieňovalo zmenu posudkových záverov. Závery posudkov posudkových lekárov ako aj doplňujúceho odborného vyjadrenia posudkového lekára Sociálnej poisťovne ústredie Bratislava zo dňa 17.3.2016 sú odborné, presvedčivé, náležite zdôvodnené a súd nezistil rozpor medzi ich závermi a zisteným skutočným stavom. Krajský súd preto z vyššie uvedených dôvodov rozhodnutie číslo XXX XXX XXXX X zo dňa 4. septembra 2014 podľa § 250q ods. 2 O.s.p. ako vecne správne potvrdil. O trovách konania súd rozhodol podľa § 250k ods. 1 v spojení s § 250l ods. 2 O.s.p. Navrhovateľka nebola v konaní úspešná a preto je súd trovy konania nepriznal a odporkyni trovy konania neprislúchajú. V danom prípade súd postupoval podľa ustanovenia § 492 ods. 1 zákona č. 162/2015 Z.z. Správny súdny poriadok, podľa ktorého konania podľa tretej hlavy piatej časti Občianskeho súdneho poriadku začaté predo dňom nadobudnutia účinnosti tohto zákona sa dokončia podľa doterajších predpisov.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https://www.kauzis.sk/judikatura/r/ECLI:SK:KSBA:2017:1014201391.2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