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5Sd/207/2014 z 28. 3. 2017</w:t>
      </w:r>
    </w:p>
    <w:p>
      <w:r>
        <w:t>Uznesenie Krajského súdu Bratislava z 28. marca 2017, sp. zn. 5Sd/207/2014, ECLI:SK:KSBA:2017:1014201492.3</w:t>
      </w:r>
    </w:p>
    <w:p>
      <w:r>
        <w:t>Súd: Krajský súd Bratislava</w:t>
      </w:r>
    </w:p>
    <w:p>
      <w:r>
        <w:t>Spisová značka: 5Sd/207/2014</w:t>
      </w:r>
    </w:p>
    <w:p>
      <w:r>
        <w:t>ECLI: ECLI:SK:KSBA:2017:1014201492.3</w:t>
      </w:r>
    </w:p>
    <w:p>
      <w:r>
        <w:t>Dátum vydania: 28.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5Sd/207/2014 Identifikačné číslo súdneho spisu: 1014201492 Dátum vydania rozhodnutia: 29. 03. 2017 Meno a priezvisko sudcu, VSÚ: JUDr. Milota Tóthová ECLI: ECLI:SK:KSBA:2017:1014201492.3 Uznesenie Krajský súd v Bratislave v právnej veci navrhovateľky K. J., U. F. XXX/XX, Y., proti odporkyni Sociálnej poisťovni ústredie, Ul. 29. augusta č. 8-10, Bratislava, o invalidný dôchodok takto r o z h o d o l : Súd konanie z a s t a v u j e . Žiaden z účastníkov nemá právo na náhradu trov konania. o d ô v o d n e n i e : Navrhovateľka svojím návrhom zo dňa 30.7.2014 žiadala preskúmať rozhodnutie odporkyne číslo XXX XXX XXXX X zo dňa 2.6.2014, ktorým odporkyňa navrhovateľke od 18. júla 2014 odňala invalidný dôchodok rozhodnutie číslo XXX XXX XXXX X zo dňa 30.5.2014, ktorým odporkyňa rozhodla, že navrhovateľke vznikol podľa ustanovenia § 263 ods. 1 zákona č. 461/2003 Z.z. o sociálnom poistení v znení zákona č. 310/2006 Z.z. a podľa § 37 ods. 1 zákona č. 100/1988 Zb. o sociálnom zabezpečení v znení neskorších predpisov od 18. júla 2014 nárok na výplatu čiastočného invalidného dôchodku v sume 118,890 eur mesačne a súčasne navrhovateľke vznikol podľa § 70 ods. 1 zákona č. 461/2003 Z.z. o sociálnom poistení v znení neskorších predpisov od 18. júla 2014 nárok na výplatu invalidného dôchodku v sume 156,10 eur mesačne. Priznaním invalidného dôchodku podľa zákona o sociálnom poistení vo vyššej sume navrhovateľke v súlade s § 263a ods. 5 zákona č. č. 461/2003 Z.z. v znení zákona č. 529/2006 Z.z. nárok na dôchodkovú dávku priznanú v nižšej sume zaniká. Písomným prehlásením zo dňa 8.2.2017 navrhovateľka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https://www.kauzis.sk/judikatura/r/ECLI:SK:KSBA:2017:1014201492.3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