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5Sd/212/2014 z 6. 9. 2017</w:t>
      </w:r>
    </w:p>
    <w:p>
      <w:r>
        <w:t>Uznesenie Krajského súdu Bratislava z 6. septembra 2017, sp. zn. 5Sd/212/2014, ECLI:SK:KSBA:2017:1014201502.1</w:t>
      </w:r>
    </w:p>
    <w:p>
      <w:r>
        <w:t>Súd: Krajský súd Bratislava</w:t>
      </w:r>
    </w:p>
    <w:p>
      <w:r>
        <w:t>Spisová značka: 5Sd/212/2014</w:t>
      </w:r>
    </w:p>
    <w:p>
      <w:r>
        <w:t>ECLI: ECLI:SK:KSBA:2017:1014201502.1</w:t>
      </w:r>
    </w:p>
    <w:p>
      <w:r>
        <w:t>Dátum vydania: 6.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5Sd/212/2014 Identifikačné číslo súdneho spisu: 1014201502 Dátum vydania rozhodnutia: 07. 09. 2017 Meno a priezvisko sudcu, VSÚ: JUDr. Milota Tóthová ECLI: ECLI:SK:KSBA:2017:1014201502.1 Uznesenie Krajský súd v Bratislave v právnej veci navrhovateľa B.. B. A., K. B. XX, K. proti odporkyni Sociálnej poisťovni ústredie, Ul. 29. augusta č. 8-10, Bratislava o starobný dôchodok takto r o z h o d o l : Súd konanie zastavuje. Žiaden z účastníkov nemá právo na náhradu trov konania. o d ô v o d n e n i e : Navrhovateľ svojím návrhom zo dňa 9.9.2014 a návrhom zo dňa 13.4.2016 žiadal preskúmať rozhodnutie odporkyne číslo XXX XXX XXXX X zo dňa 22.8.2014 a zmenové rozhodnutie číslo XXX XXX XXXX X zo dňa 30.3.2016, ktorými odporkyňa zamietla žiadosť navrhovateľa o priznanie starobného dôchodku o 16. apríla 2011. Návrhom zo dňa 24.5.2016 navrhovateľ žiadal preskúmať rozhodnutie odporkyne číslo XXX XXX XXXX X zo dňa 14.4.2016, ktorým odporkyňa odňala navrhovateľovi od 2. júna 2016 starobný dôchodok priznaný podľa § 26a zákona č. 100/1988 Zb. o sociálnom zabezpečení v znení neskorších predpisov. Písomným prehlásením zo dňa 7.9.2017 navrhovateľ vzal späť návrhy zo dňa 9.9.2014, 13.4.2016 a zo dňa 24.5.2016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https://www.kauzis.sk/judikatura/r/ECLI:SK:KSBA:2017:1014201502.1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