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5Sd/227/2014 z 5. 12. 2017</w:t>
      </w:r>
    </w:p>
    <w:p>
      <w:r>
        <w:t>Rozsudok Krajského súdu Bratislava z 5. decembra 2017, sp. zn. 5Sd/227/2014, ECLI:SK:KSBA:2017:1014201569.1</w:t>
      </w:r>
    </w:p>
    <w:p>
      <w:r>
        <w:t>Súd: Krajský súd Bratislava</w:t>
      </w:r>
    </w:p>
    <w:p>
      <w:r>
        <w:t>Spisová značka: 5Sd/227/2014</w:t>
      </w:r>
    </w:p>
    <w:p>
      <w:r>
        <w:t>ECLI: ECLI:SK:KSBA:2017:1014201569.1</w:t>
      </w:r>
    </w:p>
    <w:p>
      <w:r>
        <w:t>Dátum vydania: 5. 12. 2017</w:t>
      </w:r>
    </w:p>
    <w:p>
      <w:r>
        <w:t>Forma: Rozsudok</w:t>
      </w:r>
    </w:p>
    <w:p>
      <w:r>
        <w:t>Oblasť práva: Správne právo</w:t>
      </w:r>
    </w:p>
    <w:p>
      <w:pPr>
        <w:pStyle w:val="Heading2"/>
      </w:pPr>
      <w:r>
        <w:t>Text rozhodnutia</w:t>
      </w:r>
    </w:p>
    <w:p>
      <w:r>
        <w:t>Súd: Krajský súd Bratislava Spisová značka: 5Sd/227/2014 Identifikačné číslo súdneho spisu: 1014201569 Dátum vydania rozhodnutia: 06. 12. 2017 Meno a priezvisko sudcu, VSÚ: JUDr. Milota Tóthová ECLI: ECLI:SK:KSBA:2017:1014201569.1 ROZSUDOK V MENE SLOVENSKEJ REPUBLIKY Krajský súd v Bratislave samosudkyňou JUDr. Milotou Tóthovou v právnej veci navrhovateľa Y.. Y. W., X. T.P. B. XXXX/X, X., zastúpeného JUDr. Petrom Vačokom, advokátom so sídlom Vazovova 9/A, Bratislava, proti odporkyni Sociálnej poisťovni ústredie, Ul. 29. augusta č. 8-10, Bratislava, o starobný dôchodok takto r o z h o d o l : Súd rozhodnutie odporkyne číslo XXX XXX XXXX X zo dňa 12. augusta 2014 potvrdzuje. Účastníkom náhradu trov konania nepriznáva. o d ô v o d n e n i e : Rozhodnutím číslo XXX XXX XXXX X zo dňa 12. augusta 2014 odporkyňa žiadosť navrhovateľa o starobný dôchodok k 12. novembru 2012 s prihliadnutím na dobu výkonu služobného pomeru zaradenú do kategórie funkcií zamietla podľa ustanovenia § 65, § 274 ods. 1 zákona č. 461/2003 Z.z. o sociálnom poistení v znení zákona č. 555/2007 Z.z. a podľa § 21 zákona č. 100/1988 Zb. o sociálnom zabezpečení v znení neskorších predpisov. Rozhodla tak s poukazom na § 65 ods. 1 a 2 a § 274 ods. 1zákona č. 461/2003 Z.z. o sociálnom poistení v znení zákona č. 555/2007 Z.z. a § 21 ods. 1, § 14 ods. 4 a § 174 ods. 1 a 2 zákona č. 100/1988 Zb. o sociálnom zabezpečení v znení neskorších predpisov a uviedla, že podľa potvrdenia Ministerstva vnútra Slovenskej republiky, odboru sociálneho zabezpečenia Bratislava číslo SPOU-OSZ-120.461-21/2014-VZ zo dňa 18. júna 2014 navrhovateľovi bol od 1. novembra 1992 bol priznaný príspevok za službu, ktorý sa od 1. júla 2002 považuje za výsluhový dôchodok a na nárok na výsluhový dôchodok a jeho výšku navrhovateľovi bola zhodnotená doba výkonu základnej vojenskej služby od 1. augusta 1973 do 30. júla 1975 zaradená do I. kategórie funkcií, doba vojaka z povolania od 1. augusta 1975 do 26. augusta 1991 zaradená do I. kategórie funkcií a doba služobného pomeru príslušníka Policajného zboru od 27. augusta 1991 do 31. októbra 1992 zaradená do I. kategórie funkcií. Vzhľadom na to, že v zamestnaní zaradenom do I. kategórie funkcií navrhovateľ získal 19 rokov a 97 dní a nebol z tohto zamestnania prevedený alebo uvoľnený z dôvodov uvedených v § 12 ods. 3 písm. d) a e), nárok na starobný dôchodok navrhovateľovi podľa § 21 ods. 1 zákona č. 100/1988 Zb. o sociálnom zabezpečení k 12. novembru 2012 nevznikol. Nakoľko navrhovateľ v službe nezískal najmenej 20 rokov v I. alebo v II. kategórie funkcií, nevznikol mu nárok na starobný dôchodok ani podľa § 132 zákona č. 100/1988 Zb. o sociálnom zabezpečení. Vzhľadom na to, že v zamestnaní zaradenom do I. kategórie funkcií navrhovateľ získal 19 rokov a 97 dní, avšak doba služby zaradená do I. kategórie funkcií netrvala do 31. decembra 1999, navrhovateľ nesplnil podmienky nároku na starobný dôchodok ani podľa § 174 zákona č. 100/1988 Zb. o sociálnom zabezpečení v znení neskorších predpisov. Nárok na starobný dôchodok navrhovateľovi podľa súčasných právnych predpisov vznikne podľa § 65 ods. 2 zákona č. 461/2003 Z.z. v znení zákona č. 585/2012 Z.z. dovŕšením 62 rokov veku, 12. novembra 2018. Pretože navrhovateľ ku dňu 12. novembra 2012 nedovŕšil 62 rokov, nárok na starobný dôchodok mu podľa § 65 zákona č. 461/2003 Z.z. o sociálnom poistení v znení neskorších predpisov nevznikol, a preto jeho žiadosť o starobný dôchodok k 12. novembru 2012 bola zamietnutá. Navrhovateľ návrhom zo dňa 16.9.2014 žiadal preskúmať toto rozhodnutie a poukazoval na to, že odporkyňa nesprávne aplikovala na daný prípad ustanovenie § 174 ods. 1 zákona č. 100/1988 Zb. o sociálnom zabezpečení v znení neskorších predpisov, čo odôvodnila odsekom 2 tohto ustanovenia, podľa ktorého nárok nemôže byť priznaný z dôvodu ukončenia služobného pomeru dňa 31.12.1999. Zastával názor, že odporkyňa nesprávne aplikovala predmetný odsek 2, keď podľa nej slovné spojenie „trvali k 31. decembru 1999“ znamená, že musí trvať v deň 31.12.1999 a zdôraznil, že táto interpretácia je v rozpore s reálnym významom predmetného ustanovenia a slovné spojenie trvali k 31. decembru 1999 znamená, že muselo ísť o trvanie v čase do 31.12.1999, pričom poukazoval na doložené vyjadrenie Jazykovedného ústavu Ľudovíta Štúra. Odporkyňa vo svojom písomnom vyjadrení zo dňa 3.12.2014 uviedla, že podmienky nároku na starobný dôchodok upravuje ustanovenie § 65 ods. 1 a 2 zákona č. 461/2003 Z.z. o sociálnom poistení v znení zákona č. 555/2007 Z.z., podľa ktorého dôchodkový vek je 62 rokov veku, ak zákon neustanovuje inak. Poukázala na ustanovenie § 274 ods. 1 zákona a uviedla, že dôchodkový vek navrhovateľa bol posúdený s prihliadnutím na ustanovenie § 21, § 14 ods. 4, § 132 a § 174 zákona č. 100/1988 Zb. o sociálnom zabezpečení v znení neskorších predpisov a uviedla, že vzhľadom na to, že v zamestnaní uvedenom v § 14 ods. 2 písm. b) až h) zákona č. 100/1988 Zb. o sociálnom zabezpečení v znení neskorších predpisov navrhovateľ získal 19 rokov a 97 dní a nebol z tohto zamestnania prevedený alebo uvoľnený z dôvodov uvedených v § 12 ods. 3 písm. d) a e), nárok na starobný dôchodok mu podľa § 21 ods. 1 zákona č. 100/1988 Zb. o sociálnom zabezpečení nevznikol. Pretože navrhovateľ nezískal v službe najmenej 20 rokov v I. alebo II. kategórie funkcií, nevznikol mu nárok na starobný dôchodok ani podľa § 132 zákona č. 100/1988 Zb. o sociálnom zabezpečení. Zdôraznila, že podľa § 174 ods. 2 zákona č. 100/1988 Zb. o sociálnom zabezpečení podmienkou vzniku nároku na starobný dôchodok podľa odseku 1 je, že zamestnanie I. pracovnej kategórie alebo služba I. alebo II. kategórie funkcií trvali k 31. decembru 1999. Pretože navrhovateľ v zamestnaní zaradenom do I. kategórie funkcií získal 19 rokov a 97 dní, avšak doba služby zaradená do I. kategórie funkcií netrvala do 31. decembra 1999, nesplnil podmienky nároku na starobný dôchodok ani podľa § 174 zákona č. 100/1988 Zb. o sociálnom zabezpečení v znení neskorších predpisov. Nárok na starobný dôchodok podľa súčasných právnych predpisov vznikne navrhovateľovi podľa § 65 ods. 2 zákona č. 461/2003 Z.z. v znení zákona č. 585/2012 Z.z. dovŕšením 62 rokov veku, 12. novembra 2018. Napadnuté rozhodnutie číslo XXX XXX XXXX X zo dňa 12. augusta 2014 žiadala ako vecne správne potvrdiť. Súd preskúmal napadnuté rozhodnutie podľa § 250l a nasl. O.s.p., prejednal návrh navrhovateľa a dospel k záveru, že návrh nie je dôvodný. Súd vykonal dokazovanie výsluchom účastníkov, oboznámil sa s dávkovým spisom odporkyne číslo XXX XXX XXXX X, dôchodkovým spisom navrhovateľa vedeným na Ministerstve vnútra Slovenskej republiky, sekcia personálnych a sociálnych činností a osobný úrad, odbor sociálneho zabezpečenia Bratislava a spisovým materiálom a zistil tento skutkový stav. Navrhovateľ žiadosťou spísanou dňa 15.7.2014 požiadal odporkyňu o priznanie starobného dôchodku od 12.11.2012. Rozhodnutím číslo XXX XXX XXXX X zo dňa 12. augusta 2014 odporkyňa žiadosť navrhovateľa o starobný dôchodok k 12. novembru 2012 s prihliadnutím na dobu výkonu služobného pomeru zaradenú do kategórie funkcií zamietla podľa ustanovenia § 65, § 274 ods. 1 zákona č. 461/2003 Z.z. o sociálnom poistení v znení zákona č. 555/2007 Z.z. a podľa § 21 zákona č. 100/1988 Zb. o sociálnom zabezpečení v znení neskorších predpisov. Právny zástupca navrhovateľa zotrval na podanom návrhu a zdôraznil, že nie je sporné, že navrhovateľ spĺňa podmienku na priznanie starobného dôchodku podľa §174 ods. 1 zákona o sociálnom zabezpečení, sporný je výklad odporkyne § 174 ods. 2 a v tomto smere poukazoval na vyjadrenie Jazykovedného ústavu Ľ. Štúra, v zmysle ktorého by sa mal § 174 ods. 2 zákona o sociálnom poistení vykladať tak, že podmienkou je to, aby zamestnanie trvalo v časovej osi až do 31.12.1999, t.j. kedykoľvek v časovom rozmedzí až do tohto dátumu. Zástupkyňa odporkyne sa v plnom rozsahu pridŕžala písomného vyjadrenia zo dňa 3.12.2014 a zotrvala na stanovisku, že podmienkou v zmysle ustanovenia § 174 ods. 2 zákona je tá skutočnosť, že doba zamestnania vo zvýhodnenej kategórii funkcií musí trvať k 31.12.1999. Poukázala na to, že vzhľadom na to, že sa menili zákony, bolo úmyslom zákonodarcu stanoviť presný termín, dokedy musí zamestnanie v I. pracovnej kategórii, resp. I. kategórii funkcií trvať, t.j. presne k 31.12.1999. Ďalej poukázala aj na právny názor Najvyššieho súdu Slovenskej republiky uvedený v judikáte č. 50/2011 ako aj v ďalších rozhodnutiach Najvyššieho súdu Slovenskej republiky, ktoré vyslovili právny názor, že aby bol naplnený § 174 ods. 1, musí byť tá skutočnosť, že zamestnanie I. pracovnej kategórii, resp. I. kategórii funkcií trvalo k 31.12.1999. Napadnuté rozhodnutie číslo XXX XXX XXXX X zo dňa 12. augusta 2014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132 ods. 1 cit. zákona vojak z povolania má nárok na starobný dôchodok, ak bol zamestnaný najmenej 25 rokov a dosiahol vek aspoň a) 55 rokov, ak vykonával najmenej 20 rokov službu zaradenú do I. kategórie funkcií, b) 57 rokov, ak vykonával najmenej 20 rokov službu v ostatných prípadoch.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Podľa § 98 ods. 1 zákona č. 334/1991 Zb. o služobnom pomere policajtov zaradených vo Federálnom policajnom zbore a v Zbore hradnej polície príspevok za službu (ďalej len "príspevok") patrí za podmienok ďalej uvedených policajtovi, ktorého služobný pomer sa skončil uvoľnením alebo prepustením z niektorého z dôvodov uvedených v § 16 ods. 1 písm. a) až c) a v ods. 2 písm. a). Podľa § 15 ods. 1 cit. zákona policajt musí byť uvoľnený zo služobného pomeru, ak o to požiada. Žiadosť musí byť písomná a doručená služobnému orgánu, inak je neplatná. Podľa § 124 ods. 5 zákona č. 328/2002 Z.z. o sociálnom zabezpečení policajtov a vojakov a o zmene a doplnení niektorých zákonov príspevky za službu, na ktoré vznikol nárok po 27. auguste 1991 podľa § 98 až 101 zákona č. 334/1991 Zb. o služobnom pomere policajtov zaradených vo Federálnom policajnom zbore a v Zbore hradnej polície v znení neskorších predpisov a tento nárok trvá ku dňu účinnosti tohto zákona, sa považujú za a) výsluhové príspevky podľa tohto zákona vo výške, v akej patrili ku dňu účinnosti tohto zákona, ak služobný pomer trval menej ako 15 rokov; nárok zaniká dosiahnutím 60 rokov veku, b) výsluhové dôchodky podľa tohto zákona vo výške, v akej patrili ku dňu účinnosti tohto zákona, ak služobný pomer trval viac ako 15 rokov. V preskúmavanej veci súd zistil, že navrhovateľ narodený XX.XX.XXXX žiadosťou spísanou dňa 15.7.2014 požiadal odporkyňu o priznanie starobného dôchodku od 12.11.2012. Rozhodnutím číslo XXX XXX XXXX X zo dňa 12. augusta 2014 odporkyňa žiadosť navrhovateľa o starobný dôchodok k 12. novembru 2012 s prihliadnutím na dobu výkonu služobného pomeru zaradenú do kategórie funkcií zamietla podľa ustanovenia § 65, § 274 ods. 1 zákona č. 461/2003 Z.z. o sociálnom poistení v znení zákona č. 555/2007 Z.z. a podľa § 21 zákona č. 100/1988 Zb. o sociálnom zabezpečení v znení neskorších predpisov. V odôvodnení poukázala na § 65 ods. 1 a 2 a § 274 ods. 1 zákona č. 461/2003 Z.z. o sociálnom poistení v znení zákona č. 555/2007 Z.z. a § 21 ods. 1, § 14 ods. 4 a § 174 ods. 1 a 2 zákona č. 100/1988 Zb. o sociálnom zabezpečení v znení neskorších predpisov a uviedla, že podľa potvrdenia Ministerstva vnútra Slovenskej republiky, odboru sociálneho zabezpečenia Bratislava číslo SPOU-OSZ-120.461-21/2014-VZ zo dňa 18. júna 2014 navrhovateľovi bol od 1. novembra 1992 priznaný príspevok za službu, ktorý sa od 1. júla 2002 považuje za výsluhový dôchodok a na nárok na výsluhový dôchodok a jeho výšku navrhovateľovi bola zhodnotená doba výkonu základnej vojenskej služby od 1. augusta 1973 do 30. júla 1975 zaradená do I. kategórie funkcií, doba vojaka z povolania od 1. augusta 1975 do 26. augusta 1991 zaradená do I. kategórie funkcií a doba služobného pomeru príslušníka Policajného zboru od 27. augusta 1991 do 31. októbra 1992 zaradená do I. kategórie funkcií. Vzhľadom na to, že v zamestnaní zaradenom do I. kategórie funkcií navrhovateľ získal 19 rokov a 97 dní a nebol z tohto zamestnania prevedený alebo uvoľnený z dôvodov uvedených v § 12 ods. 3 písm. d) a e), nárok na starobný dôchodok navrhovateľovi podľa § 21 ods. 1 zákona č. 100/1988 Zb. o sociálnom zabezpečení k 12. novembru 2012 nevznikol. Nakoľko navrhovateľ v službe nezískal v službe najmenej 20 rokov v I. alebo v II. kategórie funkcií, nevznikol mu nárok na starobný dôchodok ani podľa § 132 zákona č. 100/1988 Zb. o sociálnom zabezpečení. Vzhľadom na to, že v zamestnaní zaradenom do I. kategórie funkcií navrhovateľ získal 19 rokov a 97 dní, avšak doba služby zaradená do I. kategórie funkcií netrvala do 31. decembra 1999, navrhovateľ nesplnil podmienky nároku na starobný dôchodok ani podľa § 174 zákona č. 100/1988 Zb. o sociálnom zabezpečení v znení neskorších predpisov. Nárok na starobný dôchodok navrhovateľovi podľa súčasný právnych predpisov vznikne podľa § 65 ods. 2 zákona č. 461/2003 Z.z. v znení zákona č. 585/2012 Z.z. dovŕšením 62 rokov veku, 12. novembra 2018. Pretože navrhovateľ ku dňu 12. novembra 2012 nedovŕšil 62 rokov, nárok na starobný dôchodok mu podľa § 65 zákona č. 461/2003 Z.z. o sociálnom poistení v znení neskorších predpisov nevznikol, a preto jeho žiadosť o starobný dôchodok k 12. novembru 2012 bola zamietnutá. Z dávkového spisu navrhovateľa vedeného na Ministerstve vnútra Slovenskej republiky, sekcia personálnych a sociálnych činností a osobný úrad, odbor sociálneho zabezpečenia Bratislava súd zistil, že podľa výpisu z rozkazu Riaditeľa veliteľstva pohraničnej polície Bratislava číslo 0549 zo dňa 10.8.1992 dňom 31.10.1992 navrhovateľovi skončil služobný pomer policajta FPZ. Dôvodom bola skutočnosť, že navrhovateľ podal žiadosť o uvoľnenie podľa § 15 zákona č. 334/1991 Zb. Navrhovateľovi bol rozhodnutím Orgánu sociálneho zabezpečenia Ministerstva Slovenskej republiky zo dňa podľa § 98 ods. 1 a § 99 zákona č. 334/1991 Zb. o služobnom pomere policajtov zaradených vo Federálnom policajnom zbore a Zbore hradnej polície od 1. 11.1992 priznaný príspevok za službu v sume 3 800 Sk mesačne. Podľa potvrdenia Ministerstva vnútra Slovenskej republiky, sekcia personálnych a sociálnych činností a osobný úrad, odbor sociálneho zabezpečenia Bratislava číslo SPOU-OSZ-120.461-21/2014-VZ zo dňa 18.6.2014 navrhovateľovi bol podľa zákona č. 334/1991 Zb. o služobnom pomere policajtov zaradených vo Federálnom policajnom zbore a Zbore hradnej polície bol priznaný od 1.11.1992 príspevok za službu, ktorý sa od 1.7.2002 považuje za výsluhový dôchodok. Služobný pomer bol ukončený z iného dôvodu. Na určenie priznanej dávky bola zhodnotená doba služobného pomeru v rozsahu 19 rokov 97 dní. Doba služobného pomeru bola získaná: od 1.8.1973 do 31.7.1975 v I. kategórii funkcií - základná vojenská služba, od 1.8.1975 do 26.8.1991 v I. kategórii funkcií - vojak z povolania a od 27.8.1991 do 31.10.1992 v I. kategórii funkcií - príslušník Federálneho policajného zboru. V preskúmavanej veci súd mal za preukázané, že navrhovateľovi bol priznaný príspevok za službu, ktorý sa od 1.7.2002 považuje za výsluhový dôchodok, pričom navrhovateľovi bola zhodnotená doba základnej vojenskej služby od 1.8.1973 do 31.7.1975 v I. kategórii funkcií, doba výkonu služby vojaka z povolania od 1.8.1975 do 26.8.1991 v I. kategórii funkcií a doba služobného pomeru vo Federálnom policajnom zbore od 27.8.1991 do 31.10.1992 v I. kategórii funkcií. Služobný pomer navrhovateľa celkove trval 19 rokov a 97 dní. Je taktiež preukázané, že navrhovateľ skončil služobný pomeru príslušníka FPZ podľa § 15 zákona č. 334/1991 Zb. na základe vlastnej žiadosti o uvoľnenie. Navrhovateľ teda jednoznačne nebol zo služobného pomeru prevedený alebo uvoľnený z dôvodov uvedených v § 12 ods. 3 písm. d) a e) zákona č. 100/1988 Zb. o sociálnom zabezpečení v znení neskorších predpisov a zamestnanie vo zvýhodnenej pracovnej kategórii ukončil dňa 30.9.1989. Navrhovateľ v zamestnaní I. kategórii funkcií, ktoré sa podľa § 14 ods. 2 písm. b) až h) zákona č. 100/1988 Zb. o sociálnom zabezpečení v znení neskorších predpisov hodnotí ako zamestnanie v I. pracovnej kategórii získal 19 rokov a 97 dní. Súd konštatuje, že odporkyňa správne postupovala, keď posúdila nárok na starobný dôchodok pri skúmaní nároku na starobný dôchodok podľa § 21 ods. 1 zákona č. 100/1988 Zb. o sociálnom zabezpečení v znení neskorších predpisov na účely zníženia dôchodkového veku. Nakoľko navrhovateľ v zamestnaní zaradenom do I. kategórie funkcií získal 19 rokov a 97 dní, nesplnil podmienky nároku na starobný dôchodok podľa § 21 ods. 1 písm. c) zákona č. 100/1988 Zb. o sociálnom zabezpečení. Zároveň však navrhovateľ nesplnil ani podmienky nároku na starobný dôchodok ani podľa § 21 ods. 1 písm. b) zákona č. 100/1988 Zb. o sociálnom zabezpečení v znení neskorších predpisov, t.j. od 55 rokov veku, pretože nebol zo zamestnania prevedený alebo uvoľnený z dôvodov uvedených v § 12 ods. 3 písm. d) a e) zákona č. 100/1988 Zb. o sociálnom zabezpečení v znení neskorších predpisov. Navrhovateľ taktiež nesplnil podmienky na priznanie starobného dôchodku podľa § 132 zákona č. 100/1988 Zb., nakoľko v službe nezískal najmenej 20 rokov v I. alebo v II. kategórie funkcií. Predpokladom skoršieho vzniku nároku na starobný dôchodok podľa § 174 ods. 1 zákona o sociálnom zabezpečení od dovŕšenia veku 56 až 59 rokov je nielen splnenie podmienky získania zamestnania zaradeného do I. pracovnej kategórie uvedenom v § 14 ods. 2 písm. b) až h), resp. v službe I. kategórie funkcií v stanovenom rozsahu ale taktiež podľa § 174 ods. 2 zákona o sociálnom zabezpečení aj splnenie podmienky, že takéto zamestnanie trvalo k 31.12.1999. Navrhovateľ však súčasne nesplnil podmienku vzniku nároku na starobný dôchodok podľa ustanovenia § 174 ods. 2 zákona č. 100/1988 Zb. o sociálnom zabezpečení, nakoľko zamestnanie zaradené do I. kategórie funkcií netrvalo k 31. decembru 1999, a preto mu nárok na starobný dôchodok nevznikol ani podľa § 174 ods. 1 zákona č. 100/1988 Zb. o sociálnom zabezpečení. Súd konštatuje, že odporkyňa správne postupovala, keď zamietla žiadosť navrhovateľa o starobný dôchodok ku dňu 12.11.2012, nakoľko u navrhovateľa by bola splnená podmienka na vznik nároku na starobný dôchodok iba v prípade, že by bol zamestnaný v I. pracovnej kategórii alebo v I. alebo II. kategórii funkcií, ktoré by trvali k 31. decembru 1999, v dôsledku čoho by u neho vznikol nárok na zníženie dôchodkového veku. Navrhovateľ však nesporne túto podmienku nesplnil. Vzhľadom na vyššie uvedené súd napadnuté rozhodnutie číslo XXX XXX XXXX X zo dňa 12. augusta 2014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https://www.kauzis.sk/judikatura/r/ECLI:SK:KSBA:2017:1014201569.1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