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5Sd/239/2014 z 14. 3. 2017</w:t>
      </w:r>
    </w:p>
    <w:p>
      <w:r>
        <w:t>Uznesenie Krajského súdu Bratislava z 14. marca 2017, sp. zn. 5Sd/239/2014, ECLI:SK:KSBA:2017:1014201613.3</w:t>
      </w:r>
    </w:p>
    <w:p>
      <w:r>
        <w:t>Súd: Krajský súd Bratislava</w:t>
      </w:r>
    </w:p>
    <w:p>
      <w:r>
        <w:t>Spisová značka: 5Sd/239/2014</w:t>
      </w:r>
    </w:p>
    <w:p>
      <w:r>
        <w:t>ECLI: ECLI:SK:KSBA:2017:1014201613.3</w:t>
      </w:r>
    </w:p>
    <w:p>
      <w:r>
        <w:t>Dátum vydania: 14.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5Sd/239/2014 Identifikačné číslo súdneho spisu: 1014201613 Dátum vydania rozhodnutia: 15. 03. 2017 Meno a priezvisko sudcu, VSÚ: JUDr. Milota Tóthová ECLI: ECLI:SK:KSBA:2017:1014201613.3 Uznesenie Krajský súd v Bratislave v právnej veci navrhovateľky W. Ď., H. N. XXXX/XX, Bratislava,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2.6.2014 žiadala preskúmať rozhodnutie odporkyne číslo XXX XXX XXXX X zo dňa 19.5.2014, ktorým odporkyňa zamietla žiadosť navrhovateľky o invalidný dôchodok zo dňa 8. apríla 2014 (miera poklesu schopnosti vykonávať zárobkovú činnosť bola stanovená na 20%). Návrhom zo dňa 10.3.2016 navrhovateľka žiadala preskúmať aj rozhodnutie číslo XXX XXX XXXX X zo dňa 29.2.2016, ktorým odporkyňa zmenila rozhodnutie číslo XXX XXX XXXX X zo dňa 19.5.2014 a zamietla žiadosť navrhovateľky o invalidný dôchodok zo dňa 89. apríla 2014 (miera poklesu schopnosti vykonávať zárobkovú činnosť bola stanovená na 30%). Prehlásením na pojednávaní dňa 15.3.2017 navrhovateľka vzala späť návrh zo dňa 2.6.2014 a zo dňa 10.3.2016 v celom rozsahu. Odporkyňa nemala námietky proti späťvzatiu návrhov. Súd podľa § 250d ods. 3 v spojení s § 250h ods. 2 a § 250l ods. 2 O.s.p. konanie zastavil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https://www.kauzis.sk/judikatura/r/ECLI:SK:KSBA:2017:1014201613.3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