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6S/209/2014 z 2. 5. 2017</w:t>
      </w:r>
    </w:p>
    <w:p>
      <w:r>
        <w:t>Rozsudok Krajského súdu Bratislava z 2. mája 2017, sp. zn. 6S/209/2014, ECLI:SK:KSBA:2017:1014201634.2</w:t>
      </w:r>
    </w:p>
    <w:p>
      <w:r>
        <w:t>Súd: Krajský súd Bratislava</w:t>
      </w:r>
    </w:p>
    <w:p>
      <w:r>
        <w:t>Spisová značka: 6S/209/2014</w:t>
      </w:r>
    </w:p>
    <w:p>
      <w:r>
        <w:t>ECLI: ECLI:SK:KSBA:2017:1014201634.2</w:t>
      </w:r>
    </w:p>
    <w:p>
      <w:r>
        <w:t>Dátum vydania: 2. 5. 2017</w:t>
      </w:r>
    </w:p>
    <w:p>
      <w:r>
        <w:t>Forma: Rozsudok</w:t>
      </w:r>
    </w:p>
    <w:p>
      <w:r>
        <w:t>Oblasť práva: Správne právo</w:t>
      </w:r>
    </w:p>
    <w:p>
      <w:pPr>
        <w:pStyle w:val="Heading2"/>
      </w:pPr>
      <w:r>
        <w:t>Text rozhodnutia</w:t>
      </w:r>
    </w:p>
    <w:p>
      <w:r>
        <w:t>Súd: Krajský súd Bratislava Spisová značka: 6S/209/2014 Identifikačné číslo súdneho spisu: 1014201634 Dátum vydania rozhodnutia: 03. 05. 2017 Meno a priezvisko sudcu, VSÚ: Mgr. Marián Degma ECLI: ECLI:SK:KSBA:2017:1014201634.2 ROZSUDOK V MENE SLOVENSKEJ REPUBLIKY Krajský súd v Bratislave v senáte zloženom z predsedu senátu Mgr. Mariána Degmu a členov senátu JUDr. Andrey Kriškovej a JUDr. Otílie Belavej, v právnej veci žalobcu: T.. Ľ. Á., Q. Q. XX, XXX XX Q., proti žalovanému: Slovenská poľovnícka komora, so sídlom Štefánikova 10, 811 05 Bratislava, o preskúmanie zákonnosti rozhodnutia žalovaného Spis. zn. DK SPK č. 2/2012 zo dňa 25.06.2014, jednohlasne, takto r o z h o d o l : Krajský súd v Bratislave napadnuté rozhodnutie žalovaného Spis. zn. DK SPK č. 2/2012 zo dňa 25.06.2014 z r u š u j e podľa § 191 ods. 1 písm. d) SSP a vec vracia žalovanému na ďalšie konanie. Žalovaný je povinný zaplatiť žalobcovi náhradu trov konania, o výške ktorej rozhodne správny súd po právoplatnosti tohto rozsudku samostatným uznesením. o d ô v o d n e n i e : 1. V zákonnej lehote podanou žalobou zo dňa 28.09.2014 sa domáhal žalobca zrušenia rozhodnutia žalovaného Spis. zn. DK SPK č. 2/2012 vydaného dňa 25.06.2014, ako aj rozhodnutia prvostupňového správneho orgánu - Obvodnej poľovníckej komory Malacky Sp. zn. 010/2012 zo dňa 02.02.2012, vrátenia veci žalovanému na ďalšie konanie a priznania náhrady trov konania. Priebeh administratívneho konania. 2. Pripojený administratívny spis žalovaného obsahuje: písomnosť Slovenského poľovníckeho zväzu, PZ SOKOL Plavecký Štvrtok - Oznámenie o vylúčení z PZ SOKOL Plavecký Štvrtok zo dňa 21.03.2011 adresované a prevzaté žalobcom, upomienku zo dňa 26.05.2011 adresovanú žalobcovi o povinnosti vrátiť identifikačnú značku (plombu) a povolenie na lov zveri na rok 2010, písomné vyjadrenie žalobcu adresované Disciplinárnej komisii Obvodnej poľovníckej komory Malacky zo dňa 16.12.2011, časť preskúmavaného rozhodnutia prvostupňového správneho orgánu - Obvodnej poľovníckej komory Malacky číslo: 010/2012 zo dňa 02.02.2012 - fotokópia jeho prvej strany, zápisnica o disciplinárnom konaní číslo: 010/2012 zo dňa 02.02.2012, odvolanie žalobcu zo dňa 03.09.2012 proti vyššie uvedenému prvostupňovému rozhodnutiu, zápisnica o disciplinárnom konaní pred žalovaným sp. zn. Do2/2012 zo dňa 04.09.2012, písomné stanovisko Obvodnej poľovníckej komory Malacky z 26.09.2012, napadnuté rozhodnutie žalovaného. Rozhodnutia správnych orgánov. 3. V administratívnom spise žalovaného predloženého na opakovanú výzvu správneho súdu sa nachádza kópia prvej strany preskúmavaného rozhodnutia prvostupňového správneho orgánu - Obvodnej poľovníckej komory Malacky zo dňa 02.02.2012 vydaného pod Sp. zn. 001/2012, ktorým bol žalobca uznaný za vinného, že porušil príslušné ustanovenia zákona č. 274/2009 Z. z. zákon o poľovníctve v znení neskorších predpisov (ďalej len Zákon o poľovníctve), čím spáchal disciplinárne previnenie podľa § 3 ods. 2 písm. g) a p) Disciplinárneho poriadku SPK v nadväznosti na § 53 ods. 7 Zákona o poľovníctve, nakoľko si nesplnil povinnosť, ktorú mu ukladá § 53 ods. 7 Zákona o poľovníctve, za čo sa mu uložila podľa § 4 ods. 1 písm. b) Disciplinárneho poriadku SKP peňažná pokuta 250 € a povinnosť uhradiť súdne trovy 30 €. Na prvej strane odôvodnenia tohto rozhodnutia sa nachádza stručný opis skutkového stavu veci a priebeh disciplinárneho konania pred prvostupňovým správnym orgánom voči žalobcovi. 4. Na základe žalobcom podaného odvolania zo dňa 03.09.2012 voči prvostupňovému rozhodnutiu, o veci rozhodol žalovaný napadnutým rozhodnutím Spis. zn. DK SPK č. 2/2012 vydaným dňa 25.06.2014, a to tak, že rozhodnutie prvostupňového správneho orgánu podľa § 16 ods. 3 zrušil z dôvodu písmena d), pretože uložené disciplinárne opatrenie bolo neprimerané a v zmysle § 16 ods. 5 DK SPK rozhodol sám a žalobcovi podľa § 4 ods. 1 písm. a) uložil písomné napomenutie. Odôvodnenie obsahuje opis skutočností predchádzajúcich vydaniu prvostupňového rozhodnutia, a to uvedenie, že výročná členská schôdza PZ Sokol Plavecký Štvrtok dňa 27.02.2011 vylúčila žalobcu v jeho neprítomnosti z PZ SOKOL pre neplnenie si členských povinností s tým, že predmetné oznámenie o vylúčení žalobca prevzal dňa 22.03.2011. V tomto oznámení bol zároveň vyzvaný na splnenie si povinností, a to doručiť všetku dokumentáciu týkajúcou sa PZ SOKOL, doručiť kompletnú dokumentáciu súvisiacu s výkonom funkcie kontrolóra, doručiť identifikačnú značku (plombu) a povolenie na lov zveri na rok 2010 a odovzdať kľúče od miestnosti pri Kapličke v Plaveckom Štvrtku. Keďže žalobca si tieto povinnosti nesplnil bol zaslaný oznám Obvodnému lesnému úradu v Malackách, ktorý vec odstúpil na prejednanie OPK Malacky. 5. V ďalšom odôvodnení bol uvedený stručne obsah písomných podaní žalobcu, ktoré vypracoval v súvislosti s predmetným konaním, ako aj s rozhodnutím o jeho vylúčení z PZ SOKOL Plavecký Štvrtok. Záverom bolo uvedené, že žalovaný ako odvolací orgán preskúmal spisový materiál, vyhodnotil jednotlivé dôkazy, zobral do úvahy procesné chyby prvostupňového orgánu, zohľadnil vrátený 20 € poplatok a dospel k záveru, že žalobca neuniesol dôkazné bremeno o vrátení písomností, povolenia na lov, identifikačnej značky a kľúčov a preto rozhodol tak, ako je uvedené vo výroku jeho rozhodnutia. Žaloba. 6. Žalobca považoval obe preskúmavané rozhodnutia za nezákonné, pričom z obsahu žaloby vyplývajú námietky nesprávneho právneho posúdenia veci, nepreskúmateľnosti rozhodnutia pre nezrozumiteľnosť alebo nedostatok dôvodov a existencie vady v konaní majúcej vplyv na zákonnosť napadnutých rozhodnutí (v súčasnosti § 191 ods. 1 písm. c/, d/, g/ SSP). 7. Mal za to, že prvostupňové rozhodnutie bolo vydané v rozpore s podkladmi, ktoré boli obsahom spisu a zisteniu skutkového stavu veci malo predchádzať dokazovanie. Prvostupňový disciplinárny orgán mu neumožnil predložiť jeho opis veci, napriek jeho písomnej žiadosti, čím boli porušené jeho procesné práva a tento nedostatok nebol odstránený ani žalovaným. Uviedol, že prvostupňové rozhodnutie prevzal dňa 27.02.2012 a v stanovenej lehote ôsmych dní podal voči nemu odvolanie. Poukázal na to, že žalovaný vydal napadnuté rozhodnutie až po dvoch rokoch a štyroch mesiacov od podania jeho odvolania, pričom odôvodnenie tohto rozhodnutia sa zaoberá jeho vylúčením z PZ Sokol Plavecký Štvrtok, ktoré nebolo predmetom daného disciplinárneho konania. 8. Oba správne orgány sa mali riadiť a postupovať v disciplinárnom konaní platným disciplinárnym poriadkom SPK vydaním podľa § 77 ods. 2 Zákona o poľovníctve. Uviedol, že v zmysle § 79 ods. 1 Zákona o poľovníctve sa na konanie podľa tohto zákona vzťahuje všeobecný predpis o správnom konaní (ďalej len Správny poriadok) a potom Správny poriadok sa mal vzťahovať aj na posudzované disciplinárne konanie, avšak v DP SPK v § 2 ods. 1 je uvedené, že na disciplinárne konanie sa nevzťahuje zákon o správnom konaní ani zákon o priestupkoch. Poukázal na to, že oba disciplinárne orgány sú správnymi orgánmi, keďže rozhodujú o právach a povinnostiach svojich členov a potom každé ich rozhodnutie by bolo nulitné a v danom prípade rozhodovali protizákonne, a preto napadnutými rozhodnutiami spôsobili vady konania. 9. Uviedol, že skutok, ktorý sa mu kládol za vinu nespáchal a predmetné veci za prítomnosti svedka J. B. odovzdal dňa 27.02.2011 a vykonaným dokazovaním nebolo preukázané, že sa dopustil disciplinárneho previnenia. Svojím konaním neporušil ustanovenie § 53 ods. 7 Zákona o poľovníctve a jeho konanie nenapĺňalo znaky disciplinárneho previnenia. Vyjadrenie žalovaného. 10. K žalobe sa vyjadril žalovaný podaním zo dňa 28.11.2014 a žiadal ju ako nedôvodnú zamietnuť. Uviedol, že prvostupňový disciplinárny orgán - Disciplinárna komisia Obvodnej poľovníckej Komory Malacky rozhodla na základe podnetu Poľovníckeho združenia SPZ SOKOL Plavecký Štvrtok, ktorý oznámil porušenie predpisov, a to § 53 ods. 7 Zákona o poľovníctve s tým, že žalobca si nesplnil svoju zákonnú povinnosť, keďže neodovzdal povolenie na lov zveri a značky na označovanie ulovenej zveri. Táto skutočnosť bola žalobcovi písomne oznámená dňa 26.05.2010. Takýmto svojím konaním sa dopustil disciplinárneho previnenia podľa Disciplinárneho poriadku Slovenskej poľovníckej komory, a to § 3 ods. 2 písm. g). Keďže prvostupňové rozhodnutie o uložení pokuty žalobcovi 250 € sa žalovanému javilo ako neprimerané rozhodol o jeho zrušení a uložil žalobcovi písomné napomenutie. Zároveň poukázal na skutočnosť, že v zmysle § 2 ods. 2 Disciplinárneho poriadku SPK sa na disciplinárne konanie nevzťahuje zákon o správnom konaní ani zákon o priestupkoch. Skutková podstata disciplinárneho previnenia žalobcu bola preukázaná na základe písomných výziev Poľovníckeho združenia SOKOL Plavecký Štvrtok, pretože si žalobca nesplnil povinnosť, ktorá mu vyplývala zo zákona. Posúdenie skutkových tvrdení a právnej argumentácie. 11. Krajský súd v Bratislave ako správny súd vecne a miestne príslušný na konanie vo veci (§ 10, § 11 ods. 1 SSP) preskúmal napadnuté rozhodnutie v rozsahu dôvodov uvedených v žalobe, ako aj konanie, ktoré mu predchádzalo bez nariadenia pojednávania vo veci (§ 107 SSP) a dospel k záveru, že napadnuté rozhodnutie žalovaného v medziach žaloby nebolo vydané v súlade so zákonom. 12. Podľa § 2 ods. 1 SSP v správnom súdnictve poskytuje správny súd ochranu právam alebo právom chráneným záujmom fyzickej osoby a právnickej osoby v oblasti verejnej správy a rozhoduje v ďalších veciach ustanovených týmto zákonom. 13. Podľa § 177 ods. 1 SSP správnou žalobou sa žalobca môže domáhať ochrany svojich subjektívnych práv proti rozhodnutiu orgánu verejnej správy alebo opatreniu orgánu verejnej správy. 14. Podľa § 53 ods. 7 zákona č. 274/2009 Z. z. po skončení platnosti povolenia na lov zveri je jeho držiteľ povinný odovzdať ho do 30 dní príslušnému poľovníckemu hospodárovi. 15. Podľa § 77 ods. 1, 2 zákona č. 274/2009 Z. z. disciplinárnym previnením je konanie držiteľa poľovného lístka, ktoré nevykazuje znaky trestného činu, priestupku podľa § 76 alebo iného správneho deliktu podľa § 78 a je v rozpore s disciplinárnym poriadkom vydaným komorou. 16. Disciplinárne previnenie rieši komora podľa disciplinárneho poriadku. 17. Podľa § 79 ods. 1 zákona č. 274/2009 Z. z. na konanie podľa tohto zákona sa vzťahuje všeobecný predpis o správnom konaní, ak tento zákon neustanovuje inak. 18. Predmetom súdneho prieskumu bolo posúdenie zákonnosti postupu a rozhodnutia žalovaného ako aj prvostupňového správneho orgánu v rozsahu a dôvodov vyplývajúcich z podanej žaloby. 19.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20. Z obsahu administratívneho spisu založeného žalovaným po opakovanej výzve súdu vyplýva, že tento neobsahuje kompletné vyhotovenie preskúmavaného prvostupňového rozhodnutia, ale len fotokópiu jeho prvej strany, obsahujúcu výrok a časť odôvodnenia. Zostávajúce odôvodnenie tohto rozhodnutia s vyhodnotením dôkazov, právnym posúdením veci, citáciou zákonných na vec sa vzťahujúcich ustanovení, poučenie o možnosti podať opravný prostriedok voči rozhodnutiu v administratívnom spise nie je. Taktiež sa v spise nenachádza doklad o doručení tohto rozhodnutia žalobcovi (poštová doručenka), a potom ani nie je možné posúdiť včasnosť žalobcom podaného odvolania voči nemu. 21. Administratívny spis neobsahuje ani Disciplinárny poriadok Slovenskej poľovníckej komory - interný dokument žalovaného (ktorý nie je všeobecne záväzným právnym aktom zverejneným a verejne dostupným), a potom nie je možné ani zodpovedne posúdiť, či konania žalobcu, ktoré sú mu preskúmavanými rozhodnutiami kladené za vinu (vrátenie písomností, vrátenie povolenia na lov, vrátenie identifikačnej značky a vrátenie kľúčov) sú aj disciplinárnym previnením (skutočnosť ohľadne povinnosti odovzdania povolenia na lov zveri vyplýva z ust. § 53 ods. 7 Zákona o poľovníctve) a tiež akú sankciu by bolo možné za vytýkané porušenia povinností žalobcovi uložiť. 22. V konaní bolo sporné aj doručenie rozhodnutia o vylúčení žalobcu z PZ SOKOL Plavecký Štvrtok. V pripojenom administratívnom spise sa nachádza len Oznámenie o vylúčení žalobcu, ale nie samotné rozhodnutie o jeho vylúčení. Skutočnosť o doručení rozhodnutia o vylúčení z PZ SOKOL žalobca namietal, a potom nie je jasné, či bol v čase, keď dotknuté disciplinárne konanie voči nemu prebiehalo vôbec členom PZ SOKOL Plavecký Štvrtok. Bez toho, aby bolo jednoznačne ustálené, či v čase prebiehajúceho disciplinárneho konania žalobca bol alebo nebol členom PZ SOKOL nie je možné ani posúdiť, či ho bolo možné disciplinárne stíhať prvostupňovým správnym orgánom a žalovaným a uložiť mu disciplinárne opatrenie za vytýkané porušenia povinností (ako nečlenovi PZ SOKOL), t. j. či bola daná právomoc správnych orgánov na vedenie predmetného disciplinárneho konania. voči žalobcovi. Taktiež z napadnutého rozhodnutia nie je zrejmé, či žalobca bol v čase disciplinárneho konania držiteľom poľovného lístka (§ 77 ods. 1 Zákona o poľovníctve). 23. V administratívnom spise nie je pripojený Disciplinárny poriadok Slovenskej poľovníckej komory, podľa ktorého bolo v disciplinárnom konaní voči žalobcovi postupované a uložené mu disciplinárne opatrenie. Nie je možné posúdiť dôvodnosť, prípadne rozsah v ktorom sa na disciplinárne konanie nevzťahuje Správny poriadok, tak ako to má byť v ňom uvedené (§ 2 ods. 2 Disciplinárneho poriadku). Súd v tejto súvislosti poukazuje na znenie § 79 ods. 2 Zákona o poľovníctve, v ktorom sú vymenované konania podľa Zákona o poľovníctve, na ktoré sa Správny poriadok nevzťahuje a disciplinárne konanie medzi nimi uvedené nie je. Namietanú skutočnosť, že žalovaný v rozpore so Zákonom o poľovníctve v disciplinárnom konaní nepostupoval podľa Správneho poriadku súd bez predloženia Disciplinárneho poriadku v platnom znení nemohol riadne posúdiť. Vzhľadom na všetky vyššie uvedené skutočnosti súd nemohol prisvedčiť vznesenej námietke porušenia ustanovení o konaní pred žalovaným, resp. prvostupňovým správnym orgánom majúcich za následok nezákonnosť preskúmavaných rozhodnutí. 24. Súd taktiež nemohol akceptovať námietku nesprávneho právneho posúdenia veci, nakoľko vada nepreskúmateľnosti napadnutého rozhodnutia z dôvodu nekompletnosti administratívneho spisu žalovaného je podľa názoru súdu takou vadou, že nedáva možnosť súdu zodpovedne posúdiť, či v danom disciplinárnom konaní vedenom proti žalobcovi konali správne orgány v súlade so Zákonom o poľovníctve a platným Disciplinárnym poriadkom Slovenskej poľovníckej komory. 25. V prejednávanej veci je súd názoru, že odôvodnenie rozhodnutia žalovaného neposkytuje dostatočný základ na jeho vecné preskúmanie. Skutočnosti, ku ktorým správny orgán dospel na základe svojej zákonom povolenej voľnej úvahy, neboli v napadnutom rozhodnutí dostatočne odôvodnené a žalovaný sa primeraným spôsobom nevysporiadal so všetkými relevantnými námietkami žalobcu vznesenými v správnom konaní ako aj v jeho odvolaní voči rozhodnutiu prvostupňového správneho orgánu. Z obsahu odôvodnenia tohto rozhodnutia nie je zrejmé ako vyhodnotil dôkaz (čestné vyhlásenie J. B.) o vrátení žiadaných vecí PZ SOKOL, ktorý v konaní žalobca predložil. Pre súd je rozhodujúce posúdiť, či napadnuté rozhodnutie nevybočilo z medzí a hľadísk ustanovených zákonom. Správny súd nemá k dispozícii kompletné prvostupňové rozhodnutie vydané vo veci (ani doklad o jeho doručení žalobcovi). Preto súd musí konštatovať nekompletnosť administratívneho spisu žalovaného z dôvodu, že sa v spise nenachádza preskúmavané prvostupňové rozhodnutie a ani doklad o jeho doručení žalobcovi, čo bezpochyby je takou vadou, ktorá má za následok nepreskúmateľnosť tohto rozhodnutia. Nepreskúmateľnosť napadnutého rozhodnutia vyplýva z vyššie uvedeného. 26. Vzhľadom na vyššie uvedené skutočnosti súd uznal za dôvodnú vznesenú námietku nepreskúmateľnosti pre nezrozumiteľnosť alebo nedostatok dôvodov napadnutého rozhodnutia a dospel k záveru, že je ho potrebné zrušiť podľa § 191 ods. 1 písm. d) SSP a vec vrátiť žalovanému na ďalšie konanie, v ktorom bude viazaný vysloveným právnym záverom súdu (§ 191 ods. 6 SSP) a bude jeho povinnosťou vo veci opätovne konať (v súlade so Zákonom o poľovníctve) , skompletizovať administratívny spis k danej veci vedený, posúdiť status žalobcu a vydať nové rozhodnutie a toto náležite odôvodniť. 27.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28.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https://www.kauzis.sk/judikatura/r/ECLI:SK:KSBA:2017:1014201634.2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