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5Sd/243/2014 z 31. 1. 2017</w:t>
      </w:r>
    </w:p>
    <w:p>
      <w:r>
        <w:t>Rozsudok Krajského súdu Bratislava z 31. januára 2017, sp. zn. 5Sd/243/2014, ECLI:SK:KSBA:2017:1014201637.4</w:t>
      </w:r>
    </w:p>
    <w:p>
      <w:r>
        <w:t>Súd: Krajský súd Bratislava</w:t>
      </w:r>
    </w:p>
    <w:p>
      <w:r>
        <w:t>Spisová značka: 5Sd/243/2014</w:t>
      </w:r>
    </w:p>
    <w:p>
      <w:r>
        <w:t>ECLI: ECLI:SK:KSBA:2017:1014201637.4</w:t>
      </w:r>
    </w:p>
    <w:p>
      <w:r>
        <w:t>Dátum vydania: 31. 1. 2017</w:t>
      </w:r>
    </w:p>
    <w:p>
      <w:r>
        <w:t>Forma: Rozsudok</w:t>
      </w:r>
    </w:p>
    <w:p>
      <w:r>
        <w:t>Oblasť práva: Správne právo</w:t>
      </w:r>
    </w:p>
    <w:p>
      <w:pPr>
        <w:pStyle w:val="Heading2"/>
      </w:pPr>
      <w:r>
        <w:t>Text rozhodnutia</w:t>
      </w:r>
    </w:p>
    <w:p>
      <w:r>
        <w:t>Súd: Krajský súd Bratislava Spisová značka: 5Sd/243/2014 Identifikačné číslo súdneho spisu: 1014201637 Dátum vydania rozhodnutia: 01. 02. 2017 Meno a priezvisko sudcu, VSÚ: JUDr. Milota Tóthová ECLI: ECLI:SK:KSBA:2017:1014201637.4 ROZSUDOK V MENE SLOVENSKEJ REPUBLIKY Krajský súd v Bratislave samosudkyňou JUDr. Milotou Tóthovou v právnej veci navrhovateľa Ľ. Z., Z. B. B. XXX/XX, L. proti odporkyni Sociálnej poisťovni ústredie v Bratislave, Ul. 29. augusta č. 8-10, Bratislava o invalidný dôchodok takto r o z h o d o l : Súd rozhodnutie odporkyne číslo XXX XXX XXXX X zo dňa 4. júla 2014 potvrdzuje. Účastníkom náhradu trov konania nepriznáva. o d ô v o d n e n i e : Rozhodnutím číslo XXX XXX XXXX X zo dňa 4. júla 2014 odporkyňa podľa § 70 zákona č. 461/2003 Z.z. o sociálnom poistení v znení neskorších predpisov zamietla žiadosť navrhovateľa o invalidný dôchodok zo dňa 9. júna 2014. Rozhodla tak s odôvodnením, že podľa posudku posudkového lekára Sociálnej poisťovne, pobočky Bratislava zo dňa 9. júna 2014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u navrhovateľa je 25%. Navrhovateľ návrhom zo dňa 4.7.2014 žiadal preskúmať toto rozhodnutie a namietal, že nebolo zohľadnené, že je dlhodobo práceneschopný, má naďalej bolesti, môže chodiť len s pomocou francúzskej barly, chôdza mu spôsobuje bolesti, pričom sa musí nakláňať na jednu stranu, čím dochádza aj k zaťažovaniu chrbtice. Uviedol, že je odkázaný na ortopedické pomôcky a pomoc matky. Jeho zdravotný stav sa nezlepšuje a už samotná chôdza mu spôsobuje bolesti, čo potvrdzuje vyjadrenie ošetrujúceho ortopéda, u ktorého je liečený od roku 2013. Uviedol, že nakoľko je dlhodobo práceneschopný, nie je možné s jeho zdravotným stavom sa plnohodnotne zaradiť do pracovného procesu či ako vodič profesionál alebo maliar natierač. Krajský súd preskúmal napadnuté rozhodnutie podľa § 250l a nasl. O.s.p., prejednal návrh navrhovateľky a dospel k záveru, že návrh nie je dôvodný. Krajský súd vykonal dokazovanie výsluchom účastníkov, posudkom posudkového lekára Sociálnej poisťovne pobočka Bratislava zo dňa 9.6.2014, posudkom posudkového lekára Sociálnej poisťovne ústredie Bratislave zo dňa 1.10.2014, doplňujúcim odborným vyjadrením posudkového lekára Sociálnej poisťovne ústredie Bratislava, vysunuté pracovisko Banská Bystrica 8.4.2015 doplňujúcim odborným vyjadrením posudkového lekára Sociálnej poisťovne ústredie Bratislava zo dňa 5.11.2015 a 1.12.2016,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9.6.2014 uviedol, že navrhovateľ trpí na choroby a to algoneurodystrofiu Sudeckovu a bolesť chrbta - dorzalgiu. Ako úraz uviedol zlomeninu bočného členka. Navrhovateľ v decembri 2011 utrpel nepracovný úraz zlomeninu pravého vonkajšieho členku, ktorá bola liečená konzervatívne sadrovou fixáciou. Pre pretrvávajúce potiaže bol navrhovateľ vyšetrený ortopédom, mal zistenú algoneurodystrofiu Sudeckovu z imobilizácie, ktorú potvrdilo röntgenologické vyšetrenie. Kontrolným vyšetrením v júni 2013 pomocou magnetickej rezonancie bola zistená zhojená zlomenina pravého vonkajšieho členka bez viditeľnej lomnej línie. Pre ľahký typ osteoporózy bola nesadená rekalcifikačná liečba. Odborné ortopedické vyšetrenie uvádza rádiologickú diagnózu spondylóza chrbtice bez klinického nálezy, navrhovateľ sa nelieči u neurológa. Rozhodujúcim zdravotným postihnutím u navrhovateľa je Sudeckova dystrofia, mierna forma (kapitola XV., oddiel B, položka 2.a) prílohy č. 4 zákona č. 461/2003 Z.z.), kde mieru poklesu schopnosti vykonávať zárobkovú činnosť u navrhovateľa stanovil na 25%. Navrhovateľ nie je invalidný podľa § 71 ods. 1 zákona č. 461/2003 Z.z. o sociálnom poistení. Posudkový lekár Sociálnej poisťovne ústredie Bratislava v posudku zo dňa 1.10.2014 uviedol, že navrhovateľ trpí choroby a to iné choroby kostí - algoneurodystrofiu, bolesť chrbta - dorzalgiu a exogénnu obezitu. Ako úraz uviedol zlomeninu fibulárneho maleolu vpravo - stav po 12/2011. Konštatoval, že u navrhovateľa je anamnéza primárneho ochorenia v zmysle úrazového mechanizmu pravého členkového kĺbu, navrhovateľ dňa 24.12.2011 utrpel fraktúru fibulárneho maleolu, ktorá bola riešená sadrovou fixáciou a následne bola naložená ortéza. Postupne v mieste a okolí lomnej línie sa začala rozvíjať osteoporóza, navrhovateľ bol liečený pre Sudeckov syndróm. Daný kĺb je mierne opuchnutý, je prítomná bolestivosť, hybnosť je zredukovaná o 1/3 a viazne plantárna a dorzálna flexia. V pravom členkovom kĺbe nie je rozvinutá artróza ťažkého stupňa a eventuálne ankylóza. RTG pravého členka potvrdilo škvrnité odvápnenie skeletu a známky artrózy, neboli ešte vyčerpané všetky dostupné možnosti liečby. Cievne vyšetrenie zo dňa 6.6.2014 je so záverom, že obtiaže navrhovateľa sú mimocievneho pôvodu. Rozhodujúcim zdravotným postihnutím u navrhovateľa je Sudeckova dystrofia, mierna forma (kapitola XV., oddiel B, položka 2.a) prílohy č. 4 zákona č. 461/2003 Z.z.), kde mieru poklesu schopnosti vykonávať zárobkovú činnosť u navrhovateľa stanovil na 25%. Pridružené sekundárne ochorenia navrhovateľa a to bolesti chrbtice - dorzalgie a exogénna obezita sú posudkovo bezvýznamné a nepodmieňujú zvýšenie percentuálnej miery pre iné zdravotné postihnutia, pričom a bolesti chrbtice vykazujú klinický korelát s vekom a ťažkou nadváhou navrhovateľa, ktorá sa podieľa aj na jeho subjektívnych ťažkostiach. Navrhovateľ nie je invalidný podľa § 71 ods. 1 zákona č. 461/2003 Z.z. o sociálnom poistení. Navrhovateľ pri výsluchu v súdnom konaní zotrval na podanom návrhu. V priebehu súdneho konania doložil novšie lekárske nálezy. Súd doplnil dokazovanie zadovážením so doplňujúceho odborného vyjadrenia posudkového lekára Sociálnej poisťovne ústredie Bratislava, vysunuté pracovisko v Banskej Bystrici, ktorý dňa 8.4.2015 po vyhodnotení nových lekárskych nálezov a to neurologického vyšetrenia zo dňa 3.10.2014, 21.10.2014 a 11.12.2014, EMG vyšetrenia zo dňa 26.11.2014 a cievneho vyšetrenia zo dňa 6.6.2014 uviedol , že navrhovateľ trpí choroby a to iné choroby kostí - algoneurodystrofiu, bolesť chrbta - dorzalgiu a exogénnu obezitu. Ako úraz uviedol zlomeninu fibulárneho maleolu vpravo - stav po 12/2011. Konštatoval, že navrhovateľ v decembri 2011 utrpel nepracovný úraz so zlomeninou vonkajšieho členku pravej nohy, ktorá bola riešená konzervatívne sadrou. Pre bolesti v pravej nohe, ktoré sa zvýrazňovali pri chôdzi bol navrhovateľ opakovane vyšetrený ortopédom, vyšetrenie talokrulárneho zhybu magnetickou rezonanciou v tom čase nezistilo jednoznačné traumatické poškodenie. Pri RTG vyšetrení talokrulárneho zhybu bolo zistené škvrnité odvápnenie skeletu typu Sudeckovej dystrofie a známky artrózy talokrulárneho zhybu pravej nohy a bola zahájená rekalcifikačná liečba pre ľahký typ osteoporózy. Bolesti chrbta ortopéd vyhodnotil ako chronický verbrogénny syndróm pre degeneratívnych zmenách na stavcoch a medzistavcových platničkách, bez významnejšej funkčnej poruchy a bez prejavov koreňového dráždenia. Neurologické vyšetrenie zo dňa 21.10.2014 popisuje poškodenie fibulárneho nervu vpravo dolný typ. EMG vyšetrením zo dňa 26.11.2014 nebolo potvrdené poúrazové poškodenie dolnej časti fibulárneho nervu a skôr stav bol vyhodnotený ako axonálne radikulárne poškodenie koreňa L5 vpravo s poškodením nervus peroneus komunis vpravo a nervus tibialis vpravo. Cievne vyšetrenie vylúčilo obťiaže cievneho pôvodu, je popisovaná len ľahká varikozita v povodí vena safena magna v ľavom predkolení, ktorá bola hodnotená ako C2. Neurologické vyšetrenie zo dňa 11.12.2014 na základe EMG vyšetrenia, pri ktorom je nález koreňového poškodenia L5 vpravo vylúčilo periférne poúrazové poškodenie nervus peroneus, bolo odporučené chrbtice magnetickou rezonanciou a súčasne bola zahájená neuroprotektívna liečba Thiogammou. Rozhodujúcim zdravotným postihnutím u navrhovateľa je Sudeckova dystrofia, mierna forma (kapitola XV., oddiel B, položka 2.a) prílohy č. 4 zákona č. 461/2003 Z.z.), kde mieru poklesu schopnosti vykonávať zárobkovú činnosť u navrhovateľa stanovil na 25%. Konštatoval, že pri ochorení chrbtice neboli ešte vyčerpané všetky dostupné možnosti liečby a využité všetky liečebné možnosti. Uviedol, že nové lekárske nálezy neurológa a cievneho chirurga nepreukázali zmenu v zdravotnom stave navrhovateľa, ktorá by podmieňovala invaliditu. Zotrval na posudkovom závere uvedenom v posudku zo dňa 1.10.2014. Navrhovateľ nie je invalidný podľa § 71 ods. 1 zákona č. 461/2003 Z.z. o sociálnom poistení. Posudkový lekár Sociálnej poisťovne ústredie Bratislava v doplňujúcom odbornom vyjadrení zo dňa 5.11.2015 za prítomnosti prísediaceho odborného lekára neurológa po vyhodnotení nových lekárskych nálezov a to EMG vyšetrenia zo dňa 26.11.2014, neurologického vyšetrenia zo dňa 3.10.2014,11.12.2014, 21.10.2014 a 13.1.2015, cievneho vyšetrenia zo dňa 6.6.2014. MR LS chrbtice zo dňa 30.12.2014, MR Achillovej šľachy I. dx. zo dňa 13.7.2015 a ortopedického vyšetrenia zo dňa 25.8.2015 uviedol, že navrhovateľ trpí na choroby a to iné choroby kostí - algoneurodystrofiu, mononeuropatiu dolnej končatiny vpravo, bolesť chrbta- dorzalgiu, exogénnu obezitu a kompresívnu zlomeninu tela stavcov Th7-8. Ako úraz uviedol zlomeninu fibulárneho maleolu (členka) vpravo - stav po úraze v decembri 2011. Konštatoval, že navrhovateľ utrpel v roku 2011 úraz pravého členka, ktorého následkom je znecitlivenie pravej nohy okolo členka a prstov, obmedzená hybnosť prstov smerom nahor, navrhovateľ nedokáže sa postaviť na špičku pravej nohy. Neurologický nález zo dňa 21.10.2014 popisuje poruchu dotykovej citlivosti s motorickým deficitom v tomto nerve. Všetky ostané reflexy až na nevýbavný reflex v oblasti Achilovej šľachy vpravo sú symetricky výbavné. Nález miernej kompresívnej zlomeniny hrudných stavcov je vedľajšími nálezom zobrazovacieho vyšetrenia a nemá vplyv na funkčný stav organizmu. Konštatoval, že vyšetrenie funkčných nervových potenciálov svedčí pre poškodenie nervového koreňa 5. driekového stavca, čoho klinickým prejavom je aj obmedzenie hybnosti prstov pravej nohy, toto obmedzenie je však iba čiastočné v rozsahu 1/3 normálneho pohybu. Rozhodujúcim zdravotným postihnutím u navrhovateľa je Sudeckova dystrofia, mierna forma (kapitola XV., oddiel B, položka 2.a) prílohy č. 4 zákona č. 461/2003 Z.z.), kde mieru poklesu schopnosti vykonávať zárobkovú činnosť u navrhovateľa stanovil na 25%. Potvrdil posudkové závery uvedené v predchádzajúcich posudkoch posudkových lekárov. Navrhovateľ nie je invalidný podľa § 71 ods. 1 zákona č. 461/2003 Z.z. o sociálnom poistení. Posudkový lekár Sociálnej poisťovne ústredie Bratislava v doplňujúcom odbornom vyjadrení zo dňa 1.12.2016 za prítomnosti prísediaceho odborného lekára ortopéda po vyhodnotení nových lekárskych nálezov a to traumatologického vyšetrenie Nemocničná a.s. Malacky zo dňa 19.6.2013, 27.3.2013, 26.9.2012, chirurgického ošetrenia z apríla 2012, 4.6.2012, 22.6.2012, 8.7.2012, 87.8.2012, augusta 2012 a septembra 2012, neurologického vyšetrenia zo dňa 1.3.2012, ortopedického vyšetrenia zo dňa 28.10.2015, 20.9.2016 a 7.3.2016 a traumatologického vyšetrenia UNB, Nemocnica ak. L. Dérera zo dňa 16.9.2016 a 6.5.2016 uviedol, že navrhovateľ trpí na choroby a to iné choroby kostí - algoneurodystrofiu, mononeuropatiu dolnej končatiny vpravo, bolesť chrbta- dorzalgiu, exogénnu obezitu a kompresívnu zlomeninu tela stavcov Th7-8. Ako úraz uviedol zlomeninu fibulárneho maleolu (členka) vpravo - stav po úraze v decembri 2011.Konštatoval, že navrhovateľ koncom roka 2011 ľahké zranenie pravého členka. Odborné ošetrenie navrhovateľ vyhľadal až viac mesiacov po úraze, kde sa na MRI vyšetrení nepotvrdila zlomenina kostry. Šlo iba o úraz mäkkých častí členkového zhybu a opakovanou liečbou kortikoidmi, (ktoré spôsobujú zrednutie kostí - osteoporózu a následnou komplikáciou Sudeckov syndróm - lokalizovaná osteoporóza skeletu). Následné RTG vyšetrenie dokázalo iba počiatočné degeneratívne zmeny, ktoré sú primerané veku navrhovateľa. Rozhodujúcim zdravotným postihnutím u navrhovateľa je Sudeckova dystrofia, mierna forma (kapitola XV., oddiel B, položka 2.a) prílohy č. 4 zákona č. 461/2003 Z.z.), kde mieru poklesu schopnosti vykonávať zárobkovú činnosť u navrhovateľa stanovil na 25%. Ohľadom zmeny rozhodujúceho zdravotného postihnutia navrhovateľa za poškodenie chrbtice jednoznačne konštatoval, že táto nie je možná, nakoľko žiaden z doložených odborných lekárskych nálezov nie je takého stupňa a závažnosti, aby to umožňoval. Potvrdil posudkové závery uvedené v predchádzajúcich posudkoch posudkových lekárov. Navrhovateľ nie je invalidný podľa § 71 ods. 1 zákona č. 461/2003 Z.z. o sociálnom poistení. Navrhovateľ zotrval na podanom návrhu. Novšie lekárske nálezy nedoložil.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a posudkový lekár Sociálnej poisťovne ústredie Bratislava, vysunuté pracovisko Banská Bystrica vo svojich posudkoch a doplňujúcich odborných vyjadreniach zohľadnili všetky navrhovateľom uvádzané ťažkosti, vysporiadali sa s lekárskymi nálezmi nachádzajúcimi sa v zdravotnej dokumentácii navrhovateľa aj za účasti prísediaceho odborného lekára so špecializáciou neurológia a ortopédia a zhodne určili, že súčasný zdravotný stav navrhovateľa nespĺňa zdravotné podmienky na priznanie invalidity podľa § 71 ods. 1 zákona č. 461/2003 Z.z. o sociálnom poistení. Navrhovateľ v decembri 2011 utrpel nepracovný úraz so zlomeninou vonkajšieho členku pravej nohy, ktorá bola riešená konzervatívne sadrovou fixáciou a následným naložením ortézy. Navrhovateľ pre bolesti v pravej nohe, ktoré sa zvýrazňovali pri chôdzi bol opakovane vyšetrený ortopédom, vyšetrenie talokrulárneho zhybu magnetickou rezonanciou v tom čase nezistilo jednoznačné traumatické poškodenie. Pri RTG vyšetrení talokrulárneho zhybu bolo zistené škvrnité odvápnenie skeletu typu Sudeckovej dystrofie a známky artrózy talokrulárneho zhybu pravej nohy a navrhovateľ bol liečený pre Sudeckov syndróm. Cievne vyšetrenie je so záverom, že obtiaže navrhovateľa sú mimocievneho pôvodu, je popisovaná len ľahká varikozita v povodí vena safena magna v ľavom predkolení, ktorá bola hodnotená ako C2. Nález miernej kompresívnej zlomeniny hrudných stavcov je vedľajšími nálezom zobrazovacieho vyšetrenia a nemá vplyv na funkčný stav organizmu. Neurologické vyšetrenie zo dňa 11.12.2014 na základe EMG vyšetrenia, pri ktorom je nález koreňového poškodenia L5 vpravo vylúčilo periférne poúrazové poškodenie nervus peroneus, bolo odporučené chrbtice magnetickou rezonanciou a súčasne bola zahájená neuroprotektívna liečba Thiogammou. Mierna kompresívna zlomenina hrudných stavcov nemá vplyv na funkčný stav organizmu. Obmedzenie hybnosti prstov pravej nohy v dôsledku poškodenia nervového koreňa 5. driekového je iba čiastočné v rozsahu 1/3 normálneho pohybu. Doložené lekárske nálezy nie sú také závažné a takého stupňa, aby opodstatňovali zmenu v súčasnosti rozhodujúceho zdravotného postihnutia navrhovateľa za ochorenie chrbtice. Rozhodujúcim zdravotným postihnutím u navrhovateľa je Sudeckova dystrofia, mierna forma (kapitola XV., oddiel B, položka 2.a) prílohy č. 4 zákona č. 461/2003 Z.z.), kde mieru poklesu schopnosti vykonávať zárobkovú činnosť u navrhovateľa zhodne stanovili na 25%.Navrhovateľ nie je invalidný podľa § 71 ods. 1 zákona č. 461/2003 Z.z. o sociálnom poistení. Zistenia posudkových lekárov neboli spochybnené ani v súdnom konaní, nakoľko ani nové lekárske nálezy, ktoré boli doložené v priebehu súdneho konania nezdokladovali zhoršenie zdravotného stavu navrhovateľa. Závery posudkov posudkových lekárov sú odborné, presvedčivé, náležite zdôvodnené a súd nezistil rozpor medzi ich závermi a zisteným skutočným stavom. V prípade, že sa zdravotný stav navrhovateľa zmení, navrhovateľ môže novou žiadosťou požiadať o invalidný dôchodok. Súd preto z vyššie uvedených dôvodov napadnuté rozhodnutie číslo XXX XXX XXXX X zo dňa 4. júla 2014 podľa § 250q ods. 2 O.s.p. ako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https://www.kauzis.sk/judikatura/r/ECLI:SK:KSBA:2017:1014201637.4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