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5Sd/267/2014 z 31. 1. 2017</w:t>
      </w:r>
    </w:p>
    <w:p>
      <w:r>
        <w:t>Rozsudok Krajského súdu Bratislava z 31. januára 2017, sp. zn. 5Sd/267/2014, ECLI:SK:KSBA:2017:1014201735.2</w:t>
      </w:r>
    </w:p>
    <w:p>
      <w:r>
        <w:t>Súd: Krajský súd Bratislava</w:t>
      </w:r>
    </w:p>
    <w:p>
      <w:r>
        <w:t>Spisová značka: 5Sd/267/2014</w:t>
      </w:r>
    </w:p>
    <w:p>
      <w:r>
        <w:t>ECLI: ECLI:SK:KSBA:2017:1014201735.2</w:t>
      </w:r>
    </w:p>
    <w:p>
      <w:r>
        <w:t>Dátum vydania: 31. 1. 2017</w:t>
      </w:r>
    </w:p>
    <w:p>
      <w:r>
        <w:t>Forma: Rozsudok</w:t>
      </w:r>
    </w:p>
    <w:p>
      <w:r>
        <w:t>Oblasť práva: Správne právo</w:t>
      </w:r>
    </w:p>
    <w:p>
      <w:pPr>
        <w:pStyle w:val="Heading2"/>
      </w:pPr>
      <w:r>
        <w:t>Text rozhodnutia</w:t>
      </w:r>
    </w:p>
    <w:p>
      <w:r>
        <w:t>Súd: Krajský súd Bratislava Spisová značka: 5Sd/267/2014 Identifikačné číslo súdneho spisu: 1014201735 Dátum vydania rozhodnutia: 01. 02. 2017 Meno a priezvisko sudcu, VSÚ: JUDr. Milota Tóthová ECLI: ECLI:SK:KSBA:2017:1014201735.2 ROZSUDOK V MENE SLOVENSKEJ REPUBLIKY Krajský súd v Bratislave samosudkyňou JUDr. Milotou Tóthovou v právnej veci navrhovateľky P. H., U. J. R. U. XXX, J. R. U. proti odporkyni Sociálnej poisťovni ústredie v Bratislave, Ul. 29. augusta č. 8-10, Bratislava o invalidný dôchodok, takto r o z h o d o l : Súd rozhodnutie odporkyne číslo XXX XXX XXXX X M. D. X. H. XXXX G. N. Č. XXX XXX XXXX X zo dňa 22. februára 2016 p o t v r d z u j e . Účastníkom náhradu trov konania nepriznáva. o d ô v o d n e n i e : Rozhodnutím číslo XXX XXX XXXX X zo dňa 5. júna 2014 odporkyňa podľa § 73, § 112 ods. 4 a 6 a § 82 zákona č. 461/2003 Z.z. o sociálnom poistení v znení neskorších predpisov navrhovateľke znížila sumu invalidného dôchodku od 20. júla 2014 na sumu 300,10 eur mesačne. Rozhodla tak s odôvodnením, že podľa posudku posudkového lekára Sociálnej poisťovne, pobočka Bratislava zo dňa 15. mája 2014 navrhovateľka je od 15. mája 2014 naďalej invalidná s mierou poklesu schopnosti vykonávať zárobkovú činnosť 60%. Rozhodnutím číslo XXX XXX XXXX X M. dňa 22. februára 2016 odporkyňa podľa § 73, § 112 ods. 4 a 6 a § 82 zákona č. 461/2003 Z.z. o sociálnom poistení v znení neskorších predpisov zvýšila navrhovateľke sumu invalidného dôchodku od 12. októbra 2015 na sumu 510,40 eur mesačne, zvýšenú od 1. januára 2016 na sumu 512,10 eur mesačne. Rozhodla tak s odôvodnením, že podľa posudku posudkového lekára Sociálnej poisťovne, pobočka Bratislava zo dňa 10. februára 2016 navrhovateľka je od 12. októbra 2015 invalidná s mierou poklesu schopnosti vykonávať zárobkovú činnosť viac ako 70%. Navrhovateľka návrhom zo dňa 14.7.2014 žiadala preskúmať rozhodnutie odporkyne číslo XXX XXX XXXX X zo dňa 5. júna 2014, nesúhlasila so znížením miery poklesu schopnosti vykonávať zárobkovú činnosť a namietala, že jej zdravotný stav sa nezlepšil. Uviedla, že vo 44-tich rokoch ochorela na Crohnovu chorobu, ktorá je nevyliečiteľná, bola opakovane hospitalizovaná na chirurgii pre problémy s brušnou dutinou. Poukázala ďalej na to, že užívala kortikoidy, ktoré sa nepriaznivo prejavili na jej zdravotnom stave, zvýraznili sa bolesti kĺbov a svalov, zhoršil sa jej zrak a zápal pretrváva ďalej. Po operácii apendixu v roku 2009 má oslabenú imunitu. Návrhom zo dňa 21.3.2016 navrhovateľka žiadala preskúmať rozhodnutie odporkyne číslo XXX XXX XXXX X zo dňa 22. februára 2016, nesúhlasila s dátumom zvýšenia invalidného dôchodku od 12.10.2015, nakoľko invalidný dôchodok jej bol zo znížený od 20.7.2014. Zotrvala na námietkach uvedených v jej predchádzajúcom návrhu. Zároveň žiadala o doplatok za obdobie od 20.7.2014 do 11.10.2015, t.j. od zníženia invalidného dôchodku. Krajský súd preskúmal rozhodnutie číslo XXX XXX XXXX X zo dňa 5. júna 2014 a rozhodnutie číslo XXX XXX XXXX X zo dňa 22. februára 2016 podľa § 250l a nasl. O.s.p., prejednal návrhy navrhovateľky a dospel k záveru, že návrhy nie sú dôvodné. Krajský súd vykonal dokazovanie výsluchom účastníkov, posudkami posudkového lekára Sociálnej poisťovne pobočky Bratislava zo dňa 15.5.2014 a 27.8.2014, posudkom posudkového lekára Sociálnej poisťovne ústredie Bratislava zo dňa 15.10.2014, doplňujúcim odborným vyjadrením posudkového lekára Sociálnej poisťovne ústredie Bratislava zo dňa 10.2.2016 a 12.9.2016, oboznámil sa s posudkovým spisom odporkyne a zistil tento skutkový stav. Podľa § 70 ods. 1 zákona č. 461/2003 Z.z. o sociálnom poistení v znení neskorších predpisov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č. 461/2003 Z.z. o sociálnom poistení poistenec je invalidný, ak pre dlhodobo nepriaznivý zdravotný stav má pokles schopnosti vykonávať zárobkovú činnosť o viac ako 40% v porovnaní so zdravou fyzickou osobou. Podľa § 71 ods. 2 cit. zákona dlhodobo nepriaznivý zdravotný stav je taký zdravotný stav, ktorý spôsobuje pokles schopnosti vykonávať zárobkovú činnosť a ktorý má podľa poznatkov lekárskej vedy trvať dlhšie ako jeden rok. 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cit.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cit. zákona jednotlivé percentuálne miery poklesu schopnosti vykonávať zárobkovú činnosť sa nesčítavajú. Podľa § 71 ods. 8 cit. zákona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Hodnotenie miery zhoršenie zdravotného stavu vyžaduje odborné lekárske znalosti a vo veciach dôchodkového poistenia je podľa zákona č. 461/2003 Z.z. o sociálnom poistení lekárska posudková činnosť dôchodkového poistenia zverená posudkovému lekárovi sociálneho poistenia príslušnej pobočky a posudkovému lekárovi sociálneho poistenia ústredia (153 ods. 5 zákona č. 461/2003 Z.z.). Podľa § 112 ods. 4 zákona č. 461/2003 Z.z. o sociálnom poistení výplata dávky sa zastaví, uvoľní alebo sa dávka vypláca v nižšej sume alebo vo vyššej sume, ak sa zmenia skutočnosti rozhodujúce na nárok na výplatu dávky. Podľa § 112 ods. 6 cit. zákona dávka sa odníme, zníži alebo jej výplata sa zastaví odo dňa nasledujúceho po dni, ktorým uplynulo obdobie, za ktoré sa dávka už vyplatila. V preskúmavanej veci súd zistil, že navrhovateľka bola na základe posudku posudkového lekára Sociálnej poisťovne pobočka Bratislava-okolie zo dňa 21.2.2007 uznaná invalidnou od 21.2.2007, ako rozhodujúce zdravotné postihnutie u navrhovateľky boli stanovené choroby tráviacej sústavy (kapitola X., oddiel C, porovnateľné s položkou 4.b) prílohy č. 4 zákona č. 461/2003 Z.z.). Mieru poklesu schopnosti vykonávať zárobkovú činnosť posudkový lekár stanovil od 21.2.2007 na 80%. Pri kontrolnej prehliadke uskutočnenej dňa 22.4.2009 posudkovým lekárom Sociálnej poisťovne pobočka Bratislava- okolie navrhovateľka bola uznaná naďalej invalidnou pre rozhodujúce zdravotné postihnutie choroby tráviacej sústavy (kapitola X., oddiel C, porovnateľné s položkou 4.b) prílohy č. 4 zákona č. 461/2003 Z.z.)s mierou poklesu schopnosti vykonávať zárobkovú činnosť 80%. Posudkový lekár Sociálnej poisťovne pobočka Bratislava pri kontrolnej lekárskej prehliadke v posudku zo dňa 15.5.2014 uviedol, že navrhovateľka trpí na Crohnovu chorobu. Konštatoval, že navrhovateľka bola opakovane hospitalizovaná na chirurgii, bola operovaná pre perforáciu perirektálneho abcesu a následnou peritonitídou, bola jej vykonaná sigmostómia, podstúpila operáciu extrasfinkterickej fistuly, opakovane podstúpila dilatáciu stenotickej sigmostómie. V novembri 2009 bola vykonaná operácia - zanorenie umelého vývodu s odstránením fistuly konečníka. Navrhovateľka je pooperačne až doposiaľ sledovaná gastroenterológom. Stav je možné hodnotiť ako zlepšený oproti kontrole v apríli 2009, podľa posledného gastroenterologického vyšetrenia stabilizovaný pri zavedenej liečbe. Rozhodujúcim zdravotným postihnutím u navrhovateľky je Crohnova choroba, florídne štádium (kapitola X., oddiel C, položka 2.c) prílohy č. 4 zákona č. 461/2003 Z.z.), kde mieru poklesu schopnosti vykonávať zárobkovú činnosť stanovil od 15.5.2014, t.j. dňom posúdenia zdravotného stavu na 60%. Navrhovateľka je naďalej invalidná podľa § 71 ods. 1 zákona č. 461/2003 Z.z. o sociálnom zabezpečení. Je schopná vykonávať prácu bez nadmernej fyzickej záťaže a bez nočných zmien, napr. v administratíve na skrátený pracovný úväzok. Na základe tohto posudku odporkyňa vydala rozhodnutie číslo XXX XXX XXXX X zo dňa 5. júna 2014, ktorým podľa § 73, § 112 ods. 4 a 6 a § 82 zákona č. 461/2003 Z.z. o sociálnom poistení v znení neskorších predpisov navrhovateľke znížila sumu invalidného dôchodku od 20. júla 2014 na sumu 300,10 eur mesačne s odôvodnením, že podľa posudku posudkového lekára Sociálnej poisťovne, pobočka Bratislava zo dňa 15. mája 2014 navrhovateľka je od 15. mája 2014 naďalej invalidná s mierou poklesu schopnosti vykonávať zárobkovú činnosť 60%. Po podaní opravného prostriedku zdravotný stav a pracovnú schopnosť navrhovateľky opätovne posúdil posudkový lekár Sociálnej poisťovne pobočka Bratislava dňa 27.8.2014, ktorý po vyhodnotení doložených nových lekárskych nálezov z gastroenterologického vyšetrenia zo dňa 18.10.2013 a 30.5.2014, kolonoskopického vyšetrenia zo dňa 30.6.2014, kožného vyšetrenia zo dňa 7.7.2014 a očného vyšetrenia pred operáciou sivého zákalu zo dňa 6.6.2014 uviedol, že navrhovateľka trpí na Crohnovu chorobu. Uviedol, že navrhovateľka bola opakovane hospitalizovaná na chirurgii, operovaná pre perforáciu perirektálneho abcesu a následnou peritonitídou, bola jej vykonaná sigmostómia, podstúpila operáciu extrasfinkterickej fistuly, opakovane podstúpila dilatáciu stenotickej sigmostómie. V novembri 2009 bola vykonaná operácia - zanorenie umelého vývodu s odstránením fistuly konečníka. Navrhovateľka je pooperačne až doposiaľ sledovaná gastroenterológom. Konštatoval, že stav je možné hodnotiť ako zlepšený oproti kontrole v apríli 2009, podľa posledného gastroenterologického vyšetrenia stabilizovaný pri zavedenej liečbe. Rozhodujúcim zdravotným postihnutím u navrhovateľky je Crohnova choroba, florídne štádium (kapitola X., oddiel C, položka 2.c) prílohy č. 4 zákona č. 461/2003 Z.z.) a potvrdil mieru poklesu schopnosti vykonávať zárobkovú činnosť od 15.5.2014. t.j. dňom posúdenia zdravotného stavu na 60%. Navrhovateľka je naďalej invalidná podľa § 71 ods. 1 zákona č. 461/2003 Z.z. o sociálnom zabezpečení. Je schopná vykonávať prácu bez nadmernej fyzickej záťaže a bez nočných zmien, napr. v administratíve na skrátený pracovný úväzok. Posudkový lekár Sociálnej poisťovne ústredie Bratislava v posudku zo dňa 15.10.2014 uviedol, že navrhovateľka trpí na Crohnovu chorobu. Konštatoval, že u navrhovateľky je anamnéza primárneho interného ochorenia Crohnova choroba, ktoré bolo diagnostikované v apríli 2006, bola potvrdená kolitída s maximom v oblasti céka, perianálnymi komplikáciami - perirektálnym abscesom. Bola vykonaná sigmostómia, sigmorektoanastomóza. V septembri 2006 bola vykonaná reoperácia pre sterkorálnu parastomálnu fistulu v jazve. V novembri 2009 bola vykonané zanorenie sigmoidostómie, od uvedeného obdobia neboli vykonané žiadne operačné zákroky. U navrhovateľky je naďalej rozhodujúcim zdravotným postihnutím Crohnova choroba, floridné štádiu s tvorbou pseudopolypov, bez vredov, bez fistúl, bez zápalových zmien až po terminálne illeum. Konštatoval, že ochorenie vykázalo v klinickom obraze jednoznačné známky zlepšenia, čo potvrdzuje aj histológia zo dňa 1.7.2014, sliznica hrubého čreva je bez zmien typických pre Crohnovu chorobu, pri tomto vyšetrení bol zistený tubulárny adenóm hrubého čreva, nezhubný nádorček asi 40 cm od konečníka. Zdravotný stav od roku 2009 z posudkového a klinického hľadiska vykazuje jednoznačné známky zlepšenia, nakoľko nie sú niekoľko rokov rozvinuté komplikácie ochorenia ako tvorba vredov, krvácanie do tráviaceho traktu, hnis v stolici, ťažká podvýživa, rozvrat vnútorného prostredia a poruchy črevnej pasáže. Zlepšenie zdravotného stavu navrhovateľky potvrdzuje aj posledné gastroenterologické vyšetrenie zo dňa 19.8.2014, histologické vyšetrenie zo dňa 1.7.2014 a kolonoskopické vyšetrenie z júna 2014, všetky laboratórne parametre sú zlepšené a nebola potvrdená chudokrvnosť. Navrhovateľka bola opakovane vyšetrená na reumatologickej ambulancii 10.9.2014, ktoré záveruje stav bez prejavov reumatologického ochorenia, nebola potvrdená osteoporóza. Rozhodujúcim zdravotným postihnutím u navrhovateľky je Crohnova choroba, florídne štádium (kapitola X., oddiel C, položka 2.c) prílohy č. 4 zákona č. 461/2003 Z.z.), kde mieru poklesu schopnosti vykonávať zárobkovú činnosť stanovil od 15.5.2014 na 60%. Pridružené ochorenia, na ktoré navrhovateľka počas posudzovania poukazovala a to počínajúca katarakta pravého oka, škúlenie ľavého oka, možný glaukóm a drobné vyrážky na tele po liekoch sú z posudkového hľadiska bezvýznamné a nepodmieňujú zvýšenie percentuálnej miery pre iné zdravotné postihnutie. Navrhovateľka je naďalej invalidná podľa § 71 ods. 1 zákona č. 461/2003 Z.z. o sociálnom zabezpečení. Je schopná vykonávať prácu bez nadmernej fyzickej záťaže a psychickej záťaže, napr. v administratíve na skrátený pracovný úväzok. Navrhovateľka pri výsluchu v súdnom konaní zotrvala na podanom návrhu uviedla, že jej zdravotný stav nie je dobrý a poukázala na to, že má absolvovať kolonoskopické vyšetrenie po roku a nie po troch rokoch, nakoľko podľa gastroenterológa došlo k určitým problémom. Došlo aj zhoršeniu sivého zákalu a vzhľadom na prekonané operácie pretrvávajú u nej problémy s vetrami a so stolicou. V dôsledku týchto zdravotných problémov nie je schopná pracovať a mala by vážne problémy v práci. Doložila nové lekárske nálezy. Súd doplnil dokazovanie zadovážením si odborného vyjadrenia posudkového lekára Sociálnej poisťovne ústredie Bratislava, ktorý v doplňujúcom odbornom vyjadrení zo dňa 10.2.2016 za prítomnosti prísediaceho odborného lekára internistu, gastroenterológa po vyhodnotení nových lekárskych nálezov a to očného vyšetrenia zo dňa 17.10.2014, 29.1.2015, 18.9.2015 a 24.6.2015, gastroenterologického vyšetrenia zo dňa 25.11.2014, 12.6.2015 a 12.10.2015, laboratórnych výsledkov zo dňa 29.9.2015 a 29.9.2015, ortopedického vyšetrenia zo dňa 8.4.2015 a reumatologického vyšetrenia zo dňa 19.10.2015 konštatoval, že u navrhovateľky došlo k zhoršeniu zdravotného stavu od 12.10.2015. Rozhodujúcim zdravotným postihnutím u navrhovateľky je ulcerózna kolitída, idiopatická proktokolitída, Crohnova choroba, floridné štádium s komplikáciami (tvorba vredov, a polypov, ťažká malnutrícia, fistula, perforácia, poruchy črevnej pasáže s podstatným znížením výkonnosti organizmu (kapitola X., oddiel C, položka 2.c) prílohy č. 4 zákona č. 461/2003 Z.z.), kde mieru poklesu schopnosti vykonávať zárobkovú činnosť stanovil 70% odo dňa 12.10.2015, t.j. odo dňa, kedy bolo potvrdené zhoršenie rozhodujúceho zdravotného postihnutia navrhovateľky. Pre iné zdravotné postihnutie a to ostané ochorenia zvýšil mieru poklesu schopnosti vykonávať zárobkovú činnosť o 5%. Celková miera poklesu schopnosti vykonávať zárobkovú činnosť je 75%. Navrhovateľka je naďalej invalidná podľa § 71 ods. 1 zákona č. 461/2003 Z.z. o sociálnom zabezpečení. Na základe tohto posudku odporkyňa vydala rozhodnutie číslo XXX XXX XXXX X zo dňa 22. februára 2016, ktorým podľa § 73, § 112 ods. 4 a 6 a § 82 zákona č. 461/2003 Z.z. o sociálnom poistení v znení neskorších predpisov zvýšila navrhovateľke sumu invalidného dôchodku od 12. októbra 2015 na sumu 510,40 eur mesačne, zvýšenú od 1. januára 2016 na sumu 512,10 eur mesačne s odôvodnením, že podľa posudku posudkového lekára Sociálnej poisťovne, pobočka Bratislava zo dňa 10. februára 2016 navrhovateľka je od 12. októbra 2015 invalidná s mierou poklesu schopnosti vykonávať zárobkovú činnosť viac ako 70%. Navrhovateľka návrhom zo dňa 21.3.2016 žiadala preskúmať toto rozhodnutie nesúhlasila s dátumom zvýšenia invalidného dôchodku od 12.10.2015, nakoľko invalidný dôchodok jej bol znížený od 20.7.2014. Zotrvala na námietkach uvedených v jej predchádzajúcom návrhu. Zároveň žiadala o doplatok za obdobie od 20.7.2014 do 11.10.2015, t.j. od zníženia invalidného dôchodku. Súd doplnil dokazovanie zadovážením si odborného vyjadrenia posudkového lekára Sociálnej poisťovne ústredie Bratislava, ktorý v doplňujúcom odbornom vyjadrení zo dňa 12.9.2016 uviedol, že navrhovateľka trpí na choroby a to Crohnovu chorobu, zvýšený vnútroočný tlak - glaukóm a bolesti kĺbov - polyatralgie. Posudkový lekár po vyhodnotení posudkovej dokumentácie navrhovateľky konštatoval, že gastroenterologické vyšetrenie zo dňa 12.6.2015 dokumentuje stabilizovaný gastroenterologický nález, zmieňuje sa v ňom bolestivosť kostí a kolien. Ortopédom boli zistené pätné ostrohy (tuber calcanei). Pre zvýraznenie ťažkostí bolo dňa 12.10.2015 vykonané opätovné endoskopické vyšetrenie čreva - kolonoskopia a boli zistené zápalové zmeny sliznice hrubého čreva a ojedinelé erózie. Potvrdil posudkové závery predchádzajúcich posúdení zdravotného stavu navrhovateľky a zdôraznil, že posúdenie zdravotného stavu navrhovateľky na účely invalidity bolo správne a pre navrhovateľku aj mimoriadne priaznivé vzhľadom na to, že odborné lekárske nálezy, ktoré dokumentovali stav rozhodujúceho zdravotného postihnutia navrhovateľky, t.j. zápalového ochorenia čreva (M. Crohn) v čase od 15.5.2013 až do 12.10.2015 boli takého charakteru, že by oprávňovali zaradenie tohto postihnutia do položky 2.c kapitoly X. oddiel C prílohy č. 4 k zákonu č. 461/2003 Z.z. v znení neskorších predpisov, ktorému zodpovedá miera poklesu schopnosti vykonávať zárobkovú činnosť 30% až 40%. Potvrdil posudkový záver, že rozhodujúcim zdravotným postihnutím u navrhovateľky je ulcerózna kolitída, idiopatická proktokolitída, Crohnova choroba, floridné štádium s komplikáciami (tvorba vredov, a polypov, ťažká malnutrícia, fistula, perforácia, poruchy črevnej pasáže s podstatným znížením výkonnosti organizmu (kapitola X., oddiel C, položka 2.c) prílohy č. 4 zákona č. 461/2003 Z.z.) so stanovenou mierou poklesu schopnosti vykonávať zárobkovú činnosť 70%, čo je horná hranica percentuálneho rozpätia v danej položke aj keď neboli dokázané poruchy výživy (ťažká malnutrícia) ani fistula ani perforácia (prederavenie čreva) odo dňa 12.10.2015, t.j. odo dňa, kedy bolo potvrdené zhoršenie rozhodujúceho zdravotného postihnutia navrhovateľky ako aj zvýšenie percentuálnej miery poklesu schopnosti vykonávať zárobkovú činnosť o 5% pre iné zdravotné postihnutie a to ostané ochorenia. Celková miera poklesu schopnosti vykonávať zárobkovú činnosť je 75%. Navrhovateľka je naďalej invalidná podľa § 71 ods. 1 zákona č. 461/2003 Z.z. o sociálnom zabezpečení. Navrhovateľka zotrvala na podaných návrhoch a uviedla, že Crohnova choroba, na ktorú trpí prebieha tak, že raz vzplanie zápalové štádium a raz prichádza k ukľudneniu. Poukázala na to, že po znížení sumy invalidného dôchodku sa jej zhoršil zdravotný stav, musela držať diétu a nemohla vykonávať fyzickú prácu. V súčasnosti má nasadenú novú liečby, ktorá jej však nepomáha. V roku 2014 a 2015 nebola v stabilizovanom stave, schudla osem kíl, avšak vzhľadom na celkovú slabosť to neriešila gastroenterologickým vyšetrením. Zástupkyňa odporkyne uviedla, že posúdenie zdravotného stavu vyžaduje odborné znalosti a posúdenie zdravotného stavu a pracovnej schopnosti bolo zo zákona zverené posudkovým lekárom. Vzhľadom na závery posudkov posudkových lekárov, ktorí podrobne vysvetlili dôvody, prečo došlo k zvýšeniu miery poklesu schopnosti vykonávať zárobkovú činnosť v posudku zo dňa 12.9.2016 žiadala napadnuté rozhodnutie číslo XXX XXX XXXX X zo dňa 5. júna 2014 a rozhodnutie číslo XXX XXX XXXX X zo dňa 22. februára 2016 ako vecne správne potvrdiť. Posudkový lekár sociálneho poistenia Sociálnej poisťovne pobočka Bratislava ako aj posudkový lekár sociálneho poistenia Sociálnej poisťovne ústredie Bratislava vo svojich vyššie uvedených posudkoch ako aj doplňujúcom odbornom vyjadrení posudkového lekára Sociálnej poisťovne ústredie Bratislava zo dňa 10.2.2016 a 12.9.2016 aj za prítomnosti prísediaceho odborného lekára internistu gastroenterológa zohľadnili všetky navrhovateľkou uvádzané ťažkosti a vysporiadali sa s lekárskymi nálezmi nachádzajúcimi sa v zdravotnej dokumentácii navrhovateľky. Zhodne konštatovali, že zdravotný stav navrhovateľky z posudkového hľadiska spĺňa posudkové kritériá na uznanie invalidity od 15.5.2014 pre rozhodujúce zdravotné postihnutie navrhovateľky, ktorým je Crohnova choroba, florídne štádium (kapitola X., oddiel C, položka 2.c) prílohy č. 4 zákona č. 461/2003 Z.z.), kde mieru poklesu schopnosti vykonávať zárobkovú činnosť zhodne stanovili od 15.5.2014 na 60%. Na základe kolonoskopického vyšetrenia zo dňa 12.10.2015, ktorým bolo potvrdené zhoršenie zdravotného stavu navrhovateľky posudkový lekár Sociálnej poisťovne ústredie Bratislava v doplňujúcom odbornom vyjadrení zo dňa 10.2.2016 za prítomnosti prísediaceho odborného lekára internistu, gastroenterológa zmenil pôvodne stanovené rozhodujúce zdravotné postihnutie navrhovateľky a ako rozhodujúce zdravotné postihnutie stanovil ulcerózna kolitída, idiopatická proktokolitída, Crohnova choroba, floridné štádium s komplikáciami (tvorba vredov, a polypov, ťažká malnutrícia, fistula, perforácia, poruchy črevnej pasáže s podstatným znížením výkonnosti organizmu (kapitola X., oddiel C, položka 2.c) prílohy č. 4 zákona č. 461/2003 Z.z.), kde mieru poklesu schopnosti vykonávať zárobkovú činnosť stanovil na 70%, t.j. na hornej hranici percentuálneho rozpätia v danej položke odo dňa 12.10.2015, kedy bolo potvrdené zhoršenie rozhodujúceho zdravotného postihnutia navrhovateľky. Pre iné zdravotné postihnutie a to ostané ochorenia zvýšil mieru poklesu schopnosti vykonávať zárobkovú činnosť o 5%. Celková miera poklesu schopnosti vykonávať zárobkovú činnosť od 12.10.2015 je 75%. Navrhovateľka trpí na Crohnovu chorobu, ktorá jej bola diagnostikovaná v apríli 2006, pre komplikácie bola opakovane operovaná; bola vykonaná sigmostómia, sigmorektoanastomóza, v septembri 2006 bola vykonaná reoperácia pre sterkorálnu parastomálnu fistulu v jazve a v novembri 2009 bolo vykonané zanorenie sigmoidostómie. Od uvedeného obdobia neboli vykonané žiadne operačné zákroky. Ochorenie vykázalo v klinickom obraze známky zlepšenia, čo potvrdzuje histológia zo dňa 1.7.2014, sliznica hrubého čreva je bez zmien typických pre Crohnovu chorobu, pri tomto vyšetrení bol zistený len nezhubný nádorček asi 40 cm od konečníka. Zlepšenie zdravotného stavu od roku 2009 potvrdzuje tiež skutočnosť, že niekoľko rokov neboli rozvinuté komplikácie ochorenia ako tvorba vredov, krvácanie do tráviaceho traktu, hnis v stolici, ťažká podvýživa, rozvrat vnútorného prostredia a poruchy črevnej pasáže. V období od 15.5.2013 až 12.10.2015 odborné lekárske nálezy nedokumentovali zhoršený stav rozhodujúceho zdravotného postihnutia navrhovateľky, čo potvrdzuje aj gastroenterologické vyšetrenie zo dňa 19.8.2014, histologické vyšetrenie zo dňa 1.7.2014 a kolonoskopické vyšetrenie z júna 2014, všetky laboratórne parametre sú zlepšené a nebola potvrdená chudokrvnosť. Až vykonané opätovné endoskopické vyšetrenie čreva - kolonoskopia dňa 12.10.2015 potvrdilo zistené zápalové zmeny sliznice hrubého čreva a ojedinelé erózie. Zistenia posudkových lekárov neboli spochybnené ani v súdnom konaní. Závery posudkov posudkových lekárov sú odborné, presvedčivé, náležite zdôvodnené a súd nezistil rozpor medzi ich závermi a zisteným skutočným stavom. Krajský súd preto z vyššie uvedených dôvodov napadnuté rozhodnutie číslo XXX XXX XXXX X M. D. X. H. XXXX G. N. Č. XXX XXX XXXX X zo dňa 22. februára 2016 podľa § 250q ods. 2 O.s.p. ako vecne správne potvrdil. O trovách konania súd rozhodol podľa § 250k ods. 1 v spojení s § 250l ods. 2 O.s.p. Navrhovateľka nebola v konaní úspešná, a preto jej súd trovy konania nepriznal a odporkyni trovy konania neprislúchajú. V danom prípade súd postupoval podľa ustanovenia § 492 ods. 1 zákona č. 162/2015 Z.z. Správny súdny poriadok, podľa ktorého konania podľa tretej hlavy piatej časti Občianskeho súdneho poriadku začaté predo dňom nadobudnutia účinnosti tohto zákona sa dokončia podľa doterajších predpisov.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https://www.kauzis.sk/judikatura/r/ECLI:SK:KSBA:2017:1014201735.2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