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5Sd/284/2014 z 5. 9. 2017</w:t>
      </w:r>
    </w:p>
    <w:p>
      <w:r>
        <w:t>Rozsudok Krajského súdu Bratislava z 5. septembra 2017, sp. zn. 5Sd/284/2014, ECLI:SK:KSBA:2017:1014201809.3</w:t>
      </w:r>
    </w:p>
    <w:p>
      <w:r>
        <w:t>Súd: Krajský súd Bratislava</w:t>
      </w:r>
    </w:p>
    <w:p>
      <w:r>
        <w:t>Spisová značka: 5Sd/284/2014</w:t>
      </w:r>
    </w:p>
    <w:p>
      <w:r>
        <w:t>ECLI: ECLI:SK:KSBA:2017:1014201809.3</w:t>
      </w:r>
    </w:p>
    <w:p>
      <w:r>
        <w:t>Dátum vydania: 5. 9. 2017</w:t>
      </w:r>
    </w:p>
    <w:p>
      <w:r>
        <w:t>Forma: Rozsudok</w:t>
      </w:r>
    </w:p>
    <w:p>
      <w:r>
        <w:t>Oblasť práva: Správne právo</w:t>
      </w:r>
    </w:p>
    <w:p>
      <w:pPr>
        <w:pStyle w:val="Heading2"/>
      </w:pPr>
      <w:r>
        <w:t>Text rozhodnutia</w:t>
      </w:r>
    </w:p>
    <w:p>
      <w:r>
        <w:t>Súd: Krajský súd Bratislava Spisová značka: 5Sd/284/2014 Identifikačné číslo súdneho spisu: 1014201809 Dátum vydania rozhodnutia: 06. 09. 2017 Meno a priezvisko sudcu, VSÚ: JUDr. Milota Tóthová ECLI: ECLI:SK:KSBA:2017:1014201809.3 ROZSUDOK V MENE SLOVENSKEJ REPUBLIKY Krajský súd v Bratislave samosudkyňou JUDr. Milotou Tóthovou v právnej veci navrhovateľky G.. H. D., R. E.Á. XXXXX/Xa, R. proti odporkyni Sociálnej poisťovni ústredie v Bratislave, Ul. 29. augusta č. 8-10, Bratislava o invalidný dôchodok takto r o z h o d o l : Súd rozhodnutie odporkyne číslo XXX XXX XXXX X zo dňa 1. júla 2014 potvrdzuje. Účastníkom náhradu trov konania nepriznáva. o d ô v o d n e n i e : Rozhodnutím číslo XXX XXX XXXX X zo dňa 1. júla 2014 odporkyňa podľa § 70 a § 71 zákona č. 461/2003 Z.z. o sociálnom poistení v znení neskorších predpisov zamietla žiadosť navrhovateľky o invalidný dôchodok zo dňa 25. apríla 2014. Rozhodla tak s odôvodnením, že podľa posudku posudkového lekára Sociálnej poisťovne, pobočky v Bratislave zo dňa 25. apríla 2014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25%. Navrhovateľka návrhom zo dňa 5.8.2014 žiadala preskúmať toto rozhodnutie odporkyne, poukázala na to, že v čase relevantnom pre posúdenia jej zdravotného stavu a následne trpela trpí okrem ťažkej formy esovitej skoliózy s kongenitálnymi blokmi C4-6, Th1-2, Th12-L1 aj ďalšími zdravotnými problémami ako pokročilou osteoartrózou, pokročilou osteochondrózou a spondylózou C3-4 s asymetrickou herniou disku s naznačenou impresiou do pravej časti miechy, foraminostenózou vpravo s kontaktom uvedených zmien na koreň C4 1dx. a LIS s iritáciou L4 a vykonaná MR mozgu diagnostikovala stenózu resp. arteficiálne oslabený prietokový signál v C2/C3 segmente ľavej ACI. Uviedla ďalej, že má bolesti ramien a krížov, tŕpnutie a tras rúk, chvenie celého tela, závraty, hučanie v hlave, poruchy pamäte, cervikalgie, dysfunkciu stabilizačného systému chrbtice, chronickú bolesť, stavy úzkosti a depresívne stavy. Dlhodobé sedenie jej spôsobuje nepredstaviteľné bolesti a na zmiernenie bolesti musí nosiť krčný golier a bedrový pás. Nesúhlasila so stanovením jej rozhodujúceho zdravotného postihnutia, nakoľko sa u nej jedná o ťažkú formu esovitej skoliózy s následkami a žiadala, aby toto ochorenie bolo zaradené podľa prílohy č. 4 zákona č. 461/2003 Z.z. o sociálnom poistení do kapitoly XV., oddiel E položka 3c) a 5c) a ďalšie. Záverom uviedla, že jej zdravotný stav si vyžaduje neustále návštevy lekárov a rehabilitácie, ktoré stoja nemalé finančné prostriedky, ktoré sama ako rozvedená žena nemá a vyžadujú tiež čas, ktorý neustále vynecháva z práce. Krajský súd preskúmal napadnuté rozhodnutie podľa § 250l a nasl. O.s.p., prejednal návrh navrhovateľky a dospel k záveru, že návrh nie je dôvodný. Krajský súd vykonal dokazovanie výsluchom odporkyne, posudkom posudkového lekára Sociálnej poisťovne pobočka Bratislava zo dňa 25.4.2014 a 19.9.2014, posudkom posudkového lekára Sociálnej poisťovne ústredie Bratislava zo dňa 28.10.2014,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25.4.2014 uviedol, že navrhovateľka trpí na choroby a to dorzalgie-bolesti chrbtice a skoliosis. Uviedol, že navrhovateľka je od detstva sledovaná ortopédom pre skoliózu, abreváciu ľavej nohy. Konštatoval, že objektívnym vyšetrením boli zistené minimálne zmeny na krčnej aj hrudnej chrbtici, jedná sa o ľahkú formu esovitej skoliózy, bez radikulárnych kompresií s miernym funkčným postihnutím s prejavmi nervového a svalového dráždenia, slabosť svalového korzetu a mierne obmedzenie pohybu v postihnutom úseku. Rozhodujúcim zdravotným postihnutím u navrhovateľky sú degeneratívne zmeny chrbtice a medzistavcových platničkách s miernym funkčným obmedzením (kapitola XV., oddiel E, položka 3.b) prílohy č. 4 zákona č. 461/2003 Z.z.), kde mieru poklesu schopnosti vykonávať zárobkovú činnosť stanovil na 25%. Navrhovateľka nie je invalidná podľa § 71 ods. 1 zákona č. 461/2003 Z.z. o sociálnom poistení. Po podaní návrhu zdravotný stav a pracovnú schopnosť navrhovateľky opätovne posúdil posudkový lekár Sociálnej poisťovne pobočka Bratislava, ktorý po vyhodnotení doložených nových lekárskych nálezov a to lekárskej správy z neurologického vyšetrenia zo dňa 2.5.2014, 9.5.2014, 1.8.2014 a 4.8.2014, lekárskej správy z ortopedického vyšetrenia zo dňa 30.6.2014 a 3.7.2014, MRI vyšetrenia zo dňa 16.1.2014 a rádiologického vyšetrenia zo dňa 27.6.2014 v posudku zo dňa 19.9.2014 v celom rozsahu zotrval na posudkovom závere uvedenom v posudku zo dňa 25.42014. Posudkový lekár Sociálnej poisťovne ústredie Bratislava v posudku zo dňa 28.10.2014 uviedol, že navrhovateľka trpí na choroby a to bolesti chrbtice-dorzalgie, skoliózu hrudného segmentu chrbtice a úzkostný syndróm, neklasifikovaný. Konštatoval, že u navrhovateľky je anamnéza primárneho neurologického ochorenia v zmysle chronických bolestí chrbta - dorzagií a skoliózy hrudného segmentu chrbtice vľavo. Uviedol, že v zostatkovom neurologickom náleze nie sú rozvinuté obrny končatín, ani úbytok svalovej hmoty, neprítomné závažné výpadky citlivosti, poruchy zvieračov nie sú zdokladované žiadne. Ľavostranná skolióza hrudného segmentu chrbtice nedosahuje ani stredný stupeň a nie sú potvrdené komplikácie v dôsledku útlaku vnútrohrudných orgánov - kardiorespiračné. Navrhovateľka bola dňa 8.9.014 vyšetrená psychológom, výsledok je zahrnutý v neurologickom vyšetrení zo dňa 3.10.2014, je uvedená afektívna dekompenzácia osobnosti v záťažovej životnej situácii, dominuje úzkostne depresívne ladenie strednej hĺbky, aktuálne bez známok kognitívneho deficitu v dôsledku organických zmien. NMR vyšetrenie mozgu z júna 2014 je bez patológie a EMG vyšetrenie v norme. Rozhodujúcim zdravotným postihnutím u navrhovateľky sú degeneratívne zmeny chrbtice a medzistavcových platničkách s miernym funkčným obmedzením, s prejavmi nervového a svalového dráždenia, slabosť svalového korzetu, obmedzenie pohybu v postihnutom úseku (kapitola XV., oddiel E, položka 3.b) prílohy č. 4 zákona č. 461/2003 Z.z.), kde mieru poklesu schopnosti vykonávať zárobkovú činnosť stanovil na 25%. Navrhovateľka nie je invalidná podľa § 71 ods. 1 zákona č. 461/2003 Z.z. o sociálnom poistení. Navrhovateľka pri výsluchu v súdnom konaní zotrvala v celom rozsahu na podanom návrhu. Zástupkyňa odporkyne uviedla, že posúdenie zdravotného stavu a pracovnej schopnosti je zo zákona zverené posudkovým lekárom a vzhľadom na zhodné závery posudkov posudkových lekárov žiadala napadnuté rozhodnutie ako vecne správne potvrdiť. Zdôraznila, že navrhovateľka si v roku 2016 podala novú žiadosť o invalidný dôchodok, bolo vydané rozhodnutie číslo XXX XXX XXXX X zo dňa 13. decembra 2016, ktorým bola žiadosť navrhovateľky o invalidný dôchodok zamietnutá a nové lekárske nálezy boli v konaní o invalidný dôchodok v roku 2016 zhodnotené. Zároveň poukázala na to, že rozhodnutie zo dňa 13. decembra 2016 nie je predmetom tohto konania.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navrhovateľky a dospeli k zhodnému názoru, že súčasný zdravotný stav navrhovateľky nespĺňa zdravotné podmienky na priznanie invalidity podľa § 71 ods. 1 zákona č. 461/2003 Z.z. o sociálnom poistení. Zhodne určili, že rozhodujúcim zdravotným postihnutím u navrhovateľky sú degeneratívne zmeny chrbtice a medzistavcových platničkách s miernym funkčným obmedzením, s prejavmi nervového a svalového dráždenia, slabosť svalového korzetu, obmedzenie pohybu v postihnutom úseku (kapitola XV., oddiel E, položka 3.b) prílohy č. 4 zákona č. 461/2003 Z.z.), kde mieru poklesu schopnosti vykonávať zárobkovú činnosť zhodne stanovili na 25%. U navrhovateľky je anamnéza primárneho neurologického ochorenia v zmysle chronických bolestí chrbta - dorzagií a skoliózy hrudného segmentu chrbtice vľavo, pričom ľavostranná skolióza hrudného segmentu chrbtice nedosahuje ani stredný stupeň a nie sú potvrdené kardiorespiračné komplikácie v dôsledku útlaku vnútrohrudných orgánov. V zostatkovom neurologickom náleze nie sú potvrdené rozvinuté obrny končatín, ani úbytok svalovej hmoty, nie sú prítomné závažné výpadky citlivosti, a nie sú zdokladované ani žiadne poruchy zvieračov. Psychologické vyšetrenie dňa 8.9.014, ktorého výsledok je zahrnutý v neurologickom vyšetrení zo dňa 3.10.2014 uvádza afektívnu dekompenzáciu osobnosti v záťažovej životnej situácii, dominuje úzkostne depresívne ladenie strednej hĺbky, aktuálne bez známok kognitívneho deficitu v dôsledku organických zmien. NMR vyšetrenie mozgu z júna 2014 je bez patológie. EMG vyšetrenie v norme. Zistenia posudkových lekárov neboli spochybnené ani v súdnom konaní. Závery posudkov posudkových lekárov sú odborné, presvedčivé, náležite zdôvodnené a súd nezistil rozpor medzi ich závermi a zisteným skutočným stavom. Súd preto z vyššie uvedených dôvodov napadnuté rozhodnutie číslo XXX XXX XXXX X zo dňa 1. júla 2014 podľa § 250q ods. 2 O.s.p. ako správne potvrdil. Súd konštatuje, že od 1.7.2016 je účinný zákon č. 162/2015 Z.z., t.j. Správny súdny poriadok (SSP), podľa ktorého všetky rozhodnutia vydané po 1.7.2016 sú dvojstupňové. Súd preto v tomto konaní nemôže preskúmavať rozhodnutia vydané odporkyňou po 1.7.2016, ktoré sú dvojstupňové, ako aj vzhľadom na poučenie v týchto rozhodnutiach, kde sa už opravné prostriedky nepodávajú na súd, ale tam uvedenému správnemu orgánu. Z tohto dôvodu súd rozhodnutie odporkyne číslo XXX XXX XXXX X zo dňa 13. decembra 2016, ktorým odporkyňa zamietla žiadosť navrhovateľky o invalidný dôchodok zo dňa 24. novembra 2016 už v tomto konaní nemohol preskúmať. V konaní o preskúmaní rozhodnutia číslo XXX XXX XXXX X zo dňa 1. júla 2014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O trovách konania súd rozhodol podľa § 250k ods. 1 v spojení s § 250l ods. 2 O.s.p. Navrhovateľka nebola v konaní úspešná, a preto jej súd trova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https://www.kauzis.sk/judikatura/r/ECLI:SK:KSBA:2017:1014201809.3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