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5Sd/292/2014 z 7. 2. 2017</w:t>
      </w:r>
    </w:p>
    <w:p>
      <w:r>
        <w:t>Rozsudok Krajského súdu Bratislava z 7. februára 2017, sp. zn. 5Sd/292/2014, ECLI:SK:KSBA:2017:1014201831.3</w:t>
      </w:r>
    </w:p>
    <w:p>
      <w:r>
        <w:t>Súd: Krajský súd Bratislava</w:t>
      </w:r>
    </w:p>
    <w:p>
      <w:r>
        <w:t>Spisová značka: 5Sd/292/2014</w:t>
      </w:r>
    </w:p>
    <w:p>
      <w:r>
        <w:t>ECLI: ECLI:SK:KSBA:2017:1014201831.3</w:t>
      </w:r>
    </w:p>
    <w:p>
      <w:r>
        <w:t>Dátum vydania: 7. 2. 2017</w:t>
      </w:r>
    </w:p>
    <w:p>
      <w:r>
        <w:t>Forma: Rozsudok</w:t>
      </w:r>
    </w:p>
    <w:p>
      <w:r>
        <w:t>Oblasť práva: Správne právo</w:t>
      </w:r>
    </w:p>
    <w:p>
      <w:pPr>
        <w:pStyle w:val="Heading2"/>
      </w:pPr>
      <w:r>
        <w:t>Text rozhodnutia</w:t>
      </w:r>
    </w:p>
    <w:p>
      <w:r>
        <w:t>Súd: Krajský súd Bratislava Spisová značka: 5Sd/292/2014 Identifikačné číslo súdneho spisu: 1014201831 Dátum vydania rozhodnutia: 08. 02. 2017 Meno a priezvisko sudcu, VSÚ: JUDr. Milota Tóthová ECLI: ECLI:SK:KSBA:2017:1014201831.3 ROZSUDOK V MENE SLOVENSKEJ REPUBLIKY Krajský súd v Bratislave samosudkyňou JUDr. Milotou Tóthovou v právnej veci navrhovateľa Ľ. C., C. M. XX, Z. proti odporkyni Sociálnej poisťovni ústredie v Bratislave, Ul. 29. augusta č. 8-10, Bratislava o invalidný dôchodok takto r o z h o d o l : Súd rozhodnutie odporkyne číslo XXX XXX XXXX X - P.. T. M. X. A. XXXX B. Q. Č. XXX XXX XXXX X - P.. zo dňa 7. júla 2014 potvrdzuje. Účastníkom náhradu trov konania nepriznáva. o d ô v o d n e n i e : Rozhodnutím číslo XXX XXX XXXX X - P.. zo dňa 7. júla 2014 odporkyňa podľa § 263 ods. 1 zákona č. 461/2003 Z.z. o sociálnom poistení v znení zákona č. 310/2006 Z.z. a podľa § 29 ods. 1 zákona č. 100/1988 Zb. o sociálnom zabezpečení v znení neskorších predpisov zamietla žiadosť navrhovateľa o zvýšenie sumy invalidného dôchodku. Zároveň podľa § 70 ods. 1 zákona č. 461/2003 Z.z. o sociálnom poistení v znení neskorších predpisov priznala navrhovateľovi od 31. januára 2014 invalidný dôchodok v sume 208,00 eur mesačne. Podľa § 263a ods. 5 zákona č. 461/2003 Z.z. v znení zákona č. 529/2006 Z.z. rozhodla, že navrhovateľovi súčasne od 2. augusta 2014 zaniká nárok na doteraz vyplácaný invalidný dôchodok v nižšej sume 197,70 eur mesačne. Rozhodla tak s odôvodnením, že navrhovateľ má priznaný čiastočný invalidný dôchodok podľa predpisov účinných pred 1. januárom 2004 a na základe jeho žiadosti bol jeho zdravotný stav opätovne preskúmaný podľa predpisov účinných do 31. decembra 2003, t.j. podľa zákona č. 100/1988 Zb. v znení neskorších predpisov na účely posúdenia nároku na tento dôchodok a podľa posudku o invalidite zo dňa 24.3.2014 je naďalej čiastočne invalidný. Nakoľko sa žiadosť o zvýšenie sumy poberaného dôchodku považuje aj za žiadosť o uplatnenie nároku na invalidný dôchodok podľa § 70 ods. 1 zákona č. 461/2003 Z.z. o sociálnom poistení v znení neskorších predpisov, bol nárok na invalidný dôchodok posúdený aj podľa § 70 ods. 1 zákona č. 461/2003 Z.z. v znení neskorších predpisov a podľa posudku posudkového lekára Sociálnej poistenia ústredie Bratislava zo dňa 24.3.2014 navrhovateľ bol uznaný za invalidného s mierou poklesu schopnosti vykonávať zárobkovú činnosť 60%. Suma invalidného dôchodku priznaná podľa zákona č. 461/2003 Z.z. je vo výške 208,00 eur mesačne. Podľa § 263a ods. 5 zákona rozhodla, že navrhovateľovi bude vyplácaný invalidný dôchodok vo vyššej sume podľa zákona účinného od 1. januára 2004 v sume 208,00 eur mesačne a nárok na vyplácaný invalidný dôchodok, na ktorý bol prekvalifikovaný čiastočný invalidný dôchodok priznaný podľa zákona účinného do 31. decembra 2003 v sume 197,70 eur mesačne zaniká. Rozhodnutím číslo XXX XXX XXXX X - P.. zo dňa 7. júla 2014 odporkyňa podľa § 81 ods. 2 zákona č. 461/2003 Z.z. o sociálnom poistení rozhodla, že navrhovateľovi sa od 31. januára 2014 vypláca invalidný dôchodok v sume 104,00 eur mesačne a vdovecký dôchodok v sume 219,30 eur mesačne, spolu 323,30 eur mesačne. Navrhovateľ návrhom zo dňa 4.8.2014 žiadal preskúmať tieto rozhodnutia odporkyne vzhľadom na to, že jeho zdravotný stav sa vo veľkej miere zhoršil. Krajský súd preskúmal napadnuté rozhodnutie číslo XXX XXX XXXX X - P.. zo dňa 7. júla 2014 a rozhodnutie číslo XXX XXX XXXX X - P.. T. M. 7. júla 2014 podľa § 250l a nasl. O.s.p., prejednal návrh navrhovateľa a dospel k záveru, že návrh nie je dôvodný. Krajský súd vykonal dokazovanie výsluchom účastníkov, posudkom posudkového lekára Sociálnej poisťovne pobočky Bratislava zo dňa 24.3.2014 a 8.9.2014, posudkom posudkového lekára Sociálnej poisťovne ústredie Bratislava zo dňa 30.10.2014, doplňujúcim odborným vyjadrením posudkového lekára Sociálnej poisťovne ústredie Bratislava zo dňa 1.2.2016, oboznámil sa s dávkovým spisom odporkyne číslo XXX XXX XXXX X a posudkovým spisom odporkyne a zistil tento skutkový stav. Podľa § 29 ods. 3 zákona č. 100/1988 Zb. o sociálnom zabezpečení v znení neskorších predpisov občan je invalidný, ak pre dlhodobo nepriaznivý zdravotný stav a) je neschopný vykonávať akékoľvek sústavné zamestnanie, b) je schopný vykonávať sústavné zamestnanie iba za celkom mimoriadnych podmienok (nevidomí občania, občania s veľmi ťažkými ortopedickými chybami a pod.). Podľa § 37 ods. 3 zákona č. 100/1988 Zb. o sociálnom zabezpečení v znení neskorších predpisov občan je čiastočne invalidný, ak pre dlhodobo nepriaznivý zdravotný stav a) jeho telesné alebo duševné schopnosti dosahujú polovicu schopností na výkon sústavného zamestnania u zdravých občanov, alebo b) je schopný vykonávať doterajšie alebo iné sústavné zamestnanie len za osobitne uľahčených pracovných podmienok, alebo c) má značne sťažené všeobecné životné podmienky. Podľa § 70 ods. 1 zákona č. 461/2003 Z.z. o sociálnom poistení v znení neskorších predpisov poistenec má nárok na invalidný dôchodok, ak sa stal invalidný, získal počet rokov dôchodkového poistenia uvedený v § 72 a ku dňu vzniku invalidity nespĺňa podmienky nároku na starobný dôchodok alebo mu nebol priznaný predčasný starobný dôchodok. Podľa § 71 ods. 1 zákona č. 461/2003 Z.z. o sociálnom poistení poistenec je invalidný, ak pre dlhodobo nepriaznivý zdravotný stav má pokles schopnosti vykonávať zárobkovú činnosť o viac ako 40% v porovnaní so zdravou fyzickou osobou. Podľa § 71 ods. 2 cit. zákona dlhodobo nepriaznivý zdravotný stav je taký zdravotný stav, ktorý spôsobuje pokles schopnosti vykonávať zárobkovú činnosť a ktorý má podľa poznatkov lekárskej vedy trvať dlhšie ako jeden rok. Podľa § 71 ods. 3 cit. zákona pokles schopnosti vykonávať zárobkovú činnosť sa posudzuje porovnaním telesnej schopnosti, duševnej schopnosti a zmyslovej schopnosti poistenca s dlhodobo nepriaznivým zdravotným stavom a telesnej schopnosti, duševnej schopnosti a zmyslovej schopnosti zdravej fyzickej osoby. Pri posudzovaní poklesu schopnosti vykonávať zárobkovú činnosť sa neprihliada na zdravotné postihnutia, ktoré boli zohľadnené na nárok na invalidný výsluhový dôchodok podľa osobitného predpisu. Podľa § 71 ods. 4 cit. zákona pokles schopnosti vykonávať zárobkovú činnosť sa posudzuje na základe a) lekárskych správ a údajov zo zdravotnej dokumentácie zdravotníckeho zariadenia a zhodnotenia liečby s určením diagnostického záveru, stabilizácie ochorenia, jeho ďalšieho vývoja, ďalšej liečby a b) komplexných funkčných vyšetrení a ich záverov, pričom sa prihliada na zostávajúcu schopnosť vykonávať zárobkovú činnosť, zostávajúcu schopnosť prípravy na povolanie, možnosti poskytnutia pracovnej rehabilitácie alebo rekvalifikácie. Podľa § 71 ods. 6 cit. zákona miera poklesu schopnosti vykonávať zárobkovú činnosť v percentách sa určuje podľa druhu zdravotného postihnutia, ktoré je rozhodujúcou príčinou dlhodobo nepriaznivého zdravotného stavu, a so zreteľom na závažnosť ostatných zdravotných postihnutí. Podľa § 71 ods. 7 cit. zákona jednotlivé percentuálne miery poklesu schopnosti vykonávať zárobkovú činnosť sa nesčítavajú. Podľa § 71 ods. 8 cit. zákona mieru poklesu schopnosti vykonávať zárobkovú činnosť určenú podľa odseku 6 možno zvýšiť najviac o 10%, ak závažnosť ostatných zdravotných postihnutí ovplyvňuje pokles schopnosti vykonávať zárobkovú činnosť. Na určenie zvýšenia hodnoty sa vychádza z predchádzajúceho výkonu zárobkovej činnosti, dosiahnutého vzdelania, skúsenosti a schopnosti rekvalifikácie. Obdobne to platí, ak pokles schopnosti vykonávať zárobkovú činnosť je dôsledkom viacerých zdravotných postihnutí podmieňujúcich dlhodobo nepriaznivý zdravotný stav. Hodnotenie miery zhoršenie zdravotného stavu vyžaduje odborné lekárske znalosti a vo veciach dôchodkového poistenia je podľa zákona č. 461/2003 Z.z. o sociálnom poistení lekárska posudková činnosť dôchodkového poistenia zverená posudkovému lekárovi sociálneho poistenia príslušnej pobočky a posudkovému lekárovi sociálneho poistenia ústredia (153 ods. 5 zákona č. 461/2003 Z.z.). Podľa § 81 ods. 2 cit. zákona ak sú súčasne splnené podmienky nároku na výplatu starobného dôchodku, predčasného starobného dôchodku alebo invalidného dôchodku a podmienky nároku na výplatu vdovského dôchodku alebo vdoveckého dôchodku, alebo sirotského dôchodku alebo ak sú súčasne splnené podmienky nároku na výplatu vdovského dôchodku a sirotského dôchodku alebo vdoveckého dôchodku a sirotského dôchodku, vypláca sa v plnej sume z týchto dôchodkových dávok tá dávka, ktorá je vyššia, a z dôchodkovej dávky, ktorej suma je nižšia, sa vypláca jedna polovica. Pri rovnakej sume dôchodkových dávok sa vypláca v sume jednej polovice vdovský dôchodok, vdovecký dôchodok alebo sirotský dôchodok. Pri rovnakej sume vdovského dôchodku a sirotského dôchodku alebo vdoveckého dôchodku a sirotského dôchodku sa vypláca v sume jednej polovice dôchodok, ktorý si poistenec zvolil. Podľa § 73 ods. 2 cit. zákona suma invalidného dôchodku poistenca, ktorý má percentuálny pokles schopnosti vykonávať zárobkovú činnosť najviac o 70%, sa určí ako súčin percentuálneho poklesu schopnosti poistenca vykonávať zárobkovú činnosť, priemerného osobného mzdového bodu, obdobia dôchodkového poistenia získaného ku dňu vzniku nároku na invalidný dôchodok, ku ktorému sa pripočíta obdobie od vzniku nároku na invalidný dôchodok do dovŕšenia dôchodkového veku, a aktuálnej dôchodkovej hodnoty; § 63 ods. 1 tretia veta a štvrtá veta platia rovnako. Podľa § 81 ods. 5 cit. zákona ak priznaním alebo vznikom nároku na výplatu starobného dôchodku, predčasného starobného dôchodku, invalidného dôchodku, vdovského dôchodku, vdoveckého dôchodku alebo sirotského dôchodku dôjde k súbehu nárokov na výplatu dôchodkov, o súbehu nárokov na výplatu dôchodkov sa rozhodne po zvýšení dôchodku, prípadne dôchodkov podľa § 82. Podľa § 82 ods. 1 písm. a) zákona č. 461/2003 Z.z. o sociálnom poistení v znení zákona č. 252/2012 účinnom od 1.1.2013 dôchodková dávka sa do 31. decembra 2017 zvyšuje v závislosti od medziročného rastu spotrebiteľských cien a medziročného rastu priemernej mesačnej mzdy v hospodárstve Slovenskej republiky vykázaných štatistickým úradom za prvý polrok kalendárneho roka, ktorý predchádza príslušnému kalendárnemu roku a od priemernej mesačnej sumy starobného dôchodku, priemernej mesačnej sumy predčasného starobného dôchodku, priemernej mesačnej sumy invalidného dôchodku priznaného z dôvodu poklesu schopnosti vykonávať zárobkovú činnosť o viac ako 70%, priemernej mesačnej sumy invalidného dôchodku priznaného z dôvodu poklesu schopnosti vykonávať zárobkovú činnosť najviac o 70%, priemernej mesačnej sumy vdovského dôchodku a vdoveckého dôchodku a od priemernej mesačnej sumy sirotského dôchodku vykázaných Sociálnou poisťovňou k 30. júnu kalendárneho roka, ktorý predchádza príslušnému kalendárnemu roku, Podľa § 82 ods. 5 písm. b) cit. zákona invalidný dôchodok priznaný z dôvodu poklesu schopnosti vykonávať zárobkovú činnosť najviac o 70% vyplácaný k 1. januáru príslušného kalendárneho roka a invalidný dôchodok priznaný z dôvodu poklesu schopnosti vykonávať zárobkovú činnosť najviac o 70% priznaný od 1. januára do 31. decembra príslušného kalendárneho roka sa zvyšujú podľa odseku 1 písm. a) o pevnú sumu určenú percentom, ktoré sa určí v roku 2014 ako súčet 60% medziročného rastu spotrebiteľských cien a 40% medziročného rastu priemernej mesačnej mzdy, z priemernej mesačnej sumy invalidného dôchodku priznaného z dôvodu poklesu schopnosti vykonávať zárobkovú činnosť najviac o 70%, Podľa § 293ce ods. 3 písm. d) zákona č. 461/2003 Z.z. v znení zákona č. 252/2012 účinnom od 1.9.2012 pevná suma zvýšenia invalidného dôchodku priznaného z dôvodu poklesu schopnosti vykonávať zárobkovú činnosť najviac o 70% sa určí percentom, ktoré sa určí ako súčet 50% medziročného rastu spotrebiteľských cien a 50% medziročného rastu priemernej mesačnej mzdy v hospodárstve Slovenskej republiky vykázaných štatistickým úradom za prvý polrok roku 2012, z priemernej mesačnej sumy invalidného dôchodku priznaného z dôvodu poklesu schopnosti vykonávať zárobkovú činnosť najviac o 70% vykázanej Sociálnou poisťovňou k 30. júnu 2012. Podľa § 1 písm. g) opatrenia Ministerstva práce, sociálnych vecí a rodiny Slovenskej republiky č. 329/2013 Z.z., ktorým sa ustanovuje pevná suma zvýšenia dôchodkovej dávky a percento zvýšenia úrazovej renty v roku 2014 dôchodková dávka v roku 2014 sa zvyšuje takto: invalidný dôchodok priznaný z dôvodu poklesu schopnosti vykonávať zárobkovú činnosť najviac o 70% o 4,50 eura. Podľa § 263 ods. 1 veta prvá zákona č. 461/2003 Z.z v znení zákona č. 310/2006 Z.z. invalidný dôchodok a čiastočný invalidný dôchodok, ktoré boli priznané podľa predpisov účinných pred 1. januárom 2004, sa považujú po 31. decembri 2003 za invalidný dôchodok podľa tohto zákona v sume, v akej patrili k 31. decembru 2003 a vyplácajú sa aj po tomto dni za podmienok ustanovenými predpismi účinnými do 31. decembra 2003, ak tento zákon neustanovuje inak. Podľa § 263a ods. 5 zákona č. 461/2003 Z.z. v znení zákona č. 529/2006 Z.z. ak poistenec uvedený v odsekoch 1 a 2 má nárok na invalidný alebo čiastočný invalidný dôchodok podľa zákona účinného do 31. decembra 2003 a súčasne má nárok na výplatu invalidného dôchodku podľa zákona účinného od 1. januára 2004, vypláca sa invalidný dôchodok, ktorý je vyšší alebo najvyšší. Pri rovnakej sume týchto dôchodkov vypláca sa dôchodok, ktorý si poistenec zvolil. Dňom úpravy výplaty invalidných dôchodkov pre súbeh nárokov na ich výplatu zaniká nárok na invalidný dôchodok, ktorý sa nevypláca. Navrhovateľ bol na základe posudku Okresnej posudkovej komisie sociálneho zabezpečenia v Bratislave - vidiek zo dňa 8.4.1986 od 28.3.1986 uznaný za čiastočne invalidného podľa § 32 ods. 3 zákona č. 121/1975 Zb. na základe devastačného poranenia prstov ľavej ruky a následnou amputáciou časti palca a II.- III. prsta. Pri kontrolných lekárskych prehliadkach v rokoch 1989 až 2000 navrhovateľ bol uznaný naďalej čiastočne invalidným podľa § 37 ods. 3 písm. c) zákona č. 100/1988 Zb. o sociálnom zabezpečení v znení neskorších predpisov, nakoľko pre dlhodobo nepriaznivý zdravotný stav má značne sťažené všeobecné životné podmienky. Na základe posudku posudkového lekára Sociálnej poisťovne pobočka Bratislava zo dňa 7.6.2005 bol navrhovateľ uznaný invalidným podľa § 71 ods. 1 zákona č. 461/2003 Z.z. o sociálnom poistení a ako rozhodujúce zdravotné postihnutie u navrhovateľa bolo stanovené postihnutie končatín (kapitola XV., oddiel G, položka 29 prílohy č. 4 zákona č. 461/2003 Z.z. o sociálnom poistení v znení neskorších predpisov) so stanovenou mierou pokles schopnosti vykonávať zárobkovú činnosť 50%. Zdravotný stav navrhovateľa bol posúdený v súlade s nálezom Ústavného súdu Slovenskej republiky č. 461/2006 Z.z., podľa posudku posudkového lekára Sociálnej poisťovne pobočka Bratislava zo dňa 22.8.2008 navrhovateľ má stratu úchopovej schopnosti ľavej ruky po traumatickej amputácii palca, II. a III. prsta a bol uznaný za naďalej čiastočne invalidného podľa § 37 ods. 3 písm. a) zákona č. 100/1988 Zb. o sociálnom zabezpečení v znení neskorších predpisov, lebo pre dlhodobo nepriaznivý zdravotný stav jeho telesné a alebo duševné schopnosti dosahujú polovicu schopnosti na výkon sústavného zamestnania u zdravých občanov. Navrhovateľ žiadosťou zo dňa 31.1.2014 požiadal o zvýšenie sumy invalidného dôchodku z dôvodu zhoršenia jeho zdravotného stavu. Posudkový lekár sociálnej poisťovne pobočka Bratislava v posudku zo dňa 24.3.2014 uviedol, že navrhovateľ trpí na chorobu panickú poruchu (epizodickú záchvatovú úzkosť) a ako úraz uviedol traumatickú amputáciu na úrovni zápästia a ruky a neskoré následky poranení hornej končatiny. Uviedol, že navrhovateľ je čiastočne invalidný pre neskoré následky po poranení ľavej ruky so stratou úchopovej schopnosti. Konštatoval, že navrhovateľ je v liečbe psychiatrickej ambulancie od roku 2002, psychiatrické a psychologické vyšetrenia dokumentujú panickú poruchu, bez údajov o hospitalizácii a napriek stálej psychiatrickej a psychologickej starostlivosti nebola dosiahnutá plná úprava zdravotného stavu. Aktuálne psychologické výsledky svedčia pre regres, s naznačenými organickými zmenami v CNS, mentálne schopnosti sú v pásme podpriemeru, afektivita je labilná, s výrazne zníženou frustračnou toleranciou a zreteľne je zvýšená anxieta a úzkosť, prítomná je klaustrofóbia a agorafóbia. Uviedol, že objektívne chirurgicky pretrvávajú trvalé, neskoré následky postihnutia oboch rúk po úraze z roku 1985 s traumatickou amputáciou palca a dvoch prstov na ľavej ruky (II. a III. prst, nedominantná končatina) a stav po zlomenine posledných článkov II. a III. prsta na pravej ruky so stratou úchopovej schopnosti na nedominantnej končatine. Rozhodujúcim zdravotným postihnutím u navrhovateľa je strata úchopovej schopnosti ruky, na nedominantnej končatine (kapitola XV., oddiel G, položka 28.a) prílohy č. 4 zákona č. 461/2003 Z.z. o sociálnom poistení v znení neskorších predpisov), kde mieru poklesu schopnosti vykonávať zárobkovú činnosť stanovil na 50%. Pre iné zdravotné postihnutie a to zmiešanú úzkostnú a depresívnu poruchu, neurotické a somatoformné poruchy, stredne ťažké formy (kapitola V., položka 4.a) prílohy č. 4 zákona č. 461/2003 Z.z. o sociálnom poistení v znení neskorších predpisov) zvýšil mieru poklesu schopnosti vykonávať zárobkovú činnosť o 10%. Celková miera poklesu schopnosti vykonávať zárobkovú činnosť u navrhovateľa je 60%. Navrhovateľ je naďalej čiastočne invalidný podľa § 37 ods. 3 písm. c) zákona č. 100/1988 Zb. o sociálnom zabezpečení v znení neskorších predpisov, lebo pre dlhodobo nepriaznivý zdravotný stav má značne sťažené všeobecné životné podmienky. Od 31.1.2014 je invalidný podľa § 71 ods. 1 zákona č. 49610/2003 Z.z. o sociálnom poistení, lebo pre dlhodobo nepriaznivý zdravotný stav má pokles schopnosti vykonávať zárobkovú činnosť o viac ako 40% v porovnaní so zdravou fyzickou osobou. Je schopný vykonávať prácu len v prostredí bez zvýšenej fyzickej a psychickej záťaže, bez zvýšených nárokov na zmyslové orgány a presnosť, bez zvýšenej záťaže horných končatín, bez dvíhania a prenášania ťažkých bremien a činností spojených s prácami v extrémne vynútených polohách trupu, bez zvýšených nárokov na dlhú chôdzu a státie, s možnosťou striedania pracovných činností v sede a v stoji, nie pobyt a práce v studenom, vlhkom a klimaticky nevyváženom prostredí a nie práce vo výškach a v podzemí, bez možnosti k prístupu k alkoholu a k iným návykovým látkach. Môže vykonávať prácu na skrátený pracovný úväzok podľa ponuky na trhu práce napr. ako vrátnik, informátor, biletár, spojovateľ. Na základe tohto posudku odporkyňa vydala rozhodnutie číslo XXX XXX XXXX X - P.. zo dňa 7. júla 2014, ktorým podľa § 263 ods. 1 zákona č. 461/2003 Z.z. o sociálnom poistení v znení zákona č. 310/2006 Z.z. a podľa § 29 ods. 1 zákona č. 100/1988 Zb. o sociálnom zabezpečení v znení neskorších predpisov zamietla žiadosť navrhovateľa o zvýšenie sumy invalidného dôchodku. Zároveň podľa § 70 ods. 1 zákona č. 461/2003 Z.z. o sociálnom poistení v znení neskorších predpisov priznala navrhovateľovi od 31. januára 2014 invalidný dôchodok v sume 208,00 eur mesačne. Podľa § 263a ods. 5 zákona č. 461/2003 Z.z. v znení zákona č. 529/2006 Z.z. rozhodla, že navrhovateľovi súčasne od 2. augusta 2014 zaniká nárok na doteraz vyplácaný invalidný dôchodok v nižšej sume 197,70 eur mesačne a rozhodnutie číslo XXX XXX XXXX X - P.. zo dňa 7. júla 2014, ktorým podľa § 81 ods. 2 zákona č. 461/2003 Z.z. o sociálnom poistení rozhodla, že navrhovateľovi sa od 31. januára 2014 vypláca invalidný dôchodok v sume 104,00 eur mesačne a vdovecký dôchodok v sume 219,30 eur mesačne, spolu 323,30 eur mesačne. Po podaní opravného prostriedku navrhovateľom dňa 4.8.2014 zdravotný stav a pracovnú schopnosť navrhovateľa opätovne posúdil posudkový lekár Sociálnej poisťovne pobočka Bratislave dňa 8.9.2014, ktorý v plnom rozsahu zotrval na posudkovom závere uvedenom v posudku zo dňa 24.3.2014. Posudkový lekár Sociálnej poisťovne ústredie Bratislava v posudku zo dňa 30.10.2014 uviedol, že navrhovateľ trpí na choroby a to: iné úzkostné poruchy (panická porucha), posttraumatickú stresovú poruchu podľa dokumentáciu a exogénnu obezitu a ako úraz uviedol traumatickú amputáciu na úrovni zápästia a raky vľavo a neskoré následky poranení hornej končatiny. Konštatoval, že navrhovateľ bol uznaný čiastočne invalidným od 28.3.1986 a od 31.1.2014 bol uznaný invalidným s mierou poklesu schopnosti vykonávať zárobkovú činnosť 60% s anamnézou primárneho ochorenia v zmysle straty úchopovej schopnosti ľavej ruky - nedominantnej končatiny. Uviedol, že navrhovateľ dňa 27.9.1985 utrpel úraz pri naskakovaní na idúci vlak, utrpel devastačné poranenie ľavej ruky, ktoré si vynútilo amputáciu palca a II. a III. prsta ľavej ruky a zlomeninu v oblasti proximálneho článku II. prsta pravej ruky. Navrhovateľ je od roku 2002 v liečbe psychiatrickej ambulancii pre panickú poruchu, je ďalej aj v individuálnej starostlivosti psychológa, pravidelne užíva lieky. V decembri 2013 po úmrtí manželky u navrhovateľa nastala dekompenzácia psychického stavu v zmysle depresívnych príznakov. Závery psychiatra zo septembra 2014 potvrdzujú, že ochorenie je zatiaľ zvládnuté ambulantnou liečbou. Psychologické vyšetrenie z februára 2014 potvrdilo labilnú afektivitu, výrazne zvýšenú frustračnú toleranciu, je zreteľne zvýšená úzkosť a strach. Uviedol, že panická porucha, ktorá je zaradená podľa medzinárodnej klasifikácie medzi neurotické, stresové a somatoformné, vykazuje stredne ťažkú formu a ako samostatná klinická jednotka nepodmieňuje uznanie invalidity, psychický stav navrhovateľa je ambulantnou psychiatrickou liečbou kompenzovaný a doposiaľ si nevyžiadal hospitalizáciu na psychiatrickej klinike. Rozhodujúcim zdravotným postihnutím u navrhovateľa je strata úchopovej schopnosti ruky vľavo, na nedominantnej končatine (kapitola XV., oddiel G, položka 28.a) prílohy č. 4 zákona č. 461/2003 Z.z. o sociálnom poistení v znení neskorších predpisov), kde mieru poklesu schopnosti vykonávať zárobkovú činnosť stanovil na 50%. Konštatoval, že pravá ruka nie funkčne postihnutá. Pre iné zdravotné postihnutie a to neurotické, stresové a somatoformné poruchy, stredne ťažké formy (kapitola V., položka 4.a) prílohy č. 4 zákona č. 461/2003 Z.z. o sociálnom poistení v znení neskorších predpisov) zvýšil mieru poklesu schopnosti vykonávať zárobkovú činnosť o 10%. Celková miera poklesu schopnosti vykonávať zárobkovú činnosť u navrhovateľa je 60%. Navrhovateľ spĺňa posudkové kritériá na uznanie invalidity naďalej od 31.1.2014, t.j. dňom žiadosti navrhovateľa o zvýšenie sumy invalidného dôchodku. Navrhovateľ je naďalej čiastočne invalidný podľa § 37 ods. 3 písm. c) zákona č. 100/1988 Zb. o sociálnom zabezpečení v znení neskorších predpisov, lebo pre dlhodobo nepriaznivý zdravotný stav má značne sťažené všeobecné životné podmienky. Od 31.1.2014 je invalidný podľa § 71 ods. 1 zákona č. 49610/2003 Z.z. o sociálnom poistení, lebo pre dlhodobo nepriaznivý zdravotný stav má pokles schopnosti vykonávať zárobkovú činnosť o viac ako 40% v porovnaní so zdravou fyzickou osobou. Je schopný vykonávať prácu len v prostredí bez zvýšenej fyzickej a psychickej záťaže, bez zvýšenej záťaže horných končatín. Môže vykonávať prácu na skrátený pracovný úväzok podľa ponuky na trhu práce napr. ako vrátnik, informátor, biletár, spojovateľ. Navrhovateľ pri výsluchu v súdnom konaní zotrval na podanom návrhu. V priebehu súdneho konania navrhovateľ doložil nové lekárske nálezy. Súd doplnil dokazovanie zadovážením si odborného vyjadrenia posudkového lekára Sociálnej poisťovne ústredie Bratislava, ktorý dňa 1.2.2016 po vyhodnotení doložených nových lekárskych nálezov a to psychiatrického vyšetrenia zo dňa 21.9.2015, chirurgického vyšetrenia zo dňa 14.10.2015, goniometrického vyšetrenia, rtg. vyšetrenia oboch rúk a L-S chrbtice zo dňa 27.11.2015, RTG vyšetrenia zo dňa 12.11.2015, FRO vyšetrenia bez dátumu - meranie pohybového rozsahu chrbtice a rehabilitačného vyšetrenia zo dňa 9.11.2015 konštatoval, že uvedené lekárske vyšetrenia nie sú dôvodom na zmenu posudkového záveru, nakoľko psychiatrické kontrolné vyšetrenie zo dňa 21.9.2015 potvrdzuje už známe, nadštandardne posudkovo zohľadnené psychické problémy navrhovateľa a to úzkostnú poruchu a panickými prejavmi, ktorá sama o sebe nie je dôvodom na zvýšenie miery poklesu schopnosti vykonávať zárobkovú činnosť a posttraumatickú stresovú poruchu po úmrtí manželky koncom roka 2013, navrhovateľ pre psychické ochorenie nemusel byť ani raz hospitalizovaný a užíva identickú liečbu. Odborné lekárske nálezy, ktoré sa týkajú poúrazových zmien na oboch horných končatinách dokumentujú trvalé následky po úraze v mladosti, boli posudkovo zhodnotené v minulosti a stav je trvalý. Lekárske nálezy dokumentujúce bolesť chrbta v driekovo-krížovej oblasti potvrdzujú, že objektívne zmeny na chrbtici sú minimálne, morfologicky bez patologického nálezu a funkčne je iba minimálne obmedzenie pohybu a z hľadiska invalidity bolesti chrbta nepodmieňujú zmenu posudkového záveru. Ohľadom možnosti zmeny rozhodujúceho zdravotného postihnutia navrhovateľa zo súčasného (kapitola XV., Oddiel G, položka 28.a) za položku 28.b) - strata úchopovej schopnosti na dominantnej končatine zaujal jednoznačné stanovisko, že to nie je možné, pretože od úrazu 1985 sa nemohla viac poškodená končatina stať dominantnou na úkor lepšie fungujúcej končatiny. Zotrval na posudkovom závere uvedenom v posudku zo dňa 30.10.2014. Navrhovateľ zotrval na podanom opravnom prostriedku, avšak novšie lekárske nálezy napriek výzve súdu zo dňa 28.8.2016, ktorú prevzal dňa 5.9.2016 nedoložil. Navrhovateľ sa na pojednávanie súdu dňa 8.2.2017 napriek riadnemu predvolaniu nedostavil, svoju neúčasť na ňom neospravedlnil a ani nepožiadal o jeho odročenie, hoci bol o termíne pojednávania riadne a s dostatočným predstihom upovedomený, a preto súd podľa § 101 ods. 2 Občianskeho súdneho poriadku (ďalej len O.s.p.) vec prejednal v jeho neprítomnosti. Zástupkyňa odporkyne vzhľadom na zhodné závery posudkov posudkových lekárov žiadala rozhodnutie číslo XXX XXX XXXX X - P.. T. M. X. A. XXXX B. Q. Č. XXX XXX XXXX X - P.. zo dňa 7. júla 2014 ako vecne správne potvrdiť. Posudkový lekár Sociálnej poisťovne pobočka Bratislava ako aj posudkoví lekári Sociálnej poisťovne ústredie Bratislava vo svojich vyššie uvedených posudkoch a doplňujúcom odbornom vyjadrení zo dňa 1.2.2016 zohľadnili všetky navrhovateľom uvádzané ťažkosti, podrobne a vyčerpávajúco sa vysporiadali so všetkými lekárskymi nálezmi nachádzajúcimi sa v zdravotnej dokumentácii navrhovateľa ako aj novšími lekárskymi nálezmi, ktoré boli v priebehu konania zo strany navrhovateľa doložené a zhodne konštatovali, že zdravotný stav navrhovateľa spĺňa posudkové kritériá na uznanie čiastočnej invalidity podľa § 37 ods. 3 písm. c) zákona č. 100/1988 Zb. o sociálnom zabezpečení v znení neskorších predpisov. Zdravotný stav navrhovateľa bol posúdený aj podľa § 71 ods. 1 zákona č. 461/2003 Z.z. o sociálnom poistení pri stanovení rozhodujúceho zdravotného postihnutia navrhovateľa straty úchopovej schopnosti ruky vľavo, na nedominantnej končatine (kapitola XV., oddiel G, položka 28.a) prílohy č. 4 zákona č. 461/2003 Z.z. o sociálnom poistení v znení neskorších predpisov), kde mieru poklesu schopnosti vykonávať zárobkovú činnosť zhodne stanovili na 50%. Pre iné zdravotné postihnutie a to neurotické, stresové a somatoformné poruchy, stredne ťažké formy (kapitola V., položka 4.a) prílohy č. 4 zákona č. 461/2003 Z.z. o sociálnom poistení v znení neskorších predpisov) zvýšili mieru poklesu schopnosti vykonávať zárobkovú činnosť o 10%. Celková miera poklesu schopnosti vykonávať zárobkovú činnosť u navrhovateľa je 60%. Dátum vzniku invalidity podľa § 71 ods. 1 zákona č. 461/2003 Z.z. o sociálnom poistení stanovili od 31.1.2014, t.j. dňom žiadosti navrhovateľa o zvýšenie sumy invalidného dôchodku. Posudkoví lekári Sociálnej poisťovne ústredie Bratislava vo svojich posudkoch ako aj v doplňujúcom odbornom vyjadrení zo dňa 1.2.2016 na základe posúdenia zdravotného stavu navrhovateľa ako aj nových lekárskych nálezov konštatovali, že navrhovateľ bol uznaný čiastočne invalidným od 28.3.1986 s anamnézou primárneho ochorenia v zmysle straty úchopovej schopnosti ľavej ruky - nedominantnej končatiny v dôsledku úrazu dňa 27.9.1985, kedy pri naskakovaní do idúceho vlaku navrhovateľ utrpel devastačné poranenie ľavej ruky, ktoré si vynútilo amputáciu palca a II. a III. prsta ľavej ruky, ako aj zlomeninu v oblasti proximálneho článku II. prsta pravej ruky. Pravá ruka nie funkčne postihnutá. Zmena rozhodujúceho zdravotného postihnutia navrhovateľa zo súčasného (kapitola XV., Oddiel G, položka 28.a) za položku 28.b) - strata úchopovej schopnosti na dominantnej končatine nie je možná, pretože od úrazu 1985 sa nemohla viac poškodená končatina stať dominantnou na úkor lepšie fungujúcej končatiny. Od roku 2002 sa navrhovateľ lieči v psychiatrickej ambulancii pre panickú poruchu, je aj v individuálnej starostlivosti psychológa, pravidelne užíva lieky. Dekompenzácia psychického stavu v zmysle depresívnych príznakov u navrhovateľa nastala v decembri 2013 po úmrtí manželky, pričom závery psychiatra zo septembra 2014 potvrdzujú, že ochorenie je zatiaľ zvládnuté ambulantnou liečbou. Psychologické vyšetrenie z februára 2014 potvrdilo labilnú afektivitu, výrazne zvýšenú frustračnú toleranciu, je zreteľne zvýšená úzkosť a strach, psychický stav navrhovateľa je ambulantnou psychiatrickou liečbou kompenzovaný a doposiaľ si nevyžiadal hospitalizáciu na psychiatrickej klinike. Panická porucha, ktorá je zaradená podľa medzinárodnej klasifikácie medzi neurotické, stresové a somatoformné, vykazuje stredne ťažkú formu. Zistenia posudkových lekárov neboli spochybnené ani v súdnom konaní, nakoľko ani novšie lekárske nálezy, ktoré boli zo strany navrhovateľa doložené nenasvedčovali o zhoršení zdravotného stavu navrhovateľa. Závery posudkov posudkových lekárov sú odborné, presvedčivé, náležite zdôvodnené a súd nezistil rozpor medzi ich závermi a zisteným skutočným stavom. Navrhovateľ je poberateľom invalidného dôchodku, na ktorý bol prekvalifikovaný čiastočný invalidný dôchodok podľa zákona č. 100/1988 Zb. v sume 197,70 eur mesačne a od 131.1.2014 mu bol priznaný invalidný dôchodok podľa zákona č. 461/2003 Z.z. v sume 208,00 eur mesačne. Nakoľko suma invalidného dôchodku určená podľa zákona č. 100/1988 Zb. o sociálnom zabezpečení v znení neskorších predpisov k 31.1.2014 je nižšia ako suma invalidného dôchodku určená podľa zákona č. 461/2003 Z.z. o sociálnom poistení, navrhovateľovi podľa § 263a ods. 5 zákona č. 461/2003 Z.z. o sociálnom poistení v znení zákona č. 529/2006 Z.z. patrí invalidný dôchodok priznaný podľa zákona č. 461/2003 Z.z. a nárok na invalidný dôchodok podľa zákona č. 100/1988 Z.z. o sociálnom zabezpečení ku dňu 2.8.2014 navrhovateľovi zanikol. Nakoľko navrhovateľ k 31.1.2014 poberal vdovecký dôchodok v sume 219,30 eur mesačne a k tomuto dátumu mu bol priznaný invalidný dôchodok v sume 208,00 eur mesačne, odporkyňa rozhodnutím Č. XXX XXX XXXX X - P.. zo dňa 7. júla 2014 podľa § 81 ods. 2 zákona č. 461/2003 Z.z. o sociálnom poistení správne rozhodla, že navrhovateľovi sa od 31. januára 2014 vypláca invalidný dôchodok v polovičnej sume 104,00 eur mesačne a vdovecký dôchodok v plnej sume 219,30 eur mesačne, spolu 323,30 eur mesačne. Krajský súd preto z vyššie uvedených dôvodov napadnuté rozhodnutie číslo XXX XXX XXXX X - P.. T. M. X. A. XXXX B. Q. Č. XXX XXX XXXX X - P.. zo dňa 7. júla 2014 podľa § 250q ods. 2 O.s.p. ako vecne správne potvrdil. O trovách konania súd rozhodol podľa § 250k ods. 1 v spojení s § 250l ods. 2 O.s.p. Navrhovateľ nebol v konaní úspešný, a preto mu súd trovy konania nepriznal a odporkyni trovy konania neprislúchajú. V danom prípade súd postupoval podľa ustanovenia § 492 ods. 1 zákona č. 162/2015 Z.z. Správny súdny poriadok, podľa ktorého konania podľa tretej hlavy piatej časti Občianskeho súdneho poriadku začaté predo dňom nadobudnutia účinnosti tohto zákona sa dokončia podľa doterajších predpisov. Poučenie: Proti tomuto rozsudku je možné podať odvolanie do 15 dní odo dňa jeho doručenia na Krajskom súde v Bratislave. V odvolaní sa má popri všeobecných náležitostiach /§ 42 ods. 3/ uviesť, proti ktorému rozhodnutiu smeruje, v akom rozsahu sa napáda, v čom sa toto rozhodnutie alebo postup súdu považuje za nesprávny a čoho sa odvolateľ domáha. /§ 205 ods.1 O.s.p./</w:t>
      </w:r>
    </w:p>
    <w:p/>
    <w:p>
      <w:r>
        <w:t>Zdroj: KAUZIS.SK – https://www.kauzis.sk/judikatura/r/ECLI:SK:KSBA:2017:1014201831.3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