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5Sd/302/2014 z 25. 4. 2017</w:t>
      </w:r>
    </w:p>
    <w:p>
      <w:r>
        <w:t>Rozsudok Krajského súdu Bratislava z 25. apríla 2017, sp. zn. 5Sd/302/2014, ECLI:SK:KSBA:2017:1014201904.1</w:t>
      </w:r>
    </w:p>
    <w:p>
      <w:r>
        <w:t>Súd: Krajský súd Bratislava</w:t>
      </w:r>
    </w:p>
    <w:p>
      <w:r>
        <w:t>Spisová značka: 5Sd/302/2014</w:t>
      </w:r>
    </w:p>
    <w:p>
      <w:r>
        <w:t>ECLI: ECLI:SK:KSBA:2017:1014201904.1</w:t>
      </w:r>
    </w:p>
    <w:p>
      <w:r>
        <w:t>Dátum vydania: 25. 4. 2017</w:t>
      </w:r>
    </w:p>
    <w:p>
      <w:r>
        <w:t>Forma: Rozsudok</w:t>
      </w:r>
    </w:p>
    <w:p>
      <w:pPr>
        <w:pStyle w:val="Heading2"/>
      </w:pPr>
      <w:r>
        <w:t>Text rozhodnutia</w:t>
      </w:r>
    </w:p>
    <w:p>
      <w:r>
        <w:t>Súd: Krajský súd Bratislava Spisová značka: 5Sd/302/2014 Identifikačné číslo súdneho spisu: 1014201904 Dátum vydania rozhodnutia: 26. 04. 2017 Meno a priezvisko sudcu, VSÚ: JUDr. Milota Tóthová ECLI: ECLI:SK:KSBA:2017:1014201904.1 ROZSUDOK V MENE SLOVENSKEJ REPUBLIKY Krajský súd v Bratislave samosudkyňou JUDr. Milotou Tóthovou v právnej veci navrhovateľa Q.. D. P., Q. G. XXX/XX, Q., B. J. Q. X, Q., proti odporkyni Sociálnej poisťovni ústredie, Ul. 29. augusta č. 8-10, Bratislava, o invalidný dôchodok takto r o z h o d o l : Súd rozhodnutie odporkyne číslo XXX XXX XXXX X zo dňa 6. októbra 2014 potvrdzuje. Účastníkom náhradu trov konania nepriznáva. o d ô v o d n e n i e : Rozhodnutím číslo XXX XXX XXXX X zo dňa 4. júna 2014 odporkyňa podľa § 70 ods. 1 zákona č. 461/2003 Z.z. o sociálnom poistení v znení neskorších predpisov zamietla žiadosť navrhovateľa o invalidný dôchodok s odôvodnením, že potrebný počet rokov dôchodkového poistenia na vznik nároku na invalidný dôchodok poistenca vo veku nad 45 rokov je najmenej 15 rokov a zisťuje sa z obdobia pred vznikom invalidity; navrhovateľ pred vznikom invalidity, pred 12. februárom 2014 získal 3 049 dní obdobia dôchodkového poistenia, t.j. 8 rokov a 129 dní obdobia dôchodkového poistenia, čím nesplnil podmienku potrebného počtu rokov obdobia dôchodkového poistenia na vznik nároku na invalidný dôchodok. Rozhodnutím číslo XXX XXX XXXX X zo dňa 7. októbra 2014 odporkyňa podľa § 112 zákona č. 461/2003 Z.z. o sociálnom poistení zrušila rozhodnutie číslo XXX XXX XXXX X zo dňa 4. júna 2014 o zamietnutí žiadosti o priznanie invalidného dôchodku. Rozhodla tak s odôvodnením, že podľa posudku posudkového lekára Sociálnej poisťovne pobočky v Bratislave navrhovateľ bol uznaný za invalidného podľa § 71 ods. 1 zákona č. 461/2003 Z.z. o sociálnom poistení od 12. februára 2011 s mierou poklesu schopnosti vykonávať zárobkovú činnosť 75%. Rozhodnutím číslo XXX XXX XXXX X zo dňa 6. októbra 2014 odporkyňa podľa § 70 ods. 1 zákona č. 461/2003 Z.z. o sociálnom poistení v znení neskorších predpisov zamietla žiadosť navrhovateľa o invalidný dôchodok s odôvodnením že potrebný počet rokov dôchodkového poistenia na vznik nároku na invalidný dôchodok poistenca vo veku nad 40 do 45 rokov je najmenej 10 rokov a zisťuje sa z obdobia pred vznikom invalidity, navrhovateľ pred vznikom invalidity, pred 12. februárom 2011 získal 3 049 dní obdobia dôchodkového poistenia, t.j. 8 rokov a 129 dní obdobia dôchodkového poistenia, čím nesplnil podmienku potrebného počtu rokov obdobia dôchodkového poistenia na vznik nároku na invalidný dôchodok. Navrhovateľ návrhom zo dňa 14.7.2014 žiadal preskúmať rozhodnutie odporkyne číslo XXX XXX XXXX X zo dňa 4. júna 2014 a namietal, že invalidita podľa lekárskych správ o operáciách vznikla ešte v roku 2007. Odporkyňa v písomnom vyjadrení zo dňa 19.11.2014 uviedla, že navrhovateľ bol posudkovým lekárom Sociálnej poisťovne pobočka Bratislava uznaný invalidným podľa § 71 ods. 1 zákona č. 461/2003 Z,.z. o sociálnom poistení v znení neskorších predpisov od 12. februára 2014 s mierou poklesu schopnosti vykonávať zárobkovú činnosť 75%. Na základe podaného opravného prostriedku bol zdravotný stav navrhovateľa opätovne posúdený posudkovým lekárom Sociálnej poisťovne pobočky Bratislava dňa 25. septembra 2014 a posudkovým lekárom Sociálne poisťovne ústredie dňa 11. novembra 2014 a posudkoví lekári vo svojich posudkoch uviedli, že navrhovateľ je od 12. februára 2011 invalidný podľa § 71 ods. 1 zákona s mierou poklesu schopnosti vykonávať zárobkovú činnosť 75% v porovnaní so zdravou fyzickou osobou. Poukázala na to, že navrhovateľ medicínsku podmienku nároku na invalidný dôchodok splnil, avšak s prihliadnutím na ustanovenie § 72 ods. 1 písm. f) zákona v znení neskorších predpisov navrhovateľ ku dňu vzniku invalidity, t.j. k 12. februáru 2011 získal celkovo 8 rokov a 129 dní obdobia dôchodkového poistenia, čím nesplnil zákonom stanovenú podmienku na vznik nároku na invalidný dôchodok podľa ustanovenia § 70 ods. 1 zákona v znení neskorších predpisov. Rozhodnutie číslo XXX XXX XXXX X zo dňa 6. októbra 2014 žiadala ako vecne správne potvrdiť. Súd preskúmal rozhodnutie číslo XXX XXX XXXX X zo dňa 6. októbra 2014 podľa § 250l a nasl. O.s.p., prejednal návrh navrhovateľa a dospel k záveru, že návrh nie je dôvodný. Súd vykonal dokazovanie výsluchom účastníkov, oboznámil sa s posudkom posudkového lekára Sociálnej poisťovne pobočka Bratislava zo dňa 24.3.2014 a 25.9.2014, posudkom posudkového lekára Sociálnej poisťovne ústredie Bratislava zo dňa 11.11.2014, s obsahom posudkového spisu a dávkového spisu odporkyne číslo XXX XXX XXXX X a zistil tento skutkový stav. Navrhovateľ žiadosťou spísanou dňa 24.3.2014 požiadal o priznanie invalidného dôchodku od 12.2.2014. Navrhovateľ bol uznaný invalidným dňa 12.2.2014 na základe posudku posudkového lekára Sociálnej poisťovne pobočka Bratislava zo dňa 24.3.2014. Posudkový lekár uviedol, že navrhovateľ trpí na choroby diabetes melitus závislý na inzulíne, prevodnú a percepčnú nedoslýchavosť, stratu sluchu a TBC dýchacích ústrojov bakteriologicky a histologicky potvrdenú. Konštatoval, že navrhovateľ má chronické komplikácie cukrovky v zmysle diabetickej retinopatie, polyneuropatie a počínajúcej nefropatie a cukrovka je dlhodobo nedostatočne kompenzovaná. Rozhodujúcim zdravotným postihnutím u navrhovateľa cukrovka - ťažko kompenzovateľná, s opakovanými stavmi kolísania hodnôt glykémie a diabetickými komplikáciami (kapitola IV., položka 1.c) prílohy č. 4 zákona č. 461/2003 Z.z. o sociálnom poistení), kde mieru poklesu schopnosti vykonávať zárobkovú činnosť stanovil na 65%. Pre iné zdravotné postihnutia navrhovateľa zvýšil percentuálnu mieru o 10%. Celková miera poklesu schopnosti vykonávať zárobkovú činnosť je 75%. Dátum vzniku invalidity posudkový lekár určil odo dňa 12.2.2014. Navrhovateľ je invalidný podľa § 71 ods. 1 zákona č. 461/2003 Z.z. o sociálnom poistení v znení neskorších predpisov, lebo pre dlhodobo nepriaznivý zdravotný stav má pokles schopnosti vykonávať zárobkovú činnosť o viac ako 40% v porovnaní so zdravou fyzickou osobou. Na základe tohto posudku odporkyňa vydala rozhodnutie číslo XXX XXX XXXX X zo dňa 4. júna 2014, ktorým podľa § 70 ods. 1 zákona č. 461/2003 Z.z. o sociálnom poistení v znení neskorších predpisov zamietla žiadosť navrhovateľa o invalidný dôchodok s odôvodnením, že potrebný počet rokov dôchodkového poistenia na vznik nároku na invalidný dôchodok poistenca vo veku nad 45 rokov je najmenej 15 rokov a zisťuje sa z obdobia pred vznikom invalidity; navrhovateľ pred vznikom invalidity, pred 12. februárom 2014 získal 3 049 dní obdobia dôchodkového poistenia, t.j. 8 rokov a 129 dní obdobia dôchodkového poistenia, čím nesplnil podmienku potrebného počtu rokov obdobia dôchodkového poistenia na vznik nároku na invalidný dôchodok. Po podaní opravného prostriedku zdravotný stav a pracovnú schopnosť navrhovateľa opätovne preskúmal posudkový lekár sociálnej poisťovne pobočka Bratislava, ktorý v posudku zo dňa 25.9.2014 uviedol, že navrhovateľ trpí na choroby diabetes mellitus závislý na inzulíne, prevodnú a percepčnú nedoslýchavosť, stratu sluchu a chronickú pľúcnu nedostatočnosť po chirurgickom výkone. Konštatoval, že navrhovateľ sa od roku 2002 lieči pre cukrovku II. typu, ochorenie bolo od začiatku ťažko kompenzovateľné. Od roku 2007 navrhovateľ bol nastavený na intenzifikovaný inzulínový režim, avšak aj napriek tomu sa u navrhovateľa rozvinuli orgánové komplikácie cukrovky, od roku 2010 diabetická nefropatia, v roku 2014 sa potvrdila diabetická polyneuropatia a retinopatia a ochorenie je naďalej nedostatočne kompenzované. V roku 2007 navrhovateľ bol operovaný pre absces pečene, následne sa pridružila tuberkulózna pleuritída, bola vykonaná resekcia pravého dolného laloka pľúc a parciálne resekcia pleury. Navrhovateľ je naďalej sledovaný pneumológom pre pretrvávajúcu ventilačnú poruchu, zle toleruje fyzickú zaťaž. Zhoršuje sa mu nedoslýchavosť a trpí na úporný tinitus. Rozhodujúcim zdravotným postihnutím u navrhovateľa cukrovka - ťažko kompenzovateľná, s opakovanými stavmi kolísania hodnôt glykémie a diabetickými komplikáciami (kapitola IV., položka 1.c) prílohy č. 4 zákona č. 461/2003 Z.z. o sociálnom poistení), kde mieru poklesu schopnosti vykonávať zárobkovú činnosť stanovil na 65%. Pre iné zdravotné postihnutia navrhovateľa zvýšil percentuálnu mieru o 10%. Celková miera poklesu schopnosti vykonávať zárobkovú činnosť je 75%. Vzhľadom na dodatočne doložené nálezy, v ktorých boli zdokumentované dlhodobé komplikácie závažného ochorenia v súlade so žiadosťou navrhovateľa určil dátum invalidity tri roky spätne, t.j. od 12.2.2011. Navrhovateľ je invalidný podľa § 71 ods. 1 zákona č. 461/2003 Z.z. o sociálnom poistení v znení neskorších predpisov, lebo pre dlhodobo nepriaznivý zdravotný stav má pokles schopnosti vykonávať zárobkovú činnosť o viac ako 40% v porovnaní so zdravou fyzickou osobou. Posudkový lekár Sociálnej poisťovne ústredie Bratislava v posudku zo dňa 11.11.2014 uviedol, že navrhovateľ trpí na choroby a to diabetes mellitus závislý na inzulíne, konduktívnu a senzorineurálnu stratu sluchu (nedočujnosť), tuberkulózu pohrudnice - stav po parciálnej pleurektómii v 10/2007, absces ľavého laloka pečene - stav po chirurgickom riešení v 09/2007, chronickú pankreatitídu podľa dokumentácie, primárnu - esenciálnu hypertenziu, chronický abúzus nikotínu a poruchu metabolizmu tukov, neklasifikovanú. Konštatoval, že u navrhovateľa je anamnéza viacerých ochorení, polymorbídny, ktorým dominuje cukrovka 2. typu, zistená v roku 2002, spočiatku liečená nepravidelne, navrhovateľ bol v roku 2007 dispenzarizovaný v diabetologickej ambulancii, od roku 2009 bola zahájená liečba inzulínom, intenzifikovaná forma s podávaním preparátu 4x denne. Diabetologické vyšetrenia z roku 2014 potvrdzujú rozvinuté komplikácie cukrovky: od roku 2014 retinopatia a periférna senzomotorická polyneuropatia a nefropatia v štádiu albuminúrie od roku 2010. V októbri 2007 bola zistená tuberkulóza pohrudnice, ktorá bola potvrdená bakteriologicky aj histologicky a bola vykonaná pravostranná torakotómia a parciálna pleurektómia. V septembri 2007 bol zistený absces ľavého laloka pečene a bola vykonaná evakuácia abcesu a parciálna resekcia daného laloku pečene. Choroba vysokého krvného tlaku vykazuje II. štádium podľa WHO. Navrhovateľ bol v marci 2010 hospitalizovaný na ORL klinike pre percepčnú akútnu hypakúzu vpravo ťažkého stupňa s ušnými šumami, bola zahájená infúzna vazoaktívna liečba bez požadovaného výsledku. Odborné vyšetrenie z januára 2010 potvrdilo horeuvedenú diagnózu vpravo, nedočujnosť vľavo je ľahkého stupňa. Opakované pľúcne vyšetrenia zo roku 2013 a 2014 potvrdili trvalé postoperačné zmeny na časti pľúc s následnou reštrikčnou ventilačnou poruchou, t.č. sa nejedná o respiračnú insuficienciu stredne ťažkého alebo ťažkého stupňa. Rozhodujúcim zdravotným postihnutím u navrhovateľa cukrovka, ťažko kompenzovateľná, s opakovanými stavmi kolísania hodnôt glykémie a diabetickými komplikáciami (chronické komplikácie cukrovky, angiopatia, neuropatia, nefropatia) (kapitola IV., položka 1.c) prílohy č. 4 zákona č. 461/2003 Z.z. o sociálnom poistení), kde mieru poklesu schopnosti vykonávať zárobkovú činnosť stanovil na 65%. Pre iné zdravotné postihnutia navrhovateľa a to ostané ochorenia zvýšil percentuálnu mieru o 10%. Celková miera poklesu schopnosti vykonávať zárobkovú činnosť je 75%. Potvrdil dátum vzniku invalidity od 12.2.2011, t.j. dňom žiadosti navrhovateľa o invalidný dôchodok tri roky spätne. Ohľadom spätného uznania invalidity od roku 2007 uviedol, že je bezpredmetné, nakoľko od roku 2007 nie sú zdokladované žiadne odborné lekárske vyšetrenia, ktoré by potvrdili, že zdravotný stav navrhovateľa bol v danom období dlhodobo nepriaznivý a že pri cukrovke boli už rozvinuté orgánové komplikácie, pretože podľa diabetológa bola polyneuropatia a retinopatia potvrdená až v roku 2014 a nefropatia v roku 2010 je jednorazový údaj. Konštatoval, že uznanie invalidity od 12.2.2011 je len na základe krátkeho súhrnného diabetologického vyšetrenia zo dňa 24.9.2014 a nie sú zdokladované všetky kompletné odborné vyšetrenia, ktoré by potvrdili rozsah orgánového poškodenia pri cukrovke v plnom rozsahu a pri chorobe vysokého krvného tlaku. Navrhovateľ je invalidný podľa § 71 ods. 1 zákona č. 461/2003 Z.z. o sociálnom poistení v znení neskorších predpisov, lebo pre dlhodobo nepriaznivý zdravotný stav má pokles schopnosti vykonávať zárobkovú činnosť o viac ako 40% v porovnaní so zdravou fyzickou osobou. Na základe tohto posudku odporkyňa vydala rozhodnutie číslo XXX XXX XXXX X zo dňa 7. októbra 2014, ktorým podľa § 112 zákona č. 461/2003 Z.z. o sociálnom poistení zrušila rozhodnutie číslo XXX XXX XXXX X zo dňa 4. júna 2014 o zamietnutí žiadosti o priznanie invalidného dôchodku s odôvodnením, že podľa posudku posudkového lekára Sociálnej poisťovne pobočky v Bratislave navrhovateľ bol uznaný za invalidného podľa § 71 ods. 1 zákona č. 461/2003 Z.z. o sociálnom poistení od 12. februára 2011 s mierou poklesu schopnosti vykonávať zárobkovú činnosť 75% a rozhodnutie číslo 661 123 6137 0 zo dňa 6. októbra 2014, ktorým podľa § 70 ods. 1 zákona č. 461/2003 Z.z. o sociálnom poistení v znení neskorších predpisov zamietla žiadosť navrhovateľa o invalidný dôchodok s odôvodnením že potrebný počet rokov dôchodkového poistenia na vznik nároku na invalidný dôchodok poistenca vo veku nad 40 do 45 rokov je najmenej 10 rokov a zisťuje sa z obdobia pred vznikom invalidity, navrhovateľ pred vznikom invalidity, pred 12. februárom 2011 získal 3 049 dní obdobia dôchodkového poistenia, t.j. 8 rokov a 129 dní obdobia dôchodkového poistenia, čím nesplnil podmienku potrebného počtu rokov obdobia dôchodkového poistenia na vznik nároku na invalidný dôchodok. Navrhovateľ pri výsluchu v súdnom konaní zotrval na podanom návrhu zo dňa 14.7.2014. Zástupkyňa odporkyne žiadala rozhodnutie číslo XXX XXX XXXX X zo dňa 6. októbra 2014 ako vecne správne potvrdiť a zároveň poukázala na to, že predchádzajúce rozhodnutie Č. XXX XXX XXXX 0 zo dňa 4. júna 2014 už bolo zrušené rozhodnutím číslo XXX XXX XXXX X zo dňa 7. októbra 2014 a teda je bezpredmetné. Zdôraznila, že na novovydané rozhodnutia číslo XXX XXX XXXX X zo dňa 4. júla 2016 a číslo XXX XXX XXXX X zo dňa 5. septembra 2016 v dôsledku zmeny právnej úpravy súdneho správneho konania sa jednoznačne vzťahuje Správny súdny poriadok účinný od 1.7.2016 a žiadala, aby súd v časti preskúmania rozhodnutí zo dňa 4. júla 2016 a zo dňa 5. septembra 2016, vydané pod číslom XXX XXX XXXX X konanie zastavil a vec vrátil Sociálnej poisťovni. Poukázala aj na to, že už v rozhodnutí číslo XXX XXX XXXX X zo dňa 4. júla 2016 je v súlade so zmenou právnych predpisov zmenené poučenie o odvolaní tak, že navrhovateľ mal možnosť podať odvolanie na pobočku Sociálnej poisťovne, ktorá posúdila jeho zdravotný stav, čo navrhovateľ v odvolaní zo dňa 4.10.2016 využil a o odvolaní v druhom stupni má už rozhodnúť generálny riaditeľ Sociálne j poisťovne, nakoľko sa jedná jednoznačne o dvojstupňové konanie. Podľa § 70 ods. 1 zákona č. 461/2003 Z.z. o sociálnom poistení v znení účinnom ku dňu 12.2.2011 poistenec má nárok na invalidný dôchodok, ak sa stal invalidný, získal počet rokov dôchodkového poistenia uvedený v § 72 a ku dňu vzniku invalidity nespĺňa podmienky nároku na starobný dôchodok alebo mu nebol priznaný predčasný starobný dôchodok. Podľa § 72 ods. 1 písm. f) cit. zákona počet rokov dôchodkového poistenia na vznik nároku na invalidný dôchodok poistenca vo veku nad 40 rokov do 45 rokov je najmenej 10 rokov. Podľa § 72 ods. 2 cit. zákona počet rokov dôchodkového poistenia na vznik nároku na invalidný dôchodok sa zisťuje z obdobia pred vznikom invalidity. Z vykonaného dokazovania mal súd za preukázané, že posudkový lekár Sociálnej poisťovne pobočka Bratislava v posudku zo dňa 25.9.2014 a posudkový lekár Sociálnej poisťovne ústredie Bratislava v posudku zo dňa 11.11.2014 uznali navrhovateľa za invalidného od 12.2.2011 podľa § 71 ods. 1 zákona č. 461/2003 Z.z. o sociálnom poistení s mierou poklesu schopnosti vykonávať zárobkovú činnosť 75% . Navrhovateľ narodený dňa XX.XX.XXXXX ku dňu vzniku invalidity 12.2.2011 dosiahol vek 44 rokov, a preto v tomto prípade splnenie zákonom stanovenej podmienky získania potrebného počtu rokov obdobia dôchodkového poistenia na nárok na invalidný dôchodok je podmienené získaním najmenej 10 rokov dôchodkového poistenia z obdobia pred vznikom invalidity. Navrhovateľ ku dňu vzniku invalidity, t.j. k 12.2.2011 z obdobia pred vznikom invalidity 12.2.2011 získal 8 rokov a 129 dní obdobia dôchodkového poistenia. Odporkyňa preto správne rozhodla, keď žiadosť navrhovateľa o priznanie invalidného dôchodku rozhodnutím číslo XXX XXX XXXX X zo dňa 6. októbra 2014 zamietla, pretože pre priznanie invalidného dôchodku je potrebné splniť obidve podmienky stanovené v § 70 ods. 1 zákona č. 461/2003 Z.z. o sociálnom poistení a to invaliditu z hľadiska zdravotného stavu a pracovnej schopnosti a preukázania 10 rokov zamestnania z obdobia pred vznikom invalidity, z čoho druhú podmienku navrhovateľ pri vzniku invalidity dňa 12.2.2011 nesplnil. Krajský súd preto z vyššie uvedených napadnuté rozhodnutie odporkyne číslo XXX XXX XXXX X zo dňa 6. októbra 2014 z podľa § 250q ods. 2 O.s.p. ako vecne správne potvrdil. O opravnom prostriedku navrhovateľa proti rozhodnutiam Č. XXX XXX XXXX X zo dňa 4. júla 2016 a číslo XXX XXX XXXX X zo dňa 5. septembra 2016 súd rozhodol osobitným rozhodnutím. O trovách konania súd rozhodol podľa § 250k ods. 1 v spojení s § 250l ods. 2 O.s.p. Navrhovateľ nebol v konaní úspešný, a preto mu súd ich náhradu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https://www.kauzis.sk/judikatura/r/ECLI:SK:KSBA:2017:1014201904.1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